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526" w:rsidRDefault="00943526">
      <w:pPr>
        <w:autoSpaceDE w:val="0"/>
        <w:autoSpaceDN w:val="0"/>
        <w:spacing w:after="78" w:line="220" w:lineRule="exact"/>
      </w:pPr>
    </w:p>
    <w:p w:rsidR="00943526" w:rsidRPr="00DB121E" w:rsidRDefault="00DB121E">
      <w:pPr>
        <w:autoSpaceDE w:val="0"/>
        <w:autoSpaceDN w:val="0"/>
        <w:spacing w:after="0" w:line="230" w:lineRule="auto"/>
        <w:ind w:left="1494"/>
        <w:rPr>
          <w:lang w:val="ru-RU"/>
        </w:rPr>
      </w:pPr>
      <w:r w:rsidRPr="00DB121E">
        <w:rPr>
          <w:rFonts w:ascii="Times New Roman" w:eastAsia="Times New Roman" w:hAnsi="Times New Roman"/>
          <w:b/>
          <w:color w:val="000000"/>
          <w:sz w:val="24"/>
          <w:lang w:val="ru-RU"/>
        </w:rPr>
        <w:t>МИНИСТЕРСТВО ПРОСВЕЩЕНИЯ РОССИЙСКОЙ ФЕДЕРАЦИИ</w:t>
      </w:r>
    </w:p>
    <w:p w:rsidR="00943526" w:rsidRPr="00DB121E" w:rsidRDefault="00DB121E">
      <w:pPr>
        <w:autoSpaceDE w:val="0"/>
        <w:autoSpaceDN w:val="0"/>
        <w:spacing w:before="670" w:after="0" w:line="230" w:lineRule="auto"/>
        <w:ind w:left="2076"/>
        <w:rPr>
          <w:lang w:val="ru-RU"/>
        </w:rPr>
      </w:pPr>
      <w:r w:rsidRPr="00DB121E">
        <w:rPr>
          <w:rFonts w:ascii="Times New Roman" w:eastAsia="Times New Roman" w:hAnsi="Times New Roman"/>
          <w:color w:val="000000"/>
          <w:sz w:val="24"/>
          <w:lang w:val="ru-RU"/>
        </w:rPr>
        <w:t>Министерство образования и науки Республики Башкортостан</w:t>
      </w:r>
    </w:p>
    <w:p w:rsidR="00943526" w:rsidRPr="00DB121E" w:rsidRDefault="00DB121E">
      <w:pPr>
        <w:autoSpaceDE w:val="0"/>
        <w:autoSpaceDN w:val="0"/>
        <w:spacing w:before="670" w:after="0" w:line="230" w:lineRule="auto"/>
        <w:ind w:left="1938"/>
        <w:rPr>
          <w:lang w:val="ru-RU"/>
        </w:rPr>
      </w:pPr>
      <w:r w:rsidRPr="00DB121E">
        <w:rPr>
          <w:rFonts w:ascii="Times New Roman" w:eastAsia="Times New Roman" w:hAnsi="Times New Roman"/>
          <w:color w:val="000000"/>
          <w:sz w:val="24"/>
          <w:lang w:val="ru-RU"/>
        </w:rPr>
        <w:t>Отдел образования Администрации МР Караидельский район Рб</w:t>
      </w:r>
    </w:p>
    <w:p w:rsidR="00943526" w:rsidRPr="00DB121E" w:rsidRDefault="00DB121E">
      <w:pPr>
        <w:autoSpaceDE w:val="0"/>
        <w:autoSpaceDN w:val="0"/>
        <w:spacing w:before="670" w:after="1376" w:line="230" w:lineRule="auto"/>
        <w:ind w:left="2034"/>
        <w:rPr>
          <w:lang w:val="ru-RU"/>
        </w:rPr>
      </w:pPr>
      <w:r w:rsidRPr="00DB121E">
        <w:rPr>
          <w:rFonts w:ascii="Times New Roman" w:eastAsia="Times New Roman" w:hAnsi="Times New Roman"/>
          <w:color w:val="000000"/>
          <w:sz w:val="24"/>
          <w:lang w:val="ru-RU"/>
        </w:rPr>
        <w:t>МОБУ Староакбуляковская ООШ МР Караидельский район РБ</w:t>
      </w:r>
    </w:p>
    <w:tbl>
      <w:tblPr>
        <w:tblW w:w="0" w:type="auto"/>
        <w:tblLayout w:type="fixed"/>
        <w:tblLook w:val="04A0"/>
      </w:tblPr>
      <w:tblGrid>
        <w:gridCol w:w="3182"/>
        <w:gridCol w:w="3440"/>
        <w:gridCol w:w="2500"/>
      </w:tblGrid>
      <w:tr w:rsidR="00943526" w:rsidTr="001E1304">
        <w:trPr>
          <w:trHeight w:hRule="exact" w:val="274"/>
        </w:trPr>
        <w:tc>
          <w:tcPr>
            <w:tcW w:w="3182" w:type="dxa"/>
            <w:tcMar>
              <w:left w:w="0" w:type="dxa"/>
              <w:right w:w="0" w:type="dxa"/>
            </w:tcMar>
          </w:tcPr>
          <w:p w:rsidR="00943526" w:rsidRDefault="00DB121E">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440" w:type="dxa"/>
            <w:tcMar>
              <w:left w:w="0" w:type="dxa"/>
              <w:right w:w="0" w:type="dxa"/>
            </w:tcMar>
          </w:tcPr>
          <w:p w:rsidR="00943526" w:rsidRDefault="00DB121E">
            <w:pPr>
              <w:autoSpaceDE w:val="0"/>
              <w:autoSpaceDN w:val="0"/>
              <w:spacing w:before="48" w:after="0" w:line="230" w:lineRule="auto"/>
              <w:ind w:left="336"/>
            </w:pPr>
            <w:r>
              <w:rPr>
                <w:rFonts w:ascii="Times New Roman" w:eastAsia="Times New Roman" w:hAnsi="Times New Roman"/>
                <w:color w:val="000000"/>
                <w:w w:val="102"/>
                <w:sz w:val="20"/>
              </w:rPr>
              <w:t>СОГЛАСОВАНО</w:t>
            </w:r>
          </w:p>
        </w:tc>
        <w:tc>
          <w:tcPr>
            <w:tcW w:w="2500" w:type="dxa"/>
            <w:tcMar>
              <w:left w:w="0" w:type="dxa"/>
              <w:right w:w="0" w:type="dxa"/>
            </w:tcMar>
          </w:tcPr>
          <w:p w:rsidR="00943526" w:rsidRDefault="00DB121E">
            <w:pPr>
              <w:autoSpaceDE w:val="0"/>
              <w:autoSpaceDN w:val="0"/>
              <w:spacing w:before="48" w:after="0" w:line="230" w:lineRule="auto"/>
              <w:ind w:left="412"/>
            </w:pPr>
            <w:r>
              <w:rPr>
                <w:rFonts w:ascii="Times New Roman" w:eastAsia="Times New Roman" w:hAnsi="Times New Roman"/>
                <w:color w:val="000000"/>
                <w:w w:val="102"/>
                <w:sz w:val="20"/>
              </w:rPr>
              <w:t>УТВЕРЖДЕНО</w:t>
            </w:r>
          </w:p>
        </w:tc>
      </w:tr>
      <w:tr w:rsidR="00943526" w:rsidTr="001E1304">
        <w:trPr>
          <w:trHeight w:hRule="exact" w:val="276"/>
        </w:trPr>
        <w:tc>
          <w:tcPr>
            <w:tcW w:w="3182" w:type="dxa"/>
            <w:tcMar>
              <w:left w:w="0" w:type="dxa"/>
              <w:right w:w="0" w:type="dxa"/>
            </w:tcMar>
          </w:tcPr>
          <w:p w:rsidR="00943526" w:rsidRDefault="00DB121E">
            <w:pPr>
              <w:autoSpaceDE w:val="0"/>
              <w:autoSpaceDN w:val="0"/>
              <w:spacing w:after="0" w:line="230" w:lineRule="auto"/>
            </w:pPr>
            <w:r>
              <w:rPr>
                <w:rFonts w:ascii="Times New Roman" w:eastAsia="Times New Roman" w:hAnsi="Times New Roman"/>
                <w:color w:val="000000"/>
                <w:w w:val="102"/>
                <w:sz w:val="20"/>
              </w:rPr>
              <w:t>МО учителей начальных классов</w:t>
            </w:r>
          </w:p>
        </w:tc>
        <w:tc>
          <w:tcPr>
            <w:tcW w:w="3440" w:type="dxa"/>
            <w:tcMar>
              <w:left w:w="0" w:type="dxa"/>
              <w:right w:w="0" w:type="dxa"/>
            </w:tcMar>
          </w:tcPr>
          <w:p w:rsidR="00943526" w:rsidRDefault="00DB121E">
            <w:pPr>
              <w:autoSpaceDE w:val="0"/>
              <w:autoSpaceDN w:val="0"/>
              <w:spacing w:after="0" w:line="230" w:lineRule="auto"/>
              <w:jc w:val="center"/>
            </w:pPr>
            <w:r>
              <w:rPr>
                <w:rFonts w:ascii="Times New Roman" w:eastAsia="Times New Roman" w:hAnsi="Times New Roman"/>
                <w:color w:val="000000"/>
                <w:w w:val="102"/>
                <w:sz w:val="20"/>
              </w:rPr>
              <w:t>Заместитель директора по УВР</w:t>
            </w:r>
          </w:p>
        </w:tc>
        <w:tc>
          <w:tcPr>
            <w:tcW w:w="2500" w:type="dxa"/>
            <w:tcMar>
              <w:left w:w="0" w:type="dxa"/>
              <w:right w:w="0" w:type="dxa"/>
            </w:tcMar>
          </w:tcPr>
          <w:p w:rsidR="00943526" w:rsidRDefault="00DB121E">
            <w:pPr>
              <w:autoSpaceDE w:val="0"/>
              <w:autoSpaceDN w:val="0"/>
              <w:spacing w:after="0" w:line="230" w:lineRule="auto"/>
              <w:ind w:left="412"/>
            </w:pPr>
            <w:r>
              <w:rPr>
                <w:rFonts w:ascii="Times New Roman" w:eastAsia="Times New Roman" w:hAnsi="Times New Roman"/>
                <w:color w:val="000000"/>
                <w:w w:val="102"/>
                <w:sz w:val="20"/>
              </w:rPr>
              <w:t>Директор</w:t>
            </w:r>
          </w:p>
        </w:tc>
      </w:tr>
    </w:tbl>
    <w:p w:rsidR="00943526" w:rsidRDefault="00943526">
      <w:pPr>
        <w:autoSpaceDE w:val="0"/>
        <w:autoSpaceDN w:val="0"/>
        <w:spacing w:after="0" w:line="60" w:lineRule="exact"/>
      </w:pPr>
    </w:p>
    <w:tbl>
      <w:tblPr>
        <w:tblW w:w="0" w:type="auto"/>
        <w:tblLayout w:type="fixed"/>
        <w:tblLook w:val="04A0"/>
      </w:tblPr>
      <w:tblGrid>
        <w:gridCol w:w="3122"/>
        <w:gridCol w:w="3620"/>
        <w:gridCol w:w="3100"/>
      </w:tblGrid>
      <w:tr w:rsidR="00943526">
        <w:trPr>
          <w:trHeight w:hRule="exact" w:val="362"/>
        </w:trPr>
        <w:tc>
          <w:tcPr>
            <w:tcW w:w="3122" w:type="dxa"/>
            <w:tcMar>
              <w:left w:w="0" w:type="dxa"/>
              <w:right w:w="0" w:type="dxa"/>
            </w:tcMar>
          </w:tcPr>
          <w:p w:rsidR="00943526" w:rsidRDefault="00DB121E">
            <w:pPr>
              <w:autoSpaceDE w:val="0"/>
              <w:autoSpaceDN w:val="0"/>
              <w:spacing w:before="60" w:after="0" w:line="230" w:lineRule="auto"/>
            </w:pPr>
            <w:r>
              <w:rPr>
                <w:rFonts w:ascii="Times New Roman" w:eastAsia="Times New Roman" w:hAnsi="Times New Roman"/>
                <w:color w:val="000000"/>
                <w:w w:val="102"/>
                <w:sz w:val="20"/>
              </w:rPr>
              <w:t>______________Султанова З.Н.</w:t>
            </w:r>
          </w:p>
        </w:tc>
        <w:tc>
          <w:tcPr>
            <w:tcW w:w="3620" w:type="dxa"/>
            <w:tcMar>
              <w:left w:w="0" w:type="dxa"/>
              <w:right w:w="0" w:type="dxa"/>
            </w:tcMar>
          </w:tcPr>
          <w:p w:rsidR="00943526" w:rsidRDefault="00DB121E">
            <w:pPr>
              <w:autoSpaceDE w:val="0"/>
              <w:autoSpaceDN w:val="0"/>
              <w:spacing w:before="60" w:after="0" w:line="230" w:lineRule="auto"/>
              <w:ind w:left="396"/>
            </w:pPr>
            <w:r>
              <w:rPr>
                <w:rFonts w:ascii="Times New Roman" w:eastAsia="Times New Roman" w:hAnsi="Times New Roman"/>
                <w:color w:val="000000"/>
                <w:w w:val="102"/>
                <w:sz w:val="20"/>
              </w:rPr>
              <w:t>______________Мугалимова Г.Ф.</w:t>
            </w:r>
          </w:p>
        </w:tc>
        <w:tc>
          <w:tcPr>
            <w:tcW w:w="3100" w:type="dxa"/>
            <w:tcMar>
              <w:left w:w="0" w:type="dxa"/>
              <w:right w:w="0" w:type="dxa"/>
            </w:tcMar>
          </w:tcPr>
          <w:p w:rsidR="00943526" w:rsidRDefault="00DB121E">
            <w:pPr>
              <w:autoSpaceDE w:val="0"/>
              <w:autoSpaceDN w:val="0"/>
              <w:spacing w:before="60" w:after="0" w:line="230" w:lineRule="auto"/>
              <w:ind w:left="292"/>
            </w:pPr>
            <w:r>
              <w:rPr>
                <w:rFonts w:ascii="Times New Roman" w:eastAsia="Times New Roman" w:hAnsi="Times New Roman"/>
                <w:color w:val="000000"/>
                <w:w w:val="102"/>
                <w:sz w:val="20"/>
              </w:rPr>
              <w:t>______________Хайдарова Р.М.</w:t>
            </w:r>
          </w:p>
        </w:tc>
      </w:tr>
      <w:tr w:rsidR="00943526">
        <w:trPr>
          <w:trHeight w:hRule="exact" w:val="420"/>
        </w:trPr>
        <w:tc>
          <w:tcPr>
            <w:tcW w:w="3122" w:type="dxa"/>
            <w:tcMar>
              <w:left w:w="0" w:type="dxa"/>
              <w:right w:w="0" w:type="dxa"/>
            </w:tcMar>
          </w:tcPr>
          <w:p w:rsidR="00943526" w:rsidRDefault="00DB121E">
            <w:pPr>
              <w:autoSpaceDE w:val="0"/>
              <w:autoSpaceDN w:val="0"/>
              <w:spacing w:before="106" w:after="0" w:line="230" w:lineRule="auto"/>
            </w:pPr>
            <w:r>
              <w:rPr>
                <w:rFonts w:ascii="Times New Roman" w:eastAsia="Times New Roman" w:hAnsi="Times New Roman"/>
                <w:color w:val="000000"/>
                <w:w w:val="102"/>
                <w:sz w:val="20"/>
              </w:rPr>
              <w:t>Протокол №1</w:t>
            </w:r>
          </w:p>
        </w:tc>
        <w:tc>
          <w:tcPr>
            <w:tcW w:w="3620" w:type="dxa"/>
            <w:tcMar>
              <w:left w:w="0" w:type="dxa"/>
              <w:right w:w="0" w:type="dxa"/>
            </w:tcMar>
          </w:tcPr>
          <w:p w:rsidR="00943526" w:rsidRDefault="00DB121E">
            <w:pPr>
              <w:autoSpaceDE w:val="0"/>
              <w:autoSpaceDN w:val="0"/>
              <w:spacing w:before="106" w:after="0" w:line="230" w:lineRule="auto"/>
              <w:ind w:left="396"/>
            </w:pPr>
            <w:r>
              <w:rPr>
                <w:rFonts w:ascii="Times New Roman" w:eastAsia="Times New Roman" w:hAnsi="Times New Roman"/>
                <w:color w:val="000000"/>
                <w:w w:val="102"/>
                <w:sz w:val="20"/>
              </w:rPr>
              <w:t>Протокол №147</w:t>
            </w:r>
          </w:p>
        </w:tc>
        <w:tc>
          <w:tcPr>
            <w:tcW w:w="3100" w:type="dxa"/>
            <w:tcMar>
              <w:left w:w="0" w:type="dxa"/>
              <w:right w:w="0" w:type="dxa"/>
            </w:tcMar>
          </w:tcPr>
          <w:p w:rsidR="00943526" w:rsidRDefault="00DB121E">
            <w:pPr>
              <w:autoSpaceDE w:val="0"/>
              <w:autoSpaceDN w:val="0"/>
              <w:spacing w:before="106" w:after="0" w:line="230" w:lineRule="auto"/>
              <w:ind w:left="292"/>
            </w:pPr>
            <w:r>
              <w:rPr>
                <w:rFonts w:ascii="Times New Roman" w:eastAsia="Times New Roman" w:hAnsi="Times New Roman"/>
                <w:color w:val="000000"/>
                <w:w w:val="102"/>
                <w:sz w:val="20"/>
              </w:rPr>
              <w:t>Приказ №147</w:t>
            </w:r>
          </w:p>
        </w:tc>
      </w:tr>
      <w:tr w:rsidR="00943526">
        <w:trPr>
          <w:trHeight w:hRule="exact" w:val="380"/>
        </w:trPr>
        <w:tc>
          <w:tcPr>
            <w:tcW w:w="3122" w:type="dxa"/>
            <w:tcMar>
              <w:left w:w="0" w:type="dxa"/>
              <w:right w:w="0" w:type="dxa"/>
            </w:tcMar>
          </w:tcPr>
          <w:p w:rsidR="00943526" w:rsidRDefault="00DB121E">
            <w:pPr>
              <w:autoSpaceDE w:val="0"/>
              <w:autoSpaceDN w:val="0"/>
              <w:spacing w:before="94" w:after="0" w:line="230" w:lineRule="auto"/>
            </w:pPr>
            <w:r>
              <w:rPr>
                <w:rFonts w:ascii="Times New Roman" w:eastAsia="Times New Roman" w:hAnsi="Times New Roman"/>
                <w:color w:val="000000"/>
                <w:w w:val="102"/>
                <w:sz w:val="20"/>
              </w:rPr>
              <w:t>от "30" августа2022 г.</w:t>
            </w:r>
          </w:p>
        </w:tc>
        <w:tc>
          <w:tcPr>
            <w:tcW w:w="3620" w:type="dxa"/>
            <w:tcMar>
              <w:left w:w="0" w:type="dxa"/>
              <w:right w:w="0" w:type="dxa"/>
            </w:tcMar>
          </w:tcPr>
          <w:p w:rsidR="00943526" w:rsidRDefault="00DB121E">
            <w:pPr>
              <w:autoSpaceDE w:val="0"/>
              <w:autoSpaceDN w:val="0"/>
              <w:spacing w:before="94" w:after="0" w:line="230" w:lineRule="auto"/>
              <w:ind w:left="396"/>
            </w:pPr>
            <w:r>
              <w:rPr>
                <w:rFonts w:ascii="Times New Roman" w:eastAsia="Times New Roman" w:hAnsi="Times New Roman"/>
                <w:color w:val="000000"/>
                <w:w w:val="102"/>
                <w:sz w:val="20"/>
              </w:rPr>
              <w:t>от "31" августа  2022 г.</w:t>
            </w:r>
          </w:p>
        </w:tc>
        <w:tc>
          <w:tcPr>
            <w:tcW w:w="3100" w:type="dxa"/>
            <w:tcMar>
              <w:left w:w="0" w:type="dxa"/>
              <w:right w:w="0" w:type="dxa"/>
            </w:tcMar>
          </w:tcPr>
          <w:p w:rsidR="00943526" w:rsidRDefault="00DB121E">
            <w:pPr>
              <w:autoSpaceDE w:val="0"/>
              <w:autoSpaceDN w:val="0"/>
              <w:spacing w:before="94" w:after="0" w:line="230" w:lineRule="auto"/>
              <w:ind w:left="292"/>
            </w:pPr>
            <w:r>
              <w:rPr>
                <w:rFonts w:ascii="Times New Roman" w:eastAsia="Times New Roman" w:hAnsi="Times New Roman"/>
                <w:color w:val="000000"/>
                <w:w w:val="102"/>
                <w:sz w:val="20"/>
              </w:rPr>
              <w:t>от "31" августа2022 г.</w:t>
            </w:r>
          </w:p>
        </w:tc>
      </w:tr>
    </w:tbl>
    <w:p w:rsidR="00943526" w:rsidRDefault="00DB121E">
      <w:pPr>
        <w:autoSpaceDE w:val="0"/>
        <w:autoSpaceDN w:val="0"/>
        <w:spacing w:before="978" w:after="0" w:line="230" w:lineRule="auto"/>
        <w:ind w:right="3220"/>
        <w:jc w:val="right"/>
      </w:pPr>
      <w:r>
        <w:rPr>
          <w:rFonts w:ascii="Times New Roman" w:eastAsia="Times New Roman" w:hAnsi="Times New Roman"/>
          <w:b/>
          <w:color w:val="000000"/>
          <w:sz w:val="24"/>
        </w:rPr>
        <w:t>РАБОЧАЯ ПРОГРАММА</w:t>
      </w:r>
    </w:p>
    <w:p w:rsidR="00BD0A89" w:rsidRDefault="00BD0A89" w:rsidP="00BD0A89">
      <w:pPr>
        <w:autoSpaceDE w:val="0"/>
        <w:autoSpaceDN w:val="0"/>
        <w:spacing w:before="310" w:after="0" w:line="230" w:lineRule="auto"/>
        <w:ind w:right="2142"/>
        <w:jc w:val="center"/>
        <w:rPr>
          <w:rFonts w:ascii="Times New Roman" w:eastAsia="Times New Roman" w:hAnsi="Times New Roman"/>
          <w:b/>
          <w:color w:val="000000"/>
          <w:sz w:val="24"/>
          <w:lang w:val="ru-RU"/>
        </w:rPr>
      </w:pPr>
      <w:r>
        <w:rPr>
          <w:rFonts w:ascii="Times New Roman" w:eastAsia="Times New Roman" w:hAnsi="Times New Roman"/>
          <w:b/>
          <w:color w:val="000000"/>
          <w:sz w:val="24"/>
          <w:lang w:val="ru-RU"/>
        </w:rPr>
        <w:t xml:space="preserve">                                          курса внеурочной деятельности</w:t>
      </w:r>
    </w:p>
    <w:p w:rsidR="00BD0A89" w:rsidRDefault="00BD0A89" w:rsidP="00BD0A89">
      <w:pPr>
        <w:autoSpaceDE w:val="0"/>
        <w:autoSpaceDN w:val="0"/>
        <w:spacing w:before="310" w:after="0" w:line="230" w:lineRule="auto"/>
        <w:ind w:right="2142"/>
        <w:jc w:val="center"/>
        <w:rPr>
          <w:rFonts w:ascii="Times New Roman" w:eastAsia="Times New Roman" w:hAnsi="Times New Roman"/>
          <w:b/>
          <w:color w:val="000000"/>
          <w:sz w:val="24"/>
          <w:lang w:val="ru-RU"/>
        </w:rPr>
      </w:pPr>
      <w:r>
        <w:rPr>
          <w:rFonts w:ascii="Times New Roman" w:eastAsia="Times New Roman" w:hAnsi="Times New Roman"/>
          <w:b/>
          <w:color w:val="000000"/>
          <w:sz w:val="24"/>
          <w:lang w:val="ru-RU"/>
        </w:rPr>
        <w:t xml:space="preserve">                                          «Я рисую мир»</w:t>
      </w:r>
    </w:p>
    <w:p w:rsidR="00BD0A89" w:rsidRDefault="00BD0A89" w:rsidP="00BD0A89">
      <w:pPr>
        <w:autoSpaceDE w:val="0"/>
        <w:autoSpaceDN w:val="0"/>
        <w:spacing w:before="310" w:after="0" w:line="230" w:lineRule="auto"/>
        <w:ind w:right="2142"/>
        <w:jc w:val="center"/>
        <w:rPr>
          <w:rFonts w:ascii="Times New Roman" w:eastAsia="Times New Roman" w:hAnsi="Times New Roman"/>
          <w:b/>
          <w:color w:val="000000"/>
          <w:sz w:val="24"/>
          <w:lang w:val="ru-RU"/>
        </w:rPr>
      </w:pPr>
      <w:r>
        <w:rPr>
          <w:rFonts w:ascii="Times New Roman" w:eastAsia="Times New Roman" w:hAnsi="Times New Roman"/>
          <w:b/>
          <w:color w:val="000000"/>
          <w:sz w:val="24"/>
          <w:lang w:val="ru-RU"/>
        </w:rPr>
        <w:t xml:space="preserve">                                          для 1-4 классов основного общего образования</w:t>
      </w:r>
    </w:p>
    <w:p w:rsidR="00BD0A89" w:rsidRDefault="00BD0A89" w:rsidP="00BD0A89">
      <w:pPr>
        <w:autoSpaceDE w:val="0"/>
        <w:autoSpaceDN w:val="0"/>
        <w:spacing w:before="310" w:after="0" w:line="230" w:lineRule="auto"/>
        <w:ind w:right="2142"/>
        <w:rPr>
          <w:rFonts w:ascii="Times New Roman" w:eastAsia="Times New Roman" w:hAnsi="Times New Roman"/>
          <w:b/>
          <w:color w:val="000000"/>
          <w:sz w:val="24"/>
          <w:lang w:val="ru-RU"/>
        </w:rPr>
      </w:pPr>
      <w:r>
        <w:rPr>
          <w:rFonts w:ascii="Times New Roman" w:eastAsia="Times New Roman" w:hAnsi="Times New Roman"/>
          <w:b/>
          <w:color w:val="000000"/>
          <w:sz w:val="24"/>
          <w:lang w:val="ru-RU"/>
        </w:rPr>
        <w:t xml:space="preserve">                                                                на 2022-2023 учебный год</w:t>
      </w:r>
    </w:p>
    <w:p w:rsidR="00BD0A89" w:rsidRPr="00BD0A89" w:rsidRDefault="00BD0A89">
      <w:pPr>
        <w:autoSpaceDE w:val="0"/>
        <w:autoSpaceDN w:val="0"/>
        <w:spacing w:before="310" w:after="0" w:line="230" w:lineRule="auto"/>
        <w:ind w:right="2142"/>
        <w:jc w:val="right"/>
        <w:rPr>
          <w:lang w:val="ru-RU"/>
        </w:rPr>
      </w:pPr>
    </w:p>
    <w:p w:rsidR="00943526" w:rsidRPr="003E35A6" w:rsidRDefault="00DB121E">
      <w:pPr>
        <w:autoSpaceDE w:val="0"/>
        <w:autoSpaceDN w:val="0"/>
        <w:spacing w:before="310" w:after="0" w:line="230" w:lineRule="auto"/>
        <w:ind w:right="3992"/>
        <w:jc w:val="right"/>
        <w:rPr>
          <w:lang w:val="ru-RU"/>
        </w:rPr>
      </w:pPr>
      <w:r w:rsidRPr="003E35A6">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001E1304">
        <w:rPr>
          <w:rFonts w:ascii="Times New Roman" w:eastAsia="Times New Roman" w:hAnsi="Times New Roman"/>
          <w:b/>
          <w:color w:val="000000"/>
          <w:sz w:val="24"/>
          <w:lang w:val="ru-RU"/>
        </w:rPr>
        <w:t xml:space="preserve"> 5575139</w:t>
      </w:r>
      <w:r w:rsidRPr="003E35A6">
        <w:rPr>
          <w:rFonts w:ascii="Times New Roman" w:eastAsia="Times New Roman" w:hAnsi="Times New Roman"/>
          <w:b/>
          <w:color w:val="000000"/>
          <w:sz w:val="24"/>
          <w:lang w:val="ru-RU"/>
        </w:rPr>
        <w:t>)</w:t>
      </w:r>
    </w:p>
    <w:p w:rsidR="00DB121E" w:rsidRDefault="00DB121E">
      <w:pPr>
        <w:rPr>
          <w:lang w:val="ru-RU"/>
        </w:rPr>
      </w:pPr>
    </w:p>
    <w:p w:rsidR="00DB121E" w:rsidRDefault="00DB121E">
      <w:pPr>
        <w:rPr>
          <w:lang w:val="ru-RU"/>
        </w:rPr>
      </w:pPr>
    </w:p>
    <w:p w:rsidR="00DB121E" w:rsidRDefault="00DB121E" w:rsidP="00DB121E">
      <w:pPr>
        <w:tabs>
          <w:tab w:val="left" w:pos="5245"/>
        </w:tabs>
        <w:rPr>
          <w:rFonts w:ascii="Times New Roman" w:hAnsi="Times New Roman" w:cs="Times New Roman"/>
          <w:lang w:val="ru-RU"/>
        </w:rPr>
      </w:pPr>
      <w:r>
        <w:rPr>
          <w:lang w:val="ru-RU"/>
        </w:rPr>
        <w:tab/>
      </w:r>
      <w:r w:rsidR="00D117AB">
        <w:rPr>
          <w:rFonts w:ascii="Times New Roman" w:hAnsi="Times New Roman" w:cs="Times New Roman"/>
          <w:lang w:val="ru-RU"/>
        </w:rPr>
        <w:t>Составитель: Зиганшина Зинфира Рифкатовна</w:t>
      </w:r>
      <w:r>
        <w:rPr>
          <w:rFonts w:ascii="Times New Roman" w:hAnsi="Times New Roman" w:cs="Times New Roman"/>
          <w:lang w:val="ru-RU"/>
        </w:rPr>
        <w:t>,</w:t>
      </w:r>
    </w:p>
    <w:p w:rsidR="00BD0A89" w:rsidRDefault="00BD0A89" w:rsidP="00DB121E">
      <w:pPr>
        <w:autoSpaceDE w:val="0"/>
        <w:autoSpaceDN w:val="0"/>
        <w:spacing w:after="0" w:line="230" w:lineRule="auto"/>
        <w:ind w:right="3294"/>
        <w:jc w:val="right"/>
        <w:rPr>
          <w:rFonts w:ascii="Times New Roman" w:hAnsi="Times New Roman" w:cs="Times New Roman"/>
          <w:lang w:val="ru-RU"/>
        </w:rPr>
      </w:pPr>
    </w:p>
    <w:p w:rsidR="00BD0A89" w:rsidRDefault="00BD0A89" w:rsidP="00DB121E">
      <w:pPr>
        <w:autoSpaceDE w:val="0"/>
        <w:autoSpaceDN w:val="0"/>
        <w:spacing w:after="0" w:line="230" w:lineRule="auto"/>
        <w:ind w:right="3294"/>
        <w:jc w:val="right"/>
        <w:rPr>
          <w:rFonts w:ascii="Times New Roman" w:hAnsi="Times New Roman" w:cs="Times New Roman"/>
          <w:lang w:val="ru-RU"/>
        </w:rPr>
      </w:pPr>
    </w:p>
    <w:p w:rsidR="00DB121E" w:rsidRDefault="00DB121E" w:rsidP="00DB121E">
      <w:pPr>
        <w:autoSpaceDE w:val="0"/>
        <w:autoSpaceDN w:val="0"/>
        <w:spacing w:after="0" w:line="230" w:lineRule="auto"/>
        <w:ind w:right="3294"/>
        <w:jc w:val="right"/>
        <w:rPr>
          <w:lang w:val="ru-RU"/>
        </w:rPr>
      </w:pPr>
      <w:r>
        <w:rPr>
          <w:lang w:val="ru-RU"/>
        </w:rPr>
        <w:t xml:space="preserve">                                                                </w:t>
      </w:r>
    </w:p>
    <w:p w:rsidR="00DB121E" w:rsidRDefault="00DB121E" w:rsidP="00DB121E">
      <w:pPr>
        <w:autoSpaceDE w:val="0"/>
        <w:autoSpaceDN w:val="0"/>
        <w:spacing w:after="0" w:line="230" w:lineRule="auto"/>
        <w:ind w:right="6318"/>
        <w:jc w:val="right"/>
        <w:rPr>
          <w:lang w:val="ru-RU"/>
        </w:rPr>
      </w:pPr>
    </w:p>
    <w:p w:rsidR="00DB121E" w:rsidRPr="00DB121E" w:rsidRDefault="00DB121E" w:rsidP="00DB121E">
      <w:pPr>
        <w:autoSpaceDE w:val="0"/>
        <w:autoSpaceDN w:val="0"/>
        <w:spacing w:after="0" w:line="230" w:lineRule="auto"/>
        <w:ind w:right="3294"/>
        <w:jc w:val="right"/>
        <w:rPr>
          <w:lang w:val="ru-RU"/>
        </w:rPr>
      </w:pPr>
      <w:r w:rsidRPr="00DB121E">
        <w:rPr>
          <w:rFonts w:ascii="Times New Roman" w:eastAsia="Times New Roman" w:hAnsi="Times New Roman"/>
          <w:color w:val="000000"/>
          <w:sz w:val="24"/>
          <w:lang w:val="ru-RU"/>
        </w:rPr>
        <w:t>Старый Акбуляк 2022</w:t>
      </w:r>
    </w:p>
    <w:p w:rsidR="00DB121E" w:rsidRPr="00DB121E" w:rsidRDefault="00DB121E">
      <w:pPr>
        <w:rPr>
          <w:lang w:val="ru-RU"/>
        </w:rPr>
        <w:sectPr w:rsidR="00DB121E" w:rsidRPr="00DB121E">
          <w:pgSz w:w="11900" w:h="16840"/>
          <w:pgMar w:top="298" w:right="1300" w:bottom="1440" w:left="738" w:header="720" w:footer="720" w:gutter="0"/>
          <w:cols w:space="720" w:equalWidth="0">
            <w:col w:w="9862" w:space="0"/>
          </w:cols>
          <w:docGrid w:linePitch="360"/>
        </w:sectPr>
      </w:pPr>
    </w:p>
    <w:p w:rsidR="00943526" w:rsidRPr="00DB121E" w:rsidRDefault="00DB121E">
      <w:pPr>
        <w:autoSpaceDE w:val="0"/>
        <w:autoSpaceDN w:val="0"/>
        <w:spacing w:after="0" w:line="230" w:lineRule="auto"/>
        <w:rPr>
          <w:lang w:val="ru-RU"/>
        </w:rPr>
      </w:pPr>
      <w:r w:rsidRPr="00DB121E">
        <w:rPr>
          <w:rFonts w:ascii="Times New Roman" w:eastAsia="Times New Roman" w:hAnsi="Times New Roman"/>
          <w:b/>
          <w:color w:val="000000"/>
          <w:sz w:val="24"/>
          <w:lang w:val="ru-RU"/>
        </w:rPr>
        <w:lastRenderedPageBreak/>
        <w:t>ПОЯСНИТЕЛЬНАЯ ЗАПИСКА</w:t>
      </w:r>
    </w:p>
    <w:p w:rsidR="00943526" w:rsidRPr="00DB121E" w:rsidRDefault="00DB121E">
      <w:pPr>
        <w:autoSpaceDE w:val="0"/>
        <w:autoSpaceDN w:val="0"/>
        <w:spacing w:before="346" w:after="0"/>
        <w:ind w:right="288" w:firstLine="180"/>
        <w:rPr>
          <w:lang w:val="ru-RU"/>
        </w:rPr>
      </w:pPr>
      <w:r w:rsidRPr="00DB121E">
        <w:rPr>
          <w:rFonts w:ascii="Times New Roman" w:eastAsia="Times New Roman" w:hAnsi="Times New Roman"/>
          <w:color w:val="000000"/>
          <w:sz w:val="24"/>
          <w:lang w:val="ru-RU"/>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943526" w:rsidRPr="00DB121E" w:rsidRDefault="00DB121E">
      <w:pPr>
        <w:tabs>
          <w:tab w:val="left" w:pos="180"/>
        </w:tabs>
        <w:autoSpaceDE w:val="0"/>
        <w:autoSpaceDN w:val="0"/>
        <w:spacing w:before="70" w:after="0" w:line="262" w:lineRule="auto"/>
        <w:rPr>
          <w:lang w:val="ru-RU"/>
        </w:rPr>
      </w:pPr>
      <w:r w:rsidRPr="00DB121E">
        <w:rPr>
          <w:lang w:val="ru-RU"/>
        </w:rPr>
        <w:tab/>
      </w:r>
      <w:r w:rsidRPr="00DB121E">
        <w:rPr>
          <w:rFonts w:ascii="Times New Roman" w:eastAsia="Times New Roman" w:hAnsi="Times New Roman"/>
          <w:color w:val="000000"/>
          <w:sz w:val="24"/>
          <w:lang w:val="ru-RU"/>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943526" w:rsidRPr="00DB121E" w:rsidRDefault="00DB121E">
      <w:pPr>
        <w:autoSpaceDE w:val="0"/>
        <w:autoSpaceDN w:val="0"/>
        <w:spacing w:before="70" w:after="0" w:line="278" w:lineRule="auto"/>
        <w:ind w:right="144" w:firstLine="180"/>
        <w:rPr>
          <w:lang w:val="ru-RU"/>
        </w:rPr>
      </w:pPr>
      <w:r w:rsidRPr="00DB121E">
        <w:rPr>
          <w:rFonts w:ascii="Times New Roman" w:eastAsia="Times New Roman" w:hAnsi="Times New Roman"/>
          <w:color w:val="000000"/>
          <w:sz w:val="24"/>
          <w:lang w:val="ru-RU"/>
        </w:rPr>
        <w:t xml:space="preserve">Цель преподавания предмета «Изобразительное искусство» состоит в формировании </w:t>
      </w:r>
      <w:r w:rsidRPr="00DB121E">
        <w:rPr>
          <w:lang w:val="ru-RU"/>
        </w:rPr>
        <w:br/>
      </w:r>
      <w:r w:rsidRPr="00DB121E">
        <w:rPr>
          <w:rFonts w:ascii="Times New Roman" w:eastAsia="Times New Roman" w:hAnsi="Times New Roman"/>
          <w:color w:val="000000"/>
          <w:sz w:val="24"/>
          <w:lang w:val="ru-RU"/>
        </w:rPr>
        <w:t>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943526" w:rsidRPr="00DB121E" w:rsidRDefault="00DB121E">
      <w:pPr>
        <w:autoSpaceDE w:val="0"/>
        <w:autoSpaceDN w:val="0"/>
        <w:spacing w:before="70" w:after="0" w:line="271" w:lineRule="auto"/>
        <w:ind w:right="576" w:firstLine="180"/>
        <w:rPr>
          <w:lang w:val="ru-RU"/>
        </w:rPr>
      </w:pPr>
      <w:r w:rsidRPr="00DB121E">
        <w:rPr>
          <w:rFonts w:ascii="Times New Roman" w:eastAsia="Times New Roman" w:hAnsi="Times New Roman"/>
          <w:color w:val="000000"/>
          <w:sz w:val="24"/>
          <w:lang w:val="ru-RU"/>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943526" w:rsidRPr="00DB121E" w:rsidRDefault="00DB121E">
      <w:pPr>
        <w:autoSpaceDE w:val="0"/>
        <w:autoSpaceDN w:val="0"/>
        <w:spacing w:before="70" w:after="0" w:line="286" w:lineRule="auto"/>
        <w:ind w:right="144" w:firstLine="180"/>
        <w:rPr>
          <w:lang w:val="ru-RU"/>
        </w:rPr>
      </w:pPr>
      <w:r w:rsidRPr="00DB121E">
        <w:rPr>
          <w:rFonts w:ascii="Times New Roman" w:eastAsia="Times New Roman" w:hAnsi="Times New Roman"/>
          <w:color w:val="000000"/>
          <w:sz w:val="24"/>
          <w:lang w:val="ru-RU"/>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943526" w:rsidRPr="00DB121E" w:rsidRDefault="00DB121E">
      <w:pPr>
        <w:autoSpaceDE w:val="0"/>
        <w:autoSpaceDN w:val="0"/>
        <w:spacing w:before="70" w:after="0" w:line="271" w:lineRule="auto"/>
        <w:ind w:right="144" w:firstLine="180"/>
        <w:rPr>
          <w:lang w:val="ru-RU"/>
        </w:rPr>
      </w:pPr>
      <w:r w:rsidRPr="00DB121E">
        <w:rPr>
          <w:rFonts w:ascii="Times New Roman" w:eastAsia="Times New Roman" w:hAnsi="Times New Roman"/>
          <w:color w:val="000000"/>
          <w:sz w:val="24"/>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43526" w:rsidRPr="00DB121E" w:rsidRDefault="00DB121E">
      <w:pPr>
        <w:autoSpaceDE w:val="0"/>
        <w:autoSpaceDN w:val="0"/>
        <w:spacing w:before="70" w:after="0"/>
        <w:ind w:right="288" w:firstLine="180"/>
        <w:rPr>
          <w:lang w:val="ru-RU"/>
        </w:rPr>
      </w:pPr>
      <w:r w:rsidRPr="00DB121E">
        <w:rPr>
          <w:rFonts w:ascii="Times New Roman" w:eastAsia="Times New Roman" w:hAnsi="Times New Roman"/>
          <w:color w:val="000000"/>
          <w:sz w:val="24"/>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943526" w:rsidRPr="00DB121E" w:rsidRDefault="00DB121E">
      <w:pPr>
        <w:autoSpaceDE w:val="0"/>
        <w:autoSpaceDN w:val="0"/>
        <w:spacing w:before="72" w:after="0" w:line="281" w:lineRule="auto"/>
        <w:ind w:right="288" w:firstLine="180"/>
        <w:rPr>
          <w:lang w:val="ru-RU"/>
        </w:rPr>
      </w:pPr>
      <w:r w:rsidRPr="00DB121E">
        <w:rPr>
          <w:rFonts w:ascii="Times New Roman" w:eastAsia="Times New Roman" w:hAnsi="Times New Roman"/>
          <w:color w:val="000000"/>
          <w:sz w:val="24"/>
          <w:lang w:val="ru-RU"/>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DB121E">
        <w:rPr>
          <w:rFonts w:ascii="Times New Roman" w:eastAsia="Times New Roman" w:hAnsi="Times New Roman"/>
          <w:i/>
          <w:color w:val="000000"/>
          <w:sz w:val="24"/>
          <w:lang w:val="ru-RU"/>
        </w:rPr>
        <w:t xml:space="preserve">художественно-творческая деятельность занимает приоритетное пространство учебного времени. При опоре на восприятие </w:t>
      </w:r>
      <w:r w:rsidRPr="00DB121E">
        <w:rPr>
          <w:rFonts w:ascii="Times New Roman" w:eastAsia="Times New Roman" w:hAnsi="Times New Roman"/>
          <w:color w:val="000000"/>
          <w:sz w:val="24"/>
          <w:lang w:val="ru-RU"/>
        </w:rPr>
        <w:t xml:space="preserve">произведений искусства художественно-эстетическое отношение к миру </w:t>
      </w:r>
      <w:proofErr w:type="gramStart"/>
      <w:r w:rsidRPr="00DB121E">
        <w:rPr>
          <w:rFonts w:ascii="Times New Roman" w:eastAsia="Times New Roman" w:hAnsi="Times New Roman"/>
          <w:color w:val="000000"/>
          <w:sz w:val="24"/>
          <w:lang w:val="ru-RU"/>
        </w:rPr>
        <w:t>формируется</w:t>
      </w:r>
      <w:proofErr w:type="gramEnd"/>
      <w:r w:rsidRPr="00DB121E">
        <w:rPr>
          <w:rFonts w:ascii="Times New Roman" w:eastAsia="Times New Roman" w:hAnsi="Times New Roman"/>
          <w:color w:val="000000"/>
          <w:sz w:val="24"/>
          <w:lang w:val="ru-RU"/>
        </w:rPr>
        <w:t xml:space="preserve"> прежде всего в собственной художественной деятельности, в процессе практического решения художественно-творческих задач.</w:t>
      </w:r>
    </w:p>
    <w:p w:rsidR="00943526" w:rsidRPr="00DB121E" w:rsidRDefault="00DB121E">
      <w:pPr>
        <w:tabs>
          <w:tab w:val="left" w:pos="180"/>
        </w:tabs>
        <w:autoSpaceDE w:val="0"/>
        <w:autoSpaceDN w:val="0"/>
        <w:spacing w:before="70" w:after="0" w:line="281" w:lineRule="auto"/>
        <w:rPr>
          <w:lang w:val="ru-RU"/>
        </w:rPr>
      </w:pPr>
      <w:r w:rsidRPr="00DB121E">
        <w:rPr>
          <w:lang w:val="ru-RU"/>
        </w:rPr>
        <w:tab/>
      </w:r>
      <w:r w:rsidRPr="00DB121E">
        <w:rPr>
          <w:rFonts w:ascii="Times New Roman" w:eastAsia="Times New Roman" w:hAnsi="Times New Roman"/>
          <w:color w:val="000000"/>
          <w:sz w:val="24"/>
          <w:lang w:val="ru-RU"/>
        </w:rPr>
        <w:t xml:space="preserve">Рабочая программа учитывает психолого-возрастные особенности развития детей 7—8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r w:rsidRPr="00DB121E">
        <w:rPr>
          <w:lang w:val="ru-RU"/>
        </w:rPr>
        <w:tab/>
      </w:r>
      <w:r w:rsidRPr="00DB121E">
        <w:rPr>
          <w:rFonts w:ascii="Times New Roman" w:eastAsia="Times New Roman" w:hAnsi="Times New Roman"/>
          <w:color w:val="000000"/>
          <w:sz w:val="24"/>
          <w:lang w:val="ru-RU"/>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943526" w:rsidRPr="00DB121E" w:rsidRDefault="00DB121E">
      <w:pPr>
        <w:tabs>
          <w:tab w:val="left" w:pos="180"/>
        </w:tabs>
        <w:autoSpaceDE w:val="0"/>
        <w:autoSpaceDN w:val="0"/>
        <w:spacing w:before="190" w:after="0" w:line="262" w:lineRule="auto"/>
        <w:ind w:right="576"/>
        <w:rPr>
          <w:lang w:val="ru-RU"/>
        </w:rPr>
      </w:pPr>
      <w:r w:rsidRPr="00DB121E">
        <w:rPr>
          <w:lang w:val="ru-RU"/>
        </w:rPr>
        <w:tab/>
      </w:r>
      <w:r w:rsidRPr="00DB121E">
        <w:rPr>
          <w:rFonts w:ascii="Times New Roman" w:eastAsia="Times New Roman" w:hAnsi="Times New Roman"/>
          <w:b/>
          <w:color w:val="000000"/>
          <w:sz w:val="24"/>
          <w:lang w:val="ru-RU"/>
        </w:rPr>
        <w:t>МЕСТО УЧЕБНОГО ПРЕДМЕТА «ИЗОБРАЗИТЕЛЬНОЕ ИСКУССТВО» В УЧЕБНОМ ПЛАНЕ</w:t>
      </w:r>
    </w:p>
    <w:p w:rsidR="00943526" w:rsidRPr="00DB121E" w:rsidRDefault="00DB121E">
      <w:pPr>
        <w:tabs>
          <w:tab w:val="left" w:pos="180"/>
        </w:tabs>
        <w:autoSpaceDE w:val="0"/>
        <w:autoSpaceDN w:val="0"/>
        <w:spacing w:before="19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w:t>
      </w:r>
    </w:p>
    <w:p w:rsidR="00943526" w:rsidRPr="00DB121E" w:rsidRDefault="00943526">
      <w:pPr>
        <w:rPr>
          <w:lang w:val="ru-RU"/>
        </w:rPr>
        <w:sectPr w:rsidR="00943526" w:rsidRPr="00DB121E">
          <w:pgSz w:w="11900" w:h="16840"/>
          <w:pgMar w:top="298" w:right="650" w:bottom="338" w:left="666" w:header="720" w:footer="720" w:gutter="0"/>
          <w:cols w:space="720" w:equalWidth="0">
            <w:col w:w="10584" w:space="0"/>
          </w:cols>
          <w:docGrid w:linePitch="360"/>
        </w:sectPr>
      </w:pPr>
    </w:p>
    <w:p w:rsidR="00943526" w:rsidRPr="00DB121E" w:rsidRDefault="00943526">
      <w:pPr>
        <w:autoSpaceDE w:val="0"/>
        <w:autoSpaceDN w:val="0"/>
        <w:spacing w:after="66" w:line="220" w:lineRule="exact"/>
        <w:rPr>
          <w:lang w:val="ru-RU"/>
        </w:rPr>
      </w:pPr>
    </w:p>
    <w:p w:rsidR="00943526" w:rsidRPr="00DB121E" w:rsidRDefault="00DB121E">
      <w:pPr>
        <w:autoSpaceDE w:val="0"/>
        <w:autoSpaceDN w:val="0"/>
        <w:spacing w:after="0"/>
        <w:rPr>
          <w:lang w:val="ru-RU"/>
        </w:rPr>
      </w:pPr>
      <w:r w:rsidRPr="00DB121E">
        <w:rPr>
          <w:rFonts w:ascii="Times New Roman" w:eastAsia="Times New Roman" w:hAnsi="Times New Roman"/>
          <w:color w:val="000000"/>
          <w:sz w:val="24"/>
          <w:lang w:val="ru-RU"/>
        </w:rPr>
        <w:t>«Искусство»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943526" w:rsidRPr="00DB121E" w:rsidRDefault="00DB121E">
      <w:pPr>
        <w:autoSpaceDE w:val="0"/>
        <w:autoSpaceDN w:val="0"/>
        <w:spacing w:before="70" w:after="0" w:line="281" w:lineRule="auto"/>
        <w:ind w:firstLine="180"/>
        <w:rPr>
          <w:lang w:val="ru-RU"/>
        </w:rPr>
      </w:pPr>
      <w:r w:rsidRPr="00DB121E">
        <w:rPr>
          <w:rFonts w:ascii="Times New Roman" w:eastAsia="Times New Roman" w:hAnsi="Times New Roman"/>
          <w:color w:val="000000"/>
          <w:sz w:val="24"/>
          <w:lang w:val="ru-RU"/>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943526" w:rsidRPr="00DB121E" w:rsidRDefault="00DB121E">
      <w:pPr>
        <w:autoSpaceDE w:val="0"/>
        <w:autoSpaceDN w:val="0"/>
        <w:spacing w:before="192" w:after="0" w:line="262" w:lineRule="auto"/>
        <w:rPr>
          <w:lang w:val="ru-RU"/>
        </w:rPr>
      </w:pPr>
      <w:r w:rsidRPr="00DB121E">
        <w:rPr>
          <w:rFonts w:ascii="Times New Roman" w:eastAsia="Times New Roman" w:hAnsi="Times New Roman"/>
          <w:color w:val="000000"/>
          <w:sz w:val="24"/>
          <w:lang w:val="ru-RU"/>
        </w:rPr>
        <w:t>Общее число часов, отведённых на изучение учебного предмета «Изобразительное искусство», — 135 ч (один час в</w:t>
      </w:r>
      <w:r w:rsidR="00D117AB">
        <w:rPr>
          <w:rFonts w:ascii="Times New Roman" w:eastAsia="Times New Roman" w:hAnsi="Times New Roman"/>
          <w:color w:val="000000"/>
          <w:sz w:val="24"/>
          <w:lang w:val="ru-RU"/>
        </w:rPr>
        <w:t xml:space="preserve"> 2 недели</w:t>
      </w:r>
      <w:r w:rsidRPr="00DB121E">
        <w:rPr>
          <w:rFonts w:ascii="Times New Roman" w:eastAsia="Times New Roman" w:hAnsi="Times New Roman"/>
          <w:color w:val="000000"/>
          <w:sz w:val="24"/>
          <w:lang w:val="ru-RU"/>
        </w:rPr>
        <w:t xml:space="preserve"> в каждом классе).</w:t>
      </w:r>
    </w:p>
    <w:p w:rsidR="00943526" w:rsidRPr="00DB121E" w:rsidRDefault="00DB121E">
      <w:pPr>
        <w:autoSpaceDE w:val="0"/>
        <w:autoSpaceDN w:val="0"/>
        <w:spacing w:before="70" w:after="0" w:line="230" w:lineRule="auto"/>
        <w:rPr>
          <w:lang w:val="ru-RU"/>
        </w:rPr>
      </w:pPr>
      <w:r w:rsidRPr="00DB121E">
        <w:rPr>
          <w:rFonts w:ascii="Times New Roman" w:eastAsia="Times New Roman" w:hAnsi="Times New Roman"/>
          <w:color w:val="000000"/>
          <w:sz w:val="24"/>
          <w:lang w:val="ru-RU"/>
        </w:rPr>
        <w:t>1 класс — 33 ч, 2 класс — 34 ч, 3 класс — 34 ч, 4 класс — 34 ч.</w:t>
      </w:r>
    </w:p>
    <w:p w:rsidR="00943526" w:rsidRPr="00DB121E" w:rsidRDefault="00943526">
      <w:pPr>
        <w:rPr>
          <w:lang w:val="ru-RU"/>
        </w:rPr>
        <w:sectPr w:rsidR="00943526" w:rsidRPr="00DB121E">
          <w:pgSz w:w="11900" w:h="16840"/>
          <w:pgMar w:top="286" w:right="682" w:bottom="1440" w:left="666" w:header="720" w:footer="720" w:gutter="0"/>
          <w:cols w:space="720" w:equalWidth="0">
            <w:col w:w="10552"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autoSpaceDE w:val="0"/>
        <w:autoSpaceDN w:val="0"/>
        <w:spacing w:after="0" w:line="230" w:lineRule="auto"/>
        <w:rPr>
          <w:lang w:val="ru-RU"/>
        </w:rPr>
      </w:pPr>
      <w:r w:rsidRPr="00DB121E">
        <w:rPr>
          <w:rFonts w:ascii="Times New Roman" w:eastAsia="Times New Roman" w:hAnsi="Times New Roman"/>
          <w:b/>
          <w:color w:val="000000"/>
          <w:sz w:val="24"/>
          <w:lang w:val="ru-RU"/>
        </w:rPr>
        <w:t xml:space="preserve">СОДЕРЖАНИЕ УЧЕБНОГО ПРЕДМЕТА </w:t>
      </w:r>
    </w:p>
    <w:p w:rsidR="00943526" w:rsidRPr="00DB121E" w:rsidRDefault="00DB121E">
      <w:pPr>
        <w:autoSpaceDE w:val="0"/>
        <w:autoSpaceDN w:val="0"/>
        <w:spacing w:before="346" w:after="0" w:line="230" w:lineRule="auto"/>
        <w:rPr>
          <w:lang w:val="ru-RU"/>
        </w:rPr>
      </w:pPr>
      <w:r w:rsidRPr="00DB121E">
        <w:rPr>
          <w:rFonts w:ascii="Times New Roman" w:eastAsia="Times New Roman" w:hAnsi="Times New Roman"/>
          <w:b/>
          <w:color w:val="000000"/>
          <w:sz w:val="24"/>
          <w:lang w:val="ru-RU"/>
        </w:rPr>
        <w:t>1 КЛАСС</w:t>
      </w:r>
    </w:p>
    <w:p w:rsidR="00943526" w:rsidRPr="00DB121E" w:rsidRDefault="00DB121E">
      <w:pPr>
        <w:tabs>
          <w:tab w:val="left" w:pos="180"/>
        </w:tabs>
        <w:autoSpaceDE w:val="0"/>
        <w:autoSpaceDN w:val="0"/>
        <w:spacing w:before="166" w:after="0" w:line="271" w:lineRule="auto"/>
        <w:ind w:right="288"/>
        <w:rPr>
          <w:lang w:val="ru-RU"/>
        </w:rPr>
      </w:pPr>
      <w:r w:rsidRPr="00DB121E">
        <w:rPr>
          <w:lang w:val="ru-RU"/>
        </w:rPr>
        <w:tab/>
      </w:r>
      <w:r w:rsidRPr="00DB121E">
        <w:rPr>
          <w:rFonts w:ascii="Times New Roman" w:eastAsia="Times New Roman" w:hAnsi="Times New Roman"/>
          <w:b/>
          <w:color w:val="000000"/>
          <w:sz w:val="24"/>
          <w:lang w:val="ru-RU"/>
        </w:rPr>
        <w:t>Модуль «Графика»</w:t>
      </w:r>
      <w:r w:rsidRPr="00DB121E">
        <w:rPr>
          <w:lang w:val="ru-RU"/>
        </w:rPr>
        <w:br/>
      </w:r>
      <w:r w:rsidRPr="00DB121E">
        <w:rPr>
          <w:lang w:val="ru-RU"/>
        </w:rPr>
        <w:tab/>
      </w:r>
      <w:r w:rsidRPr="00DB121E">
        <w:rPr>
          <w:rFonts w:ascii="Times New Roman" w:eastAsia="Times New Roman" w:hAnsi="Times New Roman"/>
          <w:color w:val="000000"/>
          <w:sz w:val="24"/>
          <w:lang w:val="ru-RU"/>
        </w:rPr>
        <w:t>Расположение изображения на листе. Выбор вертикального или горизонтального формата листа в зависимости от содержания изображения.</w:t>
      </w:r>
    </w:p>
    <w:p w:rsidR="00943526" w:rsidRPr="00DB121E" w:rsidRDefault="00DB121E">
      <w:pPr>
        <w:tabs>
          <w:tab w:val="left" w:pos="180"/>
        </w:tabs>
        <w:autoSpaceDE w:val="0"/>
        <w:autoSpaceDN w:val="0"/>
        <w:spacing w:before="70" w:after="0" w:line="262" w:lineRule="auto"/>
        <w:ind w:right="720"/>
        <w:rPr>
          <w:lang w:val="ru-RU"/>
        </w:rPr>
      </w:pPr>
      <w:r w:rsidRPr="00DB121E">
        <w:rPr>
          <w:lang w:val="ru-RU"/>
        </w:rPr>
        <w:tab/>
      </w:r>
      <w:r w:rsidRPr="00DB121E">
        <w:rPr>
          <w:rFonts w:ascii="Times New Roman" w:eastAsia="Times New Roman" w:hAnsi="Times New Roman"/>
          <w:color w:val="000000"/>
          <w:sz w:val="24"/>
          <w:lang w:val="ru-RU"/>
        </w:rPr>
        <w:t>Разные виды линий. Линейный рисунок. Графические материалы для линейного рисунка и их особенности. Приёмы рисования линией.</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Рисование с натуры: разные листья и их форма.</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Представление о пропорциях: короткое — длинное. Развитие навыка видения соотношения частей целого (на основе рисунков животных).</w:t>
      </w:r>
    </w:p>
    <w:p w:rsidR="00943526" w:rsidRPr="00DB121E" w:rsidRDefault="00DB121E">
      <w:pPr>
        <w:tabs>
          <w:tab w:val="left" w:pos="180"/>
        </w:tabs>
        <w:autoSpaceDE w:val="0"/>
        <w:autoSpaceDN w:val="0"/>
        <w:spacing w:before="72"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Графическое пятно (ахроматическое) и представление о силуэте. Формирование навыка видения целостности. Цельная форма и её части.</w:t>
      </w:r>
    </w:p>
    <w:p w:rsidR="00943526" w:rsidRPr="00DB121E" w:rsidRDefault="00DB121E">
      <w:pPr>
        <w:tabs>
          <w:tab w:val="left" w:pos="180"/>
        </w:tabs>
        <w:autoSpaceDE w:val="0"/>
        <w:autoSpaceDN w:val="0"/>
        <w:spacing w:before="190" w:after="0" w:line="271" w:lineRule="auto"/>
        <w:rPr>
          <w:lang w:val="ru-RU"/>
        </w:rPr>
      </w:pPr>
      <w:r w:rsidRPr="00DB121E">
        <w:rPr>
          <w:lang w:val="ru-RU"/>
        </w:rPr>
        <w:tab/>
      </w:r>
      <w:r w:rsidRPr="00DB121E">
        <w:rPr>
          <w:rFonts w:ascii="Times New Roman" w:eastAsia="Times New Roman" w:hAnsi="Times New Roman"/>
          <w:b/>
          <w:color w:val="000000"/>
          <w:sz w:val="24"/>
          <w:lang w:val="ru-RU"/>
        </w:rPr>
        <w:t>Модуль «Живопись»</w:t>
      </w:r>
      <w:r w:rsidRPr="00DB121E">
        <w:rPr>
          <w:lang w:val="ru-RU"/>
        </w:rPr>
        <w:br/>
      </w:r>
      <w:r w:rsidRPr="00DB121E">
        <w:rPr>
          <w:lang w:val="ru-RU"/>
        </w:rPr>
        <w:tab/>
      </w:r>
      <w:r w:rsidRPr="00DB121E">
        <w:rPr>
          <w:rFonts w:ascii="Times New Roman" w:eastAsia="Times New Roman" w:hAnsi="Times New Roman"/>
          <w:color w:val="000000"/>
          <w:sz w:val="24"/>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943526" w:rsidRPr="00DB121E" w:rsidRDefault="00DB121E">
      <w:pPr>
        <w:tabs>
          <w:tab w:val="left" w:pos="180"/>
        </w:tabs>
        <w:autoSpaceDE w:val="0"/>
        <w:autoSpaceDN w:val="0"/>
        <w:spacing w:before="70" w:after="0" w:line="262" w:lineRule="auto"/>
        <w:rPr>
          <w:lang w:val="ru-RU"/>
        </w:rPr>
      </w:pPr>
      <w:r w:rsidRPr="00DB121E">
        <w:rPr>
          <w:lang w:val="ru-RU"/>
        </w:rPr>
        <w:tab/>
      </w:r>
      <w:r w:rsidRPr="00DB121E">
        <w:rPr>
          <w:rFonts w:ascii="Times New Roman" w:eastAsia="Times New Roman" w:hAnsi="Times New Roman"/>
          <w:color w:val="000000"/>
          <w:sz w:val="24"/>
          <w:lang w:val="ru-RU"/>
        </w:rPr>
        <w:t>Три основных цвета. Ассоциативные представления, связанные с каждым цветом. Навыки смешения красок и получение нового цвета.</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Эмоциональная выразительность цвета, способы выражение настроения в изображаемом сюжете.</w:t>
      </w:r>
    </w:p>
    <w:p w:rsidR="00943526" w:rsidRPr="00DB121E" w:rsidRDefault="00DB121E">
      <w:pPr>
        <w:tabs>
          <w:tab w:val="left" w:pos="180"/>
        </w:tabs>
        <w:autoSpaceDE w:val="0"/>
        <w:autoSpaceDN w:val="0"/>
        <w:spacing w:before="70" w:after="0" w:line="262" w:lineRule="auto"/>
        <w:ind w:right="576"/>
        <w:rPr>
          <w:lang w:val="ru-RU"/>
        </w:rPr>
      </w:pPr>
      <w:r w:rsidRPr="00DB121E">
        <w:rPr>
          <w:lang w:val="ru-RU"/>
        </w:rPr>
        <w:tab/>
      </w:r>
      <w:r w:rsidRPr="00DB121E">
        <w:rPr>
          <w:rFonts w:ascii="Times New Roman" w:eastAsia="Times New Roman" w:hAnsi="Times New Roman"/>
          <w:color w:val="000000"/>
          <w:sz w:val="24"/>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Тематическая композиция «Времена года». Контрастные цветовые состояния времён года.</w:t>
      </w:r>
    </w:p>
    <w:p w:rsidR="00943526" w:rsidRPr="00DB121E" w:rsidRDefault="00DB121E">
      <w:pPr>
        <w:autoSpaceDE w:val="0"/>
        <w:autoSpaceDN w:val="0"/>
        <w:spacing w:before="70" w:after="0" w:line="230" w:lineRule="auto"/>
        <w:rPr>
          <w:lang w:val="ru-RU"/>
        </w:rPr>
      </w:pPr>
      <w:r w:rsidRPr="00DB121E">
        <w:rPr>
          <w:rFonts w:ascii="Times New Roman" w:eastAsia="Times New Roman" w:hAnsi="Times New Roman"/>
          <w:color w:val="000000"/>
          <w:sz w:val="24"/>
          <w:lang w:val="ru-RU"/>
        </w:rPr>
        <w:t>Живопись (гуашь), аппликация или смешанная техника.</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Техника монотипии. Представления о симметрии. Развитие воображения.</w:t>
      </w:r>
    </w:p>
    <w:p w:rsidR="00943526" w:rsidRPr="00DB121E" w:rsidRDefault="00DB121E">
      <w:pPr>
        <w:autoSpaceDE w:val="0"/>
        <w:autoSpaceDN w:val="0"/>
        <w:spacing w:before="190" w:after="0" w:line="262" w:lineRule="auto"/>
        <w:ind w:left="180" w:right="2016"/>
        <w:rPr>
          <w:lang w:val="ru-RU"/>
        </w:rPr>
      </w:pPr>
      <w:r w:rsidRPr="00DB121E">
        <w:rPr>
          <w:rFonts w:ascii="Times New Roman" w:eastAsia="Times New Roman" w:hAnsi="Times New Roman"/>
          <w:b/>
          <w:color w:val="000000"/>
          <w:sz w:val="24"/>
          <w:lang w:val="ru-RU"/>
        </w:rPr>
        <w:t>Модуль «Скульптура»</w:t>
      </w:r>
      <w:r w:rsidRPr="00DB121E">
        <w:rPr>
          <w:lang w:val="ru-RU"/>
        </w:rPr>
        <w:br/>
      </w:r>
      <w:r w:rsidRPr="00DB121E">
        <w:rPr>
          <w:rFonts w:ascii="Times New Roman" w:eastAsia="Times New Roman" w:hAnsi="Times New Roman"/>
          <w:color w:val="000000"/>
          <w:sz w:val="24"/>
          <w:lang w:val="ru-RU"/>
        </w:rPr>
        <w:t>Изображение в объёме. Приёмы работы с пластилином; дощечка, стек, тряпочка.</w:t>
      </w:r>
    </w:p>
    <w:p w:rsidR="00943526" w:rsidRPr="00DB121E" w:rsidRDefault="00DB121E">
      <w:pPr>
        <w:tabs>
          <w:tab w:val="left" w:pos="180"/>
        </w:tabs>
        <w:autoSpaceDE w:val="0"/>
        <w:autoSpaceDN w:val="0"/>
        <w:spacing w:before="70" w:after="0" w:line="262" w:lineRule="auto"/>
        <w:ind w:right="1440"/>
        <w:rPr>
          <w:lang w:val="ru-RU"/>
        </w:rPr>
      </w:pPr>
      <w:r w:rsidRPr="00DB121E">
        <w:rPr>
          <w:lang w:val="ru-RU"/>
        </w:rPr>
        <w:tab/>
      </w:r>
      <w:r w:rsidRPr="00DB121E">
        <w:rPr>
          <w:rFonts w:ascii="Times New Roman" w:eastAsia="Times New Roman" w:hAnsi="Times New Roman"/>
          <w:color w:val="000000"/>
          <w:sz w:val="24"/>
          <w:lang w:val="ru-RU"/>
        </w:rPr>
        <w:t>Лепка зверушек из цельной формы (черепашки, ёжика, зайчика, птички и др.). Приёмы вытягивания, вдавливания, сгибания, скручивания.</w:t>
      </w:r>
    </w:p>
    <w:p w:rsidR="00943526" w:rsidRPr="00DB121E" w:rsidRDefault="00DB121E">
      <w:pPr>
        <w:autoSpaceDE w:val="0"/>
        <w:autoSpaceDN w:val="0"/>
        <w:spacing w:before="70" w:after="0" w:line="271" w:lineRule="auto"/>
        <w:ind w:right="720" w:firstLine="180"/>
        <w:rPr>
          <w:lang w:val="ru-RU"/>
        </w:rPr>
      </w:pPr>
      <w:r w:rsidRPr="00DB121E">
        <w:rPr>
          <w:rFonts w:ascii="Times New Roman" w:eastAsia="Times New Roman" w:hAnsi="Times New Roman"/>
          <w:color w:val="000000"/>
          <w:sz w:val="24"/>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943526" w:rsidRPr="00DB121E" w:rsidRDefault="00DB121E">
      <w:pPr>
        <w:autoSpaceDE w:val="0"/>
        <w:autoSpaceDN w:val="0"/>
        <w:spacing w:before="72" w:after="0" w:line="262" w:lineRule="auto"/>
        <w:ind w:left="180" w:right="288"/>
        <w:rPr>
          <w:lang w:val="ru-RU"/>
        </w:rPr>
      </w:pPr>
      <w:r w:rsidRPr="00DB121E">
        <w:rPr>
          <w:rFonts w:ascii="Times New Roman" w:eastAsia="Times New Roman" w:hAnsi="Times New Roman"/>
          <w:color w:val="000000"/>
          <w:sz w:val="24"/>
          <w:lang w:val="ru-RU"/>
        </w:rPr>
        <w:t>Бумажная пластика. Овладение первичными приёмами на</w:t>
      </w:r>
      <w:proofErr w:type="gramStart"/>
      <w:r w:rsidRPr="00DB121E">
        <w:rPr>
          <w:rFonts w:ascii="Times New Roman" w:eastAsia="Times New Roman" w:hAnsi="Times New Roman"/>
          <w:color w:val="000000"/>
          <w:sz w:val="24"/>
          <w:lang w:val="ru-RU"/>
        </w:rPr>
        <w:t>д-</w:t>
      </w:r>
      <w:proofErr w:type="gramEnd"/>
      <w:r w:rsidRPr="00DB121E">
        <w:rPr>
          <w:rFonts w:ascii="Times New Roman" w:eastAsia="Times New Roman" w:hAnsi="Times New Roman"/>
          <w:color w:val="000000"/>
          <w:sz w:val="24"/>
          <w:lang w:val="ru-RU"/>
        </w:rPr>
        <w:t xml:space="preserve"> резания, закручивания, складывания. Объёмная аппликация из бумаги и картона.</w:t>
      </w:r>
    </w:p>
    <w:p w:rsidR="00943526" w:rsidRPr="00DB121E" w:rsidRDefault="00DB121E">
      <w:pPr>
        <w:tabs>
          <w:tab w:val="left" w:pos="180"/>
        </w:tabs>
        <w:autoSpaceDE w:val="0"/>
        <w:autoSpaceDN w:val="0"/>
        <w:spacing w:before="190" w:after="0"/>
        <w:rPr>
          <w:lang w:val="ru-RU"/>
        </w:rPr>
      </w:pPr>
      <w:r w:rsidRPr="00DB121E">
        <w:rPr>
          <w:lang w:val="ru-RU"/>
        </w:rPr>
        <w:tab/>
      </w:r>
      <w:r w:rsidRPr="00DB121E">
        <w:rPr>
          <w:rFonts w:ascii="Times New Roman" w:eastAsia="Times New Roman" w:hAnsi="Times New Roman"/>
          <w:b/>
          <w:color w:val="000000"/>
          <w:sz w:val="24"/>
          <w:lang w:val="ru-RU"/>
        </w:rPr>
        <w:t>Модуль «Декоративно-прикладное искусство»</w:t>
      </w:r>
      <w:r w:rsidRPr="00DB121E">
        <w:rPr>
          <w:lang w:val="ru-RU"/>
        </w:rPr>
        <w:br/>
      </w:r>
      <w:r w:rsidRPr="00DB121E">
        <w:rPr>
          <w:lang w:val="ru-RU"/>
        </w:rPr>
        <w:tab/>
      </w:r>
      <w:r w:rsidRPr="00DB121E">
        <w:rPr>
          <w:rFonts w:ascii="Times New Roman" w:eastAsia="Times New Roman" w:hAnsi="Times New Roman"/>
          <w:color w:val="000000"/>
          <w:sz w:val="24"/>
          <w:lang w:val="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943526" w:rsidRPr="00DB121E" w:rsidRDefault="00DB121E">
      <w:pPr>
        <w:autoSpaceDE w:val="0"/>
        <w:autoSpaceDN w:val="0"/>
        <w:spacing w:before="70" w:after="0" w:line="271" w:lineRule="auto"/>
        <w:ind w:right="288" w:firstLine="180"/>
        <w:rPr>
          <w:lang w:val="ru-RU"/>
        </w:rPr>
      </w:pPr>
      <w:r w:rsidRPr="00DB121E">
        <w:rPr>
          <w:rFonts w:ascii="Times New Roman" w:eastAsia="Times New Roman" w:hAnsi="Times New Roman"/>
          <w:color w:val="000000"/>
          <w:sz w:val="24"/>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943526" w:rsidRPr="00DB121E" w:rsidRDefault="00DB121E">
      <w:pPr>
        <w:autoSpaceDE w:val="0"/>
        <w:autoSpaceDN w:val="0"/>
        <w:spacing w:before="70" w:after="0" w:line="271" w:lineRule="auto"/>
        <w:ind w:right="432" w:firstLine="180"/>
        <w:rPr>
          <w:lang w:val="ru-RU"/>
        </w:rPr>
      </w:pPr>
      <w:r w:rsidRPr="00DB121E">
        <w:rPr>
          <w:rFonts w:ascii="Times New Roman" w:eastAsia="Times New Roman" w:hAnsi="Times New Roman"/>
          <w:color w:val="000000"/>
          <w:sz w:val="24"/>
          <w:lang w:val="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943526" w:rsidRPr="00DB121E" w:rsidRDefault="00943526">
      <w:pPr>
        <w:rPr>
          <w:lang w:val="ru-RU"/>
        </w:rPr>
        <w:sectPr w:rsidR="00943526" w:rsidRPr="00DB121E">
          <w:pgSz w:w="11900" w:h="16840"/>
          <w:pgMar w:top="298" w:right="650" w:bottom="398" w:left="666" w:header="720" w:footer="720" w:gutter="0"/>
          <w:cols w:space="720" w:equalWidth="0">
            <w:col w:w="10584"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autoSpaceDE w:val="0"/>
        <w:autoSpaceDN w:val="0"/>
        <w:spacing w:after="0" w:line="262" w:lineRule="auto"/>
        <w:ind w:left="180" w:right="576"/>
        <w:rPr>
          <w:lang w:val="ru-RU"/>
        </w:rPr>
      </w:pPr>
      <w:r w:rsidRPr="00DB121E">
        <w:rPr>
          <w:rFonts w:ascii="Times New Roman" w:eastAsia="Times New Roman" w:hAnsi="Times New Roman"/>
          <w:color w:val="000000"/>
          <w:sz w:val="24"/>
          <w:lang w:val="ru-RU"/>
        </w:rPr>
        <w:t xml:space="preserve"> Дизайн предмета: изготовление нарядной упаковки путём складывания бумаги и аппликации. Оригами — создание игрушки для новогодней ёлки. Приёмы складывания бумаги.</w:t>
      </w:r>
    </w:p>
    <w:p w:rsidR="00943526" w:rsidRPr="00DB121E" w:rsidRDefault="00DB121E">
      <w:pPr>
        <w:tabs>
          <w:tab w:val="left" w:pos="180"/>
        </w:tabs>
        <w:autoSpaceDE w:val="0"/>
        <w:autoSpaceDN w:val="0"/>
        <w:spacing w:before="190" w:after="0" w:line="271" w:lineRule="auto"/>
        <w:ind w:right="864"/>
        <w:rPr>
          <w:lang w:val="ru-RU"/>
        </w:rPr>
      </w:pPr>
      <w:r w:rsidRPr="00DB121E">
        <w:rPr>
          <w:lang w:val="ru-RU"/>
        </w:rPr>
        <w:tab/>
      </w:r>
      <w:r w:rsidRPr="00DB121E">
        <w:rPr>
          <w:rFonts w:ascii="Times New Roman" w:eastAsia="Times New Roman" w:hAnsi="Times New Roman"/>
          <w:b/>
          <w:color w:val="000000"/>
          <w:sz w:val="24"/>
          <w:lang w:val="ru-RU"/>
        </w:rPr>
        <w:t>Модуль «Архитектура»</w:t>
      </w:r>
      <w:r w:rsidRPr="00DB121E">
        <w:rPr>
          <w:lang w:val="ru-RU"/>
        </w:rPr>
        <w:br/>
      </w:r>
      <w:r w:rsidRPr="00DB121E">
        <w:rPr>
          <w:lang w:val="ru-RU"/>
        </w:rPr>
        <w:tab/>
      </w:r>
      <w:r w:rsidRPr="00DB121E">
        <w:rPr>
          <w:rFonts w:ascii="Times New Roman" w:eastAsia="Times New Roman" w:hAnsi="Times New Roman"/>
          <w:color w:val="000000"/>
          <w:sz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rsidR="00943526" w:rsidRPr="00DB121E" w:rsidRDefault="00DB121E">
      <w:pPr>
        <w:autoSpaceDE w:val="0"/>
        <w:autoSpaceDN w:val="0"/>
        <w:spacing w:before="70" w:after="0" w:line="271" w:lineRule="auto"/>
        <w:ind w:right="288" w:firstLine="180"/>
        <w:rPr>
          <w:lang w:val="ru-RU"/>
        </w:rPr>
      </w:pPr>
      <w:r w:rsidRPr="00DB121E">
        <w:rPr>
          <w:rFonts w:ascii="Times New Roman" w:eastAsia="Times New Roman" w:hAnsi="Times New Roman"/>
          <w:color w:val="000000"/>
          <w:sz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943526" w:rsidRPr="00DB121E" w:rsidRDefault="00DB121E">
      <w:pPr>
        <w:tabs>
          <w:tab w:val="left" w:pos="180"/>
        </w:tabs>
        <w:autoSpaceDE w:val="0"/>
        <w:autoSpaceDN w:val="0"/>
        <w:spacing w:before="70" w:after="0" w:line="262" w:lineRule="auto"/>
        <w:ind w:right="288"/>
        <w:rPr>
          <w:lang w:val="ru-RU"/>
        </w:rPr>
      </w:pPr>
      <w:r w:rsidRPr="00DB121E">
        <w:rPr>
          <w:lang w:val="ru-RU"/>
        </w:rPr>
        <w:tab/>
      </w:r>
      <w:r w:rsidRPr="00DB121E">
        <w:rPr>
          <w:rFonts w:ascii="Times New Roman" w:eastAsia="Times New Roman" w:hAnsi="Times New Roman"/>
          <w:color w:val="000000"/>
          <w:sz w:val="24"/>
          <w:lang w:val="ru-RU"/>
        </w:rPr>
        <w:t>Макетирование (или аппликация) пространственной среды сказочного города из бумаги, картона или пластилина.</w:t>
      </w:r>
    </w:p>
    <w:p w:rsidR="00943526" w:rsidRPr="00DB121E" w:rsidRDefault="00DB121E">
      <w:pPr>
        <w:tabs>
          <w:tab w:val="left" w:pos="180"/>
        </w:tabs>
        <w:autoSpaceDE w:val="0"/>
        <w:autoSpaceDN w:val="0"/>
        <w:spacing w:before="192" w:after="0" w:line="271" w:lineRule="auto"/>
        <w:ind w:right="1008"/>
        <w:rPr>
          <w:lang w:val="ru-RU"/>
        </w:rPr>
      </w:pPr>
      <w:r w:rsidRPr="00DB121E">
        <w:rPr>
          <w:lang w:val="ru-RU"/>
        </w:rPr>
        <w:tab/>
      </w:r>
      <w:r w:rsidRPr="00DB121E">
        <w:rPr>
          <w:rFonts w:ascii="Times New Roman" w:eastAsia="Times New Roman" w:hAnsi="Times New Roman"/>
          <w:b/>
          <w:color w:val="000000"/>
          <w:sz w:val="24"/>
          <w:lang w:val="ru-RU"/>
        </w:rPr>
        <w:t>Модуль «Восприятие произведений искусства»</w:t>
      </w:r>
      <w:r w:rsidRPr="00DB121E">
        <w:rPr>
          <w:lang w:val="ru-RU"/>
        </w:rPr>
        <w:br/>
      </w:r>
      <w:r w:rsidRPr="00DB121E">
        <w:rPr>
          <w:lang w:val="ru-RU"/>
        </w:rPr>
        <w:tab/>
      </w:r>
      <w:r w:rsidRPr="00DB121E">
        <w:rPr>
          <w:rFonts w:ascii="Times New Roman" w:eastAsia="Times New Roman" w:hAnsi="Times New Roman"/>
          <w:color w:val="000000"/>
          <w:sz w:val="24"/>
          <w:lang w:val="ru-RU"/>
        </w:rPr>
        <w:t>Восприятие произведений детского творчества. Обсуждение сюжетного и эмоционального содержания детских работ.</w:t>
      </w:r>
    </w:p>
    <w:p w:rsidR="00943526" w:rsidRPr="00DB121E" w:rsidRDefault="00DB121E">
      <w:pPr>
        <w:tabs>
          <w:tab w:val="left" w:pos="180"/>
        </w:tabs>
        <w:autoSpaceDE w:val="0"/>
        <w:autoSpaceDN w:val="0"/>
        <w:spacing w:before="70" w:after="0" w:line="262" w:lineRule="auto"/>
        <w:ind w:right="288"/>
        <w:rPr>
          <w:lang w:val="ru-RU"/>
        </w:rPr>
      </w:pPr>
      <w:r w:rsidRPr="00DB121E">
        <w:rPr>
          <w:lang w:val="ru-RU"/>
        </w:rPr>
        <w:tab/>
      </w:r>
      <w:r w:rsidRPr="00DB121E">
        <w:rPr>
          <w:rFonts w:ascii="Times New Roman" w:eastAsia="Times New Roman" w:hAnsi="Times New Roman"/>
          <w:color w:val="000000"/>
          <w:sz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943526" w:rsidRPr="00DB121E" w:rsidRDefault="00DB121E">
      <w:pPr>
        <w:tabs>
          <w:tab w:val="left" w:pos="180"/>
        </w:tabs>
        <w:autoSpaceDE w:val="0"/>
        <w:autoSpaceDN w:val="0"/>
        <w:spacing w:before="70" w:after="0" w:line="262" w:lineRule="auto"/>
        <w:ind w:right="720"/>
        <w:rPr>
          <w:lang w:val="ru-RU"/>
        </w:rPr>
      </w:pPr>
      <w:r w:rsidRPr="00DB121E">
        <w:rPr>
          <w:lang w:val="ru-RU"/>
        </w:rPr>
        <w:tab/>
      </w:r>
      <w:r w:rsidRPr="00DB121E">
        <w:rPr>
          <w:rFonts w:ascii="Times New Roman" w:eastAsia="Times New Roman" w:hAnsi="Times New Roman"/>
          <w:color w:val="000000"/>
          <w:sz w:val="24"/>
          <w:lang w:val="ru-RU"/>
        </w:rPr>
        <w:t>Рассматривание иллюстраций детской книги на основе содержательных установок учителя в соответствии с изучаемой темой.</w:t>
      </w:r>
    </w:p>
    <w:p w:rsidR="00943526" w:rsidRPr="00DB121E" w:rsidRDefault="00DB121E">
      <w:pPr>
        <w:autoSpaceDE w:val="0"/>
        <w:autoSpaceDN w:val="0"/>
        <w:spacing w:before="70" w:after="0" w:line="271" w:lineRule="auto"/>
        <w:ind w:right="144" w:firstLine="180"/>
        <w:rPr>
          <w:lang w:val="ru-RU"/>
        </w:rPr>
      </w:pPr>
      <w:r w:rsidRPr="00DB121E">
        <w:rPr>
          <w:rFonts w:ascii="Times New Roman" w:eastAsia="Times New Roman" w:hAnsi="Times New Roman"/>
          <w:color w:val="000000"/>
          <w:sz w:val="24"/>
          <w:lang w:val="ru-RU"/>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943526" w:rsidRPr="00DB121E" w:rsidRDefault="00DB121E">
      <w:pPr>
        <w:autoSpaceDE w:val="0"/>
        <w:autoSpaceDN w:val="0"/>
        <w:spacing w:before="70" w:after="0" w:line="271" w:lineRule="auto"/>
        <w:ind w:right="432" w:firstLine="180"/>
        <w:rPr>
          <w:lang w:val="ru-RU"/>
        </w:rPr>
      </w:pPr>
      <w:r w:rsidRPr="00DB121E">
        <w:rPr>
          <w:rFonts w:ascii="Times New Roman" w:eastAsia="Times New Roman" w:hAnsi="Times New Roman"/>
          <w:color w:val="000000"/>
          <w:sz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943526" w:rsidRPr="00DB121E" w:rsidRDefault="00DB121E">
      <w:pPr>
        <w:autoSpaceDE w:val="0"/>
        <w:autoSpaceDN w:val="0"/>
        <w:spacing w:before="190" w:after="0" w:line="271" w:lineRule="auto"/>
        <w:ind w:left="180" w:right="864"/>
        <w:rPr>
          <w:lang w:val="ru-RU"/>
        </w:rPr>
      </w:pPr>
      <w:r w:rsidRPr="00DB121E">
        <w:rPr>
          <w:rFonts w:ascii="Times New Roman" w:eastAsia="Times New Roman" w:hAnsi="Times New Roman"/>
          <w:b/>
          <w:color w:val="000000"/>
          <w:sz w:val="24"/>
          <w:lang w:val="ru-RU"/>
        </w:rPr>
        <w:t>Модуль «Азбука цифровой графики»</w:t>
      </w:r>
      <w:r w:rsidRPr="00DB121E">
        <w:rPr>
          <w:lang w:val="ru-RU"/>
        </w:rPr>
        <w:br/>
      </w:r>
      <w:r w:rsidRPr="00DB121E">
        <w:rPr>
          <w:rFonts w:ascii="Times New Roman" w:eastAsia="Times New Roman" w:hAnsi="Times New Roman"/>
          <w:color w:val="000000"/>
          <w:sz w:val="24"/>
          <w:lang w:val="ru-RU"/>
        </w:rPr>
        <w:t>Фотографирование мелких деталей природы, выражение ярких зрительных впечатлений. Обсуждение в условиях урока ученических фотографий, соответствующих изучаемой теме.</w:t>
      </w:r>
    </w:p>
    <w:p w:rsidR="00943526" w:rsidRPr="00DB121E" w:rsidRDefault="00DB121E">
      <w:pPr>
        <w:autoSpaceDE w:val="0"/>
        <w:autoSpaceDN w:val="0"/>
        <w:spacing w:before="262" w:after="0" w:line="230" w:lineRule="auto"/>
        <w:rPr>
          <w:lang w:val="ru-RU"/>
        </w:rPr>
      </w:pPr>
      <w:r w:rsidRPr="00DB121E">
        <w:rPr>
          <w:rFonts w:ascii="Times New Roman" w:eastAsia="Times New Roman" w:hAnsi="Times New Roman"/>
          <w:b/>
          <w:color w:val="000000"/>
          <w:sz w:val="24"/>
          <w:lang w:val="ru-RU"/>
        </w:rPr>
        <w:t>2 КЛАСС</w:t>
      </w:r>
    </w:p>
    <w:p w:rsidR="00943526" w:rsidRPr="00DB121E" w:rsidRDefault="00DB121E">
      <w:pPr>
        <w:tabs>
          <w:tab w:val="left" w:pos="180"/>
        </w:tabs>
        <w:autoSpaceDE w:val="0"/>
        <w:autoSpaceDN w:val="0"/>
        <w:spacing w:before="166" w:after="0" w:line="271" w:lineRule="auto"/>
        <w:ind w:right="576"/>
        <w:rPr>
          <w:lang w:val="ru-RU"/>
        </w:rPr>
      </w:pPr>
      <w:r w:rsidRPr="00DB121E">
        <w:rPr>
          <w:lang w:val="ru-RU"/>
        </w:rPr>
        <w:tab/>
      </w:r>
      <w:r w:rsidRPr="00DB121E">
        <w:rPr>
          <w:rFonts w:ascii="Times New Roman" w:eastAsia="Times New Roman" w:hAnsi="Times New Roman"/>
          <w:b/>
          <w:color w:val="000000"/>
          <w:sz w:val="24"/>
          <w:lang w:val="ru-RU"/>
        </w:rPr>
        <w:t>Модуль «Графика»</w:t>
      </w:r>
      <w:r w:rsidRPr="00DB121E">
        <w:rPr>
          <w:lang w:val="ru-RU"/>
        </w:rPr>
        <w:br/>
      </w:r>
      <w:r w:rsidRPr="00DB121E">
        <w:rPr>
          <w:lang w:val="ru-RU"/>
        </w:rPr>
        <w:tab/>
      </w:r>
      <w:r w:rsidRPr="00DB121E">
        <w:rPr>
          <w:rFonts w:ascii="Times New Roman" w:eastAsia="Times New Roman" w:hAnsi="Times New Roman"/>
          <w:color w:val="000000"/>
          <w:sz w:val="24"/>
          <w:lang w:val="ru-RU"/>
        </w:rPr>
        <w:t>Ритм линий. Выразительность линии. Художественные материалы для линейного рисунка и их свойства. Развитие навыков линейного рисунка.</w:t>
      </w:r>
    </w:p>
    <w:p w:rsidR="00943526" w:rsidRPr="00DB121E" w:rsidRDefault="00DB121E">
      <w:pPr>
        <w:tabs>
          <w:tab w:val="left" w:pos="180"/>
        </w:tabs>
        <w:autoSpaceDE w:val="0"/>
        <w:autoSpaceDN w:val="0"/>
        <w:spacing w:before="72" w:after="0" w:line="262" w:lineRule="auto"/>
        <w:ind w:right="720"/>
        <w:rPr>
          <w:lang w:val="ru-RU"/>
        </w:rPr>
      </w:pPr>
      <w:r w:rsidRPr="00DB121E">
        <w:rPr>
          <w:lang w:val="ru-RU"/>
        </w:rPr>
        <w:tab/>
      </w:r>
      <w:r w:rsidRPr="00DB121E">
        <w:rPr>
          <w:rFonts w:ascii="Times New Roman" w:eastAsia="Times New Roman" w:hAnsi="Times New Roman"/>
          <w:color w:val="000000"/>
          <w:sz w:val="24"/>
          <w:lang w:val="ru-RU"/>
        </w:rPr>
        <w:t>Пастель и мелки — особенности и выразительные свойства графических материалов, приёмы работы.</w:t>
      </w:r>
    </w:p>
    <w:p w:rsidR="00943526" w:rsidRPr="00DB121E" w:rsidRDefault="00DB121E">
      <w:pPr>
        <w:tabs>
          <w:tab w:val="left" w:pos="180"/>
        </w:tabs>
        <w:autoSpaceDE w:val="0"/>
        <w:autoSpaceDN w:val="0"/>
        <w:spacing w:before="70" w:after="0" w:line="262" w:lineRule="auto"/>
        <w:ind w:right="720"/>
        <w:rPr>
          <w:lang w:val="ru-RU"/>
        </w:rPr>
      </w:pPr>
      <w:r w:rsidRPr="00DB121E">
        <w:rPr>
          <w:lang w:val="ru-RU"/>
        </w:rPr>
        <w:tab/>
      </w:r>
      <w:r w:rsidRPr="00DB121E">
        <w:rPr>
          <w:rFonts w:ascii="Times New Roman" w:eastAsia="Times New Roman" w:hAnsi="Times New Roman"/>
          <w:color w:val="000000"/>
          <w:sz w:val="24"/>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943526" w:rsidRPr="00DB121E" w:rsidRDefault="00DB121E">
      <w:pPr>
        <w:tabs>
          <w:tab w:val="left" w:pos="180"/>
        </w:tabs>
        <w:autoSpaceDE w:val="0"/>
        <w:autoSpaceDN w:val="0"/>
        <w:spacing w:before="70" w:after="0" w:line="262" w:lineRule="auto"/>
        <w:rPr>
          <w:lang w:val="ru-RU"/>
        </w:rPr>
      </w:pPr>
      <w:r w:rsidRPr="00DB121E">
        <w:rPr>
          <w:lang w:val="ru-RU"/>
        </w:rPr>
        <w:tab/>
      </w:r>
      <w:r w:rsidRPr="00DB121E">
        <w:rPr>
          <w:rFonts w:ascii="Times New Roman" w:eastAsia="Times New Roman" w:hAnsi="Times New Roman"/>
          <w:color w:val="000000"/>
          <w:sz w:val="24"/>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943526" w:rsidRPr="00DB121E" w:rsidRDefault="00DB121E">
      <w:pPr>
        <w:tabs>
          <w:tab w:val="left" w:pos="180"/>
        </w:tabs>
        <w:autoSpaceDE w:val="0"/>
        <w:autoSpaceDN w:val="0"/>
        <w:spacing w:before="70" w:after="0" w:line="262" w:lineRule="auto"/>
        <w:rPr>
          <w:lang w:val="ru-RU"/>
        </w:rPr>
      </w:pPr>
      <w:r w:rsidRPr="00DB121E">
        <w:rPr>
          <w:lang w:val="ru-RU"/>
        </w:rPr>
        <w:tab/>
      </w:r>
      <w:r w:rsidRPr="00DB121E">
        <w:rPr>
          <w:rFonts w:ascii="Times New Roman" w:eastAsia="Times New Roman" w:hAnsi="Times New Roman"/>
          <w:color w:val="000000"/>
          <w:sz w:val="24"/>
          <w:lang w:val="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w:t>
      </w:r>
    </w:p>
    <w:p w:rsidR="00943526" w:rsidRPr="00DB121E" w:rsidRDefault="00DB121E">
      <w:pPr>
        <w:autoSpaceDE w:val="0"/>
        <w:autoSpaceDN w:val="0"/>
        <w:spacing w:before="70" w:after="0" w:line="230" w:lineRule="auto"/>
        <w:rPr>
          <w:lang w:val="ru-RU"/>
        </w:rPr>
      </w:pPr>
      <w:r w:rsidRPr="00DB121E">
        <w:rPr>
          <w:rFonts w:ascii="Times New Roman" w:eastAsia="Times New Roman" w:hAnsi="Times New Roman"/>
          <w:color w:val="000000"/>
          <w:sz w:val="24"/>
          <w:lang w:val="ru-RU"/>
        </w:rPr>
        <w:t>Штриховка. Умение внимательно рассматривать и анализировать форму натурного предмета.</w:t>
      </w:r>
    </w:p>
    <w:p w:rsidR="00943526" w:rsidRPr="00DB121E" w:rsidRDefault="00DB121E">
      <w:pPr>
        <w:tabs>
          <w:tab w:val="left" w:pos="180"/>
        </w:tabs>
        <w:autoSpaceDE w:val="0"/>
        <w:autoSpaceDN w:val="0"/>
        <w:spacing w:before="70" w:after="0" w:line="262" w:lineRule="auto"/>
        <w:ind w:right="1152"/>
        <w:rPr>
          <w:lang w:val="ru-RU"/>
        </w:rPr>
      </w:pPr>
      <w:r w:rsidRPr="00DB121E">
        <w:rPr>
          <w:lang w:val="ru-RU"/>
        </w:rPr>
        <w:tab/>
      </w:r>
      <w:r w:rsidRPr="00DB121E">
        <w:rPr>
          <w:rFonts w:ascii="Times New Roman" w:eastAsia="Times New Roman" w:hAnsi="Times New Roman"/>
          <w:color w:val="000000"/>
          <w:sz w:val="24"/>
          <w:lang w:val="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943526" w:rsidRPr="00DB121E" w:rsidRDefault="00DB121E">
      <w:pPr>
        <w:autoSpaceDE w:val="0"/>
        <w:autoSpaceDN w:val="0"/>
        <w:spacing w:before="190" w:after="0" w:line="262" w:lineRule="auto"/>
        <w:ind w:left="180" w:right="576"/>
        <w:rPr>
          <w:lang w:val="ru-RU"/>
        </w:rPr>
      </w:pPr>
      <w:r w:rsidRPr="00DB121E">
        <w:rPr>
          <w:rFonts w:ascii="Times New Roman" w:eastAsia="Times New Roman" w:hAnsi="Times New Roman"/>
          <w:b/>
          <w:color w:val="000000"/>
          <w:sz w:val="24"/>
          <w:lang w:val="ru-RU"/>
        </w:rPr>
        <w:t>Модуль «Живопись»</w:t>
      </w:r>
      <w:r w:rsidRPr="00DB121E">
        <w:rPr>
          <w:lang w:val="ru-RU"/>
        </w:rPr>
        <w:br/>
      </w:r>
      <w:r w:rsidRPr="00DB121E">
        <w:rPr>
          <w:rFonts w:ascii="Times New Roman" w:eastAsia="Times New Roman" w:hAnsi="Times New Roman"/>
          <w:color w:val="000000"/>
          <w:sz w:val="24"/>
          <w:lang w:val="ru-RU"/>
        </w:rPr>
        <w:t>Цвета основные и составные. Развитие навыков смешивания красок и получения нового цвета.</w:t>
      </w:r>
    </w:p>
    <w:p w:rsidR="00943526" w:rsidRPr="00DB121E" w:rsidRDefault="00DB121E">
      <w:pPr>
        <w:autoSpaceDE w:val="0"/>
        <w:autoSpaceDN w:val="0"/>
        <w:spacing w:before="70" w:after="0" w:line="230" w:lineRule="auto"/>
        <w:rPr>
          <w:lang w:val="ru-RU"/>
        </w:rPr>
      </w:pPr>
      <w:r w:rsidRPr="00DB121E">
        <w:rPr>
          <w:rFonts w:ascii="Times New Roman" w:eastAsia="Times New Roman" w:hAnsi="Times New Roman"/>
          <w:color w:val="000000"/>
          <w:sz w:val="24"/>
          <w:lang w:val="ru-RU"/>
        </w:rPr>
        <w:t>Приёмы работы гуашью. Разный характер мазков и движений кистью. Пастозное, плотное и</w:t>
      </w:r>
    </w:p>
    <w:p w:rsidR="00943526" w:rsidRPr="00DB121E" w:rsidRDefault="00943526">
      <w:pPr>
        <w:rPr>
          <w:lang w:val="ru-RU"/>
        </w:rPr>
        <w:sectPr w:rsidR="00943526" w:rsidRPr="00DB121E">
          <w:pgSz w:w="11900" w:h="16840"/>
          <w:pgMar w:top="298" w:right="686" w:bottom="378" w:left="666" w:header="720" w:footer="720" w:gutter="0"/>
          <w:cols w:space="720" w:equalWidth="0">
            <w:col w:w="10548" w:space="0"/>
          </w:cols>
          <w:docGrid w:linePitch="360"/>
        </w:sectPr>
      </w:pPr>
    </w:p>
    <w:p w:rsidR="00943526" w:rsidRPr="00DB121E" w:rsidRDefault="00943526">
      <w:pPr>
        <w:autoSpaceDE w:val="0"/>
        <w:autoSpaceDN w:val="0"/>
        <w:spacing w:after="66" w:line="220" w:lineRule="exact"/>
        <w:rPr>
          <w:lang w:val="ru-RU"/>
        </w:rPr>
      </w:pPr>
    </w:p>
    <w:p w:rsidR="00943526" w:rsidRPr="00DB121E" w:rsidRDefault="00DB121E">
      <w:pPr>
        <w:autoSpaceDE w:val="0"/>
        <w:autoSpaceDN w:val="0"/>
        <w:spacing w:after="0" w:line="230" w:lineRule="auto"/>
        <w:rPr>
          <w:lang w:val="ru-RU"/>
        </w:rPr>
      </w:pPr>
      <w:r w:rsidRPr="00DB121E">
        <w:rPr>
          <w:rFonts w:ascii="Times New Roman" w:eastAsia="Times New Roman" w:hAnsi="Times New Roman"/>
          <w:color w:val="000000"/>
          <w:sz w:val="24"/>
          <w:lang w:val="ru-RU"/>
        </w:rPr>
        <w:t>прозрачное нанесение краски.</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Акварель и её свойства. Акварельные кисти. Приёмы работы акварелью.</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Цвет тёплый и холодный — цветовой контраст.</w:t>
      </w:r>
    </w:p>
    <w:p w:rsidR="00943526" w:rsidRPr="00DB121E" w:rsidRDefault="00DB121E">
      <w:pPr>
        <w:tabs>
          <w:tab w:val="left" w:pos="180"/>
        </w:tabs>
        <w:autoSpaceDE w:val="0"/>
        <w:autoSpaceDN w:val="0"/>
        <w:spacing w:before="70"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Цвет открытый — звонкий и приглушённый, тихий. Эмоциональная выразительность цвета.</w:t>
      </w:r>
    </w:p>
    <w:p w:rsidR="00943526" w:rsidRPr="00DB121E" w:rsidRDefault="00DB121E">
      <w:pPr>
        <w:autoSpaceDE w:val="0"/>
        <w:autoSpaceDN w:val="0"/>
        <w:spacing w:before="70" w:after="0" w:line="271" w:lineRule="auto"/>
        <w:ind w:firstLine="180"/>
        <w:rPr>
          <w:lang w:val="ru-RU"/>
        </w:rPr>
      </w:pPr>
      <w:r w:rsidRPr="00DB121E">
        <w:rPr>
          <w:rFonts w:ascii="Times New Roman" w:eastAsia="Times New Roman" w:hAnsi="Times New Roman"/>
          <w:color w:val="000000"/>
          <w:sz w:val="24"/>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943526" w:rsidRPr="00DB121E" w:rsidRDefault="00DB121E">
      <w:pPr>
        <w:autoSpaceDE w:val="0"/>
        <w:autoSpaceDN w:val="0"/>
        <w:spacing w:before="70" w:after="0" w:line="230" w:lineRule="auto"/>
        <w:jc w:val="center"/>
        <w:rPr>
          <w:lang w:val="ru-RU"/>
        </w:rPr>
      </w:pPr>
      <w:r w:rsidRPr="00DB121E">
        <w:rPr>
          <w:rFonts w:ascii="Times New Roman" w:eastAsia="Times New Roman" w:hAnsi="Times New Roman"/>
          <w:color w:val="000000"/>
          <w:sz w:val="24"/>
          <w:lang w:val="ru-RU"/>
        </w:rPr>
        <w:t>Изображение сказочного персонажа с ярко выраженным характером (образ мужской или женский).</w:t>
      </w:r>
    </w:p>
    <w:p w:rsidR="00943526" w:rsidRPr="00DB121E" w:rsidRDefault="00DB121E">
      <w:pPr>
        <w:tabs>
          <w:tab w:val="left" w:pos="180"/>
        </w:tabs>
        <w:autoSpaceDE w:val="0"/>
        <w:autoSpaceDN w:val="0"/>
        <w:spacing w:before="192" w:after="0" w:line="281" w:lineRule="auto"/>
        <w:ind w:right="144"/>
        <w:rPr>
          <w:lang w:val="ru-RU"/>
        </w:rPr>
      </w:pPr>
      <w:r w:rsidRPr="00DB121E">
        <w:rPr>
          <w:lang w:val="ru-RU"/>
        </w:rPr>
        <w:tab/>
      </w:r>
      <w:r w:rsidRPr="00DB121E">
        <w:rPr>
          <w:rFonts w:ascii="Times New Roman" w:eastAsia="Times New Roman" w:hAnsi="Times New Roman"/>
          <w:b/>
          <w:color w:val="000000"/>
          <w:sz w:val="24"/>
          <w:lang w:val="ru-RU"/>
        </w:rPr>
        <w:t>Модуль «Скульптура»</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Лепка </w:t>
      </w:r>
      <w:proofErr w:type="gramStart"/>
      <w:r w:rsidRPr="00DB121E">
        <w:rPr>
          <w:rFonts w:ascii="Times New Roman" w:eastAsia="Times New Roman" w:hAnsi="Times New Roman"/>
          <w:color w:val="000000"/>
          <w:sz w:val="24"/>
          <w:lang w:val="ru-RU"/>
        </w:rPr>
        <w:t>из</w:t>
      </w:r>
      <w:proofErr w:type="gramEnd"/>
      <w:r w:rsidRPr="00DB121E">
        <w:rPr>
          <w:rFonts w:ascii="Times New Roman" w:eastAsia="Times New Roman" w:hAnsi="Times New Roman"/>
          <w:color w:val="000000"/>
          <w:sz w:val="24"/>
          <w:lang w:val="ru-RU"/>
        </w:rPr>
        <w:t xml:space="preserve"> </w:t>
      </w:r>
      <w:proofErr w:type="gramStart"/>
      <w:r w:rsidRPr="00DB121E">
        <w:rPr>
          <w:rFonts w:ascii="Times New Roman" w:eastAsia="Times New Roman" w:hAnsi="Times New Roman"/>
          <w:color w:val="000000"/>
          <w:sz w:val="24"/>
          <w:lang w:val="ru-RU"/>
        </w:rPr>
        <w:t>пластилины</w:t>
      </w:r>
      <w:proofErr w:type="gramEnd"/>
      <w:r w:rsidRPr="00DB121E">
        <w:rPr>
          <w:rFonts w:ascii="Times New Roman" w:eastAsia="Times New Roman" w:hAnsi="Times New Roman"/>
          <w:color w:val="000000"/>
          <w:sz w:val="24"/>
          <w:lang w:val="ru-RU"/>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943526" w:rsidRPr="00DB121E" w:rsidRDefault="00DB121E">
      <w:pPr>
        <w:tabs>
          <w:tab w:val="left" w:pos="180"/>
        </w:tabs>
        <w:autoSpaceDE w:val="0"/>
        <w:autoSpaceDN w:val="0"/>
        <w:spacing w:before="70" w:after="0" w:line="262" w:lineRule="auto"/>
        <w:ind w:right="288"/>
        <w:rPr>
          <w:lang w:val="ru-RU"/>
        </w:rPr>
      </w:pPr>
      <w:r w:rsidRPr="00DB121E">
        <w:rPr>
          <w:lang w:val="ru-RU"/>
        </w:rPr>
        <w:tab/>
      </w:r>
      <w:r w:rsidRPr="00DB121E">
        <w:rPr>
          <w:rFonts w:ascii="Times New Roman" w:eastAsia="Times New Roman" w:hAnsi="Times New Roman"/>
          <w:color w:val="000000"/>
          <w:sz w:val="24"/>
          <w:lang w:val="ru-RU"/>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943526" w:rsidRPr="00DB121E" w:rsidRDefault="00DB121E">
      <w:pPr>
        <w:tabs>
          <w:tab w:val="left" w:pos="180"/>
        </w:tabs>
        <w:autoSpaceDE w:val="0"/>
        <w:autoSpaceDN w:val="0"/>
        <w:spacing w:before="70" w:after="0" w:line="262" w:lineRule="auto"/>
        <w:ind w:right="288"/>
        <w:rPr>
          <w:lang w:val="ru-RU"/>
        </w:rPr>
      </w:pPr>
      <w:r w:rsidRPr="00DB121E">
        <w:rPr>
          <w:lang w:val="ru-RU"/>
        </w:rPr>
        <w:tab/>
      </w:r>
      <w:r w:rsidRPr="00DB121E">
        <w:rPr>
          <w:rFonts w:ascii="Times New Roman" w:eastAsia="Times New Roman" w:hAnsi="Times New Roman"/>
          <w:color w:val="000000"/>
          <w:sz w:val="24"/>
          <w:lang w:val="ru-RU"/>
        </w:rPr>
        <w:t>Изображение движения и статики в скульптуре: лепка из пластилина тяжёлой, неповоротливой и лёгкой, стремительной формы.</w:t>
      </w:r>
    </w:p>
    <w:p w:rsidR="00943526" w:rsidRPr="00DB121E" w:rsidRDefault="00DB121E">
      <w:pPr>
        <w:tabs>
          <w:tab w:val="left" w:pos="180"/>
        </w:tabs>
        <w:autoSpaceDE w:val="0"/>
        <w:autoSpaceDN w:val="0"/>
        <w:spacing w:before="190" w:after="0"/>
        <w:rPr>
          <w:lang w:val="ru-RU"/>
        </w:rPr>
      </w:pPr>
      <w:r w:rsidRPr="00DB121E">
        <w:rPr>
          <w:lang w:val="ru-RU"/>
        </w:rPr>
        <w:tab/>
      </w:r>
      <w:r w:rsidRPr="00DB121E">
        <w:rPr>
          <w:rFonts w:ascii="Times New Roman" w:eastAsia="Times New Roman" w:hAnsi="Times New Roman"/>
          <w:b/>
          <w:color w:val="000000"/>
          <w:sz w:val="24"/>
          <w:lang w:val="ru-RU"/>
        </w:rPr>
        <w:t>Модуль «Декоративно-прикладное искусство»</w:t>
      </w:r>
      <w:r w:rsidRPr="00DB121E">
        <w:rPr>
          <w:lang w:val="ru-RU"/>
        </w:rPr>
        <w:br/>
      </w:r>
      <w:r w:rsidRPr="00DB121E">
        <w:rPr>
          <w:lang w:val="ru-RU"/>
        </w:rPr>
        <w:tab/>
      </w:r>
      <w:r w:rsidRPr="00DB121E">
        <w:rPr>
          <w:rFonts w:ascii="Times New Roman" w:eastAsia="Times New Roman" w:hAnsi="Times New Roman"/>
          <w:color w:val="000000"/>
          <w:sz w:val="24"/>
          <w:lang w:val="ru-RU"/>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Рисунок геометрического орнамента кружева или вышивки.</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Декоративная композиция. Ритм пятен в декоративной аппликации.</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Поделки из подручных нехудожественных материалов.</w:t>
      </w:r>
    </w:p>
    <w:p w:rsidR="00943526" w:rsidRPr="00DB121E" w:rsidRDefault="00DB121E">
      <w:pPr>
        <w:autoSpaceDE w:val="0"/>
        <w:autoSpaceDN w:val="0"/>
        <w:spacing w:before="70" w:after="0" w:line="271" w:lineRule="auto"/>
        <w:ind w:firstLine="180"/>
        <w:rPr>
          <w:lang w:val="ru-RU"/>
        </w:rPr>
      </w:pPr>
      <w:r w:rsidRPr="00DB121E">
        <w:rPr>
          <w:rFonts w:ascii="Times New Roman" w:eastAsia="Times New Roman" w:hAnsi="Times New Roman"/>
          <w:color w:val="000000"/>
          <w:sz w:val="24"/>
          <w:lang w:val="ru-RU"/>
        </w:rPr>
        <w:t xml:space="preserve">Декоративные изображения животных в игрушках народных промыслов; филимоновские, </w:t>
      </w:r>
      <w:r w:rsidRPr="00DB121E">
        <w:rPr>
          <w:lang w:val="ru-RU"/>
        </w:rPr>
        <w:br/>
      </w:r>
      <w:r w:rsidRPr="00DB121E">
        <w:rPr>
          <w:rFonts w:ascii="Times New Roman" w:eastAsia="Times New Roman" w:hAnsi="Times New Roman"/>
          <w:color w:val="000000"/>
          <w:sz w:val="24"/>
          <w:lang w:val="ru-RU"/>
        </w:rPr>
        <w:t>дымковские, каргопольские игрушки (и другие по выбору учителя с учётом местных художественных промыслов).</w:t>
      </w:r>
    </w:p>
    <w:p w:rsidR="00943526" w:rsidRPr="00DB121E" w:rsidRDefault="00DB121E">
      <w:pPr>
        <w:tabs>
          <w:tab w:val="left" w:pos="180"/>
        </w:tabs>
        <w:autoSpaceDE w:val="0"/>
        <w:autoSpaceDN w:val="0"/>
        <w:spacing w:before="70"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943526" w:rsidRPr="00DB121E" w:rsidRDefault="00DB121E">
      <w:pPr>
        <w:tabs>
          <w:tab w:val="left" w:pos="180"/>
        </w:tabs>
        <w:autoSpaceDE w:val="0"/>
        <w:autoSpaceDN w:val="0"/>
        <w:spacing w:before="192" w:after="0" w:line="271" w:lineRule="auto"/>
        <w:ind w:right="432"/>
        <w:rPr>
          <w:lang w:val="ru-RU"/>
        </w:rPr>
      </w:pPr>
      <w:r w:rsidRPr="00DB121E">
        <w:rPr>
          <w:lang w:val="ru-RU"/>
        </w:rPr>
        <w:tab/>
      </w:r>
      <w:r w:rsidRPr="00DB121E">
        <w:rPr>
          <w:rFonts w:ascii="Times New Roman" w:eastAsia="Times New Roman" w:hAnsi="Times New Roman"/>
          <w:b/>
          <w:color w:val="000000"/>
          <w:sz w:val="24"/>
          <w:lang w:val="ru-RU"/>
        </w:rPr>
        <w:t>Модуль «Архитектура»</w:t>
      </w:r>
      <w:r w:rsidRPr="00DB121E">
        <w:rPr>
          <w:lang w:val="ru-RU"/>
        </w:rPr>
        <w:br/>
      </w:r>
      <w:r w:rsidRPr="00DB121E">
        <w:rPr>
          <w:lang w:val="ru-RU"/>
        </w:rPr>
        <w:tab/>
      </w:r>
      <w:r w:rsidRPr="00DB121E">
        <w:rPr>
          <w:rFonts w:ascii="Times New Roman" w:eastAsia="Times New Roman" w:hAnsi="Times New Roman"/>
          <w:color w:val="000000"/>
          <w:sz w:val="24"/>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943526" w:rsidRPr="00DB121E" w:rsidRDefault="00DB121E">
      <w:pPr>
        <w:autoSpaceDE w:val="0"/>
        <w:autoSpaceDN w:val="0"/>
        <w:spacing w:before="70" w:after="0" w:line="271" w:lineRule="auto"/>
        <w:ind w:right="144" w:firstLine="180"/>
        <w:rPr>
          <w:lang w:val="ru-RU"/>
        </w:rPr>
      </w:pPr>
      <w:r w:rsidRPr="00DB121E">
        <w:rPr>
          <w:rFonts w:ascii="Times New Roman" w:eastAsia="Times New Roman" w:hAnsi="Times New Roman"/>
          <w:color w:val="000000"/>
          <w:sz w:val="24"/>
          <w:lang w:val="ru-RU"/>
        </w:rPr>
        <w:t xml:space="preserve">Построение игрового сказочного города из бумаги (на основе сворачивания геометрических тел </w:t>
      </w:r>
      <w:proofErr w:type="gramStart"/>
      <w:r w:rsidRPr="00DB121E">
        <w:rPr>
          <w:rFonts w:ascii="Times New Roman" w:eastAsia="Times New Roman" w:hAnsi="Times New Roman"/>
          <w:color w:val="000000"/>
          <w:sz w:val="24"/>
          <w:lang w:val="ru-RU"/>
        </w:rPr>
        <w:t>—п</w:t>
      </w:r>
      <w:proofErr w:type="gramEnd"/>
      <w:r w:rsidRPr="00DB121E">
        <w:rPr>
          <w:rFonts w:ascii="Times New Roman" w:eastAsia="Times New Roman" w:hAnsi="Times New Roman"/>
          <w:color w:val="000000"/>
          <w:sz w:val="24"/>
          <w:lang w:val="ru-RU"/>
        </w:rPr>
        <w:t>араллелепипедов разной высоты, цилиндров с прорезями и наклейками); завивание, скручивание и складывание полоски бумаги (например, гармошкой).</w:t>
      </w:r>
    </w:p>
    <w:p w:rsidR="00943526" w:rsidRPr="00DB121E" w:rsidRDefault="00DB121E">
      <w:pPr>
        <w:autoSpaceDE w:val="0"/>
        <w:autoSpaceDN w:val="0"/>
        <w:spacing w:before="70" w:after="0" w:line="271" w:lineRule="auto"/>
        <w:ind w:firstLine="180"/>
        <w:rPr>
          <w:lang w:val="ru-RU"/>
        </w:rPr>
      </w:pPr>
      <w:r w:rsidRPr="00DB121E">
        <w:rPr>
          <w:rFonts w:ascii="Times New Roman" w:eastAsia="Times New Roman" w:hAnsi="Times New Roman"/>
          <w:color w:val="000000"/>
          <w:sz w:val="24"/>
          <w:lang w:val="ru-RU"/>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943526" w:rsidRPr="00DB121E" w:rsidRDefault="00DB121E">
      <w:pPr>
        <w:tabs>
          <w:tab w:val="left" w:pos="180"/>
        </w:tabs>
        <w:autoSpaceDE w:val="0"/>
        <w:autoSpaceDN w:val="0"/>
        <w:spacing w:before="190" w:after="0" w:line="271" w:lineRule="auto"/>
        <w:ind w:right="864"/>
        <w:rPr>
          <w:lang w:val="ru-RU"/>
        </w:rPr>
      </w:pPr>
      <w:r w:rsidRPr="00DB121E">
        <w:rPr>
          <w:lang w:val="ru-RU"/>
        </w:rPr>
        <w:tab/>
      </w:r>
      <w:r w:rsidRPr="00DB121E">
        <w:rPr>
          <w:rFonts w:ascii="Times New Roman" w:eastAsia="Times New Roman" w:hAnsi="Times New Roman"/>
          <w:b/>
          <w:color w:val="000000"/>
          <w:sz w:val="24"/>
          <w:lang w:val="ru-RU"/>
        </w:rPr>
        <w:t>Модуль «Восприятие произведений искусства»</w:t>
      </w:r>
      <w:r w:rsidRPr="00DB121E">
        <w:rPr>
          <w:lang w:val="ru-RU"/>
        </w:rPr>
        <w:br/>
      </w:r>
      <w:r w:rsidRPr="00DB121E">
        <w:rPr>
          <w:lang w:val="ru-RU"/>
        </w:rPr>
        <w:tab/>
      </w:r>
      <w:r w:rsidRPr="00DB121E">
        <w:rPr>
          <w:rFonts w:ascii="Times New Roman" w:eastAsia="Times New Roman" w:hAnsi="Times New Roman"/>
          <w:color w:val="000000"/>
          <w:sz w:val="24"/>
          <w:lang w:val="ru-RU"/>
        </w:rPr>
        <w:t>Восприятие произведений детского творчества. Обсуждение сюжетного и эмоционального содержания детских работ.</w:t>
      </w:r>
    </w:p>
    <w:p w:rsidR="00943526" w:rsidRPr="00DB121E" w:rsidRDefault="00DB121E">
      <w:pPr>
        <w:tabs>
          <w:tab w:val="left" w:pos="180"/>
        </w:tabs>
        <w:autoSpaceDE w:val="0"/>
        <w:autoSpaceDN w:val="0"/>
        <w:spacing w:before="70" w:after="0" w:line="262" w:lineRule="auto"/>
        <w:ind w:right="288"/>
        <w:rPr>
          <w:lang w:val="ru-RU"/>
        </w:rPr>
      </w:pPr>
      <w:r w:rsidRPr="00DB121E">
        <w:rPr>
          <w:lang w:val="ru-RU"/>
        </w:rPr>
        <w:tab/>
      </w:r>
      <w:r w:rsidRPr="00DB121E">
        <w:rPr>
          <w:rFonts w:ascii="Times New Roman" w:eastAsia="Times New Roman" w:hAnsi="Times New Roman"/>
          <w:color w:val="000000"/>
          <w:sz w:val="24"/>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943526" w:rsidRPr="00DB121E" w:rsidRDefault="00943526">
      <w:pPr>
        <w:rPr>
          <w:lang w:val="ru-RU"/>
        </w:rPr>
        <w:sectPr w:rsidR="00943526" w:rsidRPr="00DB121E">
          <w:pgSz w:w="11900" w:h="16840"/>
          <w:pgMar w:top="286" w:right="704" w:bottom="368" w:left="666" w:header="720" w:footer="720" w:gutter="0"/>
          <w:cols w:space="720" w:equalWidth="0">
            <w:col w:w="10530"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tabs>
          <w:tab w:val="left" w:pos="180"/>
        </w:tabs>
        <w:autoSpaceDE w:val="0"/>
        <w:autoSpaceDN w:val="0"/>
        <w:spacing w:after="0" w:line="262" w:lineRule="auto"/>
        <w:ind w:right="720"/>
        <w:rPr>
          <w:lang w:val="ru-RU"/>
        </w:rPr>
      </w:pPr>
      <w:r w:rsidRPr="00DB121E">
        <w:rPr>
          <w:lang w:val="ru-RU"/>
        </w:rPr>
        <w:tab/>
      </w:r>
      <w:r w:rsidRPr="00DB121E">
        <w:rPr>
          <w:rFonts w:ascii="Times New Roman" w:eastAsia="Times New Roman" w:hAnsi="Times New Roman"/>
          <w:color w:val="000000"/>
          <w:sz w:val="24"/>
          <w:lang w:val="ru-RU"/>
        </w:rPr>
        <w:t>Восприятие орнаментальных произведений прикладного искусства (кружево, шитьё, резьба и роспись и др.).</w:t>
      </w:r>
    </w:p>
    <w:p w:rsidR="00943526" w:rsidRPr="00DB121E" w:rsidRDefault="00DB121E">
      <w:pPr>
        <w:tabs>
          <w:tab w:val="left" w:pos="180"/>
        </w:tabs>
        <w:autoSpaceDE w:val="0"/>
        <w:autoSpaceDN w:val="0"/>
        <w:spacing w:before="70" w:after="0" w:line="262" w:lineRule="auto"/>
        <w:ind w:right="576"/>
        <w:rPr>
          <w:lang w:val="ru-RU"/>
        </w:rPr>
      </w:pPr>
      <w:r w:rsidRPr="00DB121E">
        <w:rPr>
          <w:lang w:val="ru-RU"/>
        </w:rPr>
        <w:tab/>
      </w:r>
      <w:r w:rsidRPr="00DB121E">
        <w:rPr>
          <w:rFonts w:ascii="Times New Roman" w:eastAsia="Times New Roman" w:hAnsi="Times New Roman"/>
          <w:color w:val="000000"/>
          <w:sz w:val="24"/>
          <w:lang w:val="ru-RU"/>
        </w:rPr>
        <w:t>Восприятие произведений живописи с активным выражением цветового состояния в природе. Произведения И. И. Левитана, А. И. Куинджи, Н. П. Крымова.</w:t>
      </w:r>
    </w:p>
    <w:p w:rsidR="00943526" w:rsidRPr="00DB121E" w:rsidRDefault="00DB121E">
      <w:pPr>
        <w:autoSpaceDE w:val="0"/>
        <w:autoSpaceDN w:val="0"/>
        <w:spacing w:before="70" w:after="0" w:line="271" w:lineRule="auto"/>
        <w:ind w:firstLine="180"/>
        <w:rPr>
          <w:lang w:val="ru-RU"/>
        </w:rPr>
      </w:pPr>
      <w:r w:rsidRPr="00DB121E">
        <w:rPr>
          <w:rFonts w:ascii="Times New Roman" w:eastAsia="Times New Roman" w:hAnsi="Times New Roman"/>
          <w:color w:val="000000"/>
          <w:sz w:val="24"/>
          <w:lang w:val="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943526" w:rsidRPr="00DB121E" w:rsidRDefault="00DB121E">
      <w:pPr>
        <w:tabs>
          <w:tab w:val="left" w:pos="180"/>
        </w:tabs>
        <w:autoSpaceDE w:val="0"/>
        <w:autoSpaceDN w:val="0"/>
        <w:spacing w:before="190" w:after="0" w:line="271" w:lineRule="auto"/>
        <w:ind w:right="432"/>
        <w:rPr>
          <w:lang w:val="ru-RU"/>
        </w:rPr>
      </w:pPr>
      <w:r w:rsidRPr="00DB121E">
        <w:rPr>
          <w:lang w:val="ru-RU"/>
        </w:rPr>
        <w:tab/>
      </w:r>
      <w:r w:rsidRPr="00DB121E">
        <w:rPr>
          <w:rFonts w:ascii="Times New Roman" w:eastAsia="Times New Roman" w:hAnsi="Times New Roman"/>
          <w:b/>
          <w:color w:val="000000"/>
          <w:sz w:val="24"/>
          <w:lang w:val="ru-RU"/>
        </w:rPr>
        <w:t>Модуль «Азбука цифровой графики»</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Компьютерные средства изображения. Виды линий (в программе </w:t>
      </w:r>
      <w:r>
        <w:rPr>
          <w:rFonts w:ascii="Times New Roman" w:eastAsia="Times New Roman" w:hAnsi="Times New Roman"/>
          <w:color w:val="000000"/>
          <w:sz w:val="24"/>
        </w:rPr>
        <w:t>Paint</w:t>
      </w:r>
      <w:r w:rsidRPr="00DB121E">
        <w:rPr>
          <w:rFonts w:ascii="Times New Roman" w:eastAsia="Times New Roman" w:hAnsi="Times New Roman"/>
          <w:color w:val="000000"/>
          <w:sz w:val="24"/>
          <w:lang w:val="ru-RU"/>
        </w:rPr>
        <w:t xml:space="preserve"> или другом графическом редакторе).</w:t>
      </w:r>
    </w:p>
    <w:p w:rsidR="00943526" w:rsidRPr="00DB121E" w:rsidRDefault="00DB121E">
      <w:pPr>
        <w:tabs>
          <w:tab w:val="left" w:pos="180"/>
        </w:tabs>
        <w:autoSpaceDE w:val="0"/>
        <w:autoSpaceDN w:val="0"/>
        <w:spacing w:before="72" w:after="0" w:line="262" w:lineRule="auto"/>
        <w:ind w:right="576"/>
        <w:rPr>
          <w:lang w:val="ru-RU"/>
        </w:rPr>
      </w:pPr>
      <w:r w:rsidRPr="00DB121E">
        <w:rPr>
          <w:lang w:val="ru-RU"/>
        </w:rPr>
        <w:tab/>
      </w:r>
      <w:r w:rsidRPr="00DB121E">
        <w:rPr>
          <w:rFonts w:ascii="Times New Roman" w:eastAsia="Times New Roman" w:hAnsi="Times New Roman"/>
          <w:color w:val="000000"/>
          <w:sz w:val="24"/>
          <w:lang w:val="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rFonts w:ascii="Times New Roman" w:eastAsia="Times New Roman" w:hAnsi="Times New Roman"/>
          <w:color w:val="000000"/>
          <w:sz w:val="24"/>
        </w:rPr>
        <w:t>Paint</w:t>
      </w:r>
      <w:r w:rsidRPr="00DB121E">
        <w:rPr>
          <w:rFonts w:ascii="Times New Roman" w:eastAsia="Times New Roman" w:hAnsi="Times New Roman"/>
          <w:color w:val="000000"/>
          <w:sz w:val="24"/>
          <w:lang w:val="ru-RU"/>
        </w:rPr>
        <w:t>.</w:t>
      </w:r>
    </w:p>
    <w:p w:rsidR="00943526" w:rsidRPr="00DB121E" w:rsidRDefault="00DB121E">
      <w:pPr>
        <w:tabs>
          <w:tab w:val="left" w:pos="180"/>
        </w:tabs>
        <w:autoSpaceDE w:val="0"/>
        <w:autoSpaceDN w:val="0"/>
        <w:spacing w:before="70"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 xml:space="preserve">Освоение инструментов традиционного рисования (карандаш, кисточка, ластик, заливка и др.) в программе </w:t>
      </w:r>
      <w:r>
        <w:rPr>
          <w:rFonts w:ascii="Times New Roman" w:eastAsia="Times New Roman" w:hAnsi="Times New Roman"/>
          <w:color w:val="000000"/>
          <w:sz w:val="24"/>
        </w:rPr>
        <w:t>Paint</w:t>
      </w:r>
      <w:r w:rsidRPr="00DB121E">
        <w:rPr>
          <w:rFonts w:ascii="Times New Roman" w:eastAsia="Times New Roman" w:hAnsi="Times New Roman"/>
          <w:color w:val="000000"/>
          <w:sz w:val="24"/>
          <w:lang w:val="ru-RU"/>
        </w:rPr>
        <w:t xml:space="preserve"> на основе простых сюжетов (например, образ дерева).</w:t>
      </w:r>
    </w:p>
    <w:p w:rsidR="00943526" w:rsidRPr="00DB121E" w:rsidRDefault="00DB121E">
      <w:pPr>
        <w:tabs>
          <w:tab w:val="left" w:pos="180"/>
        </w:tabs>
        <w:autoSpaceDE w:val="0"/>
        <w:autoSpaceDN w:val="0"/>
        <w:spacing w:before="70"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 xml:space="preserve">Освоение инструментов традиционного рисования в программе </w:t>
      </w:r>
      <w:r>
        <w:rPr>
          <w:rFonts w:ascii="Times New Roman" w:eastAsia="Times New Roman" w:hAnsi="Times New Roman"/>
          <w:color w:val="000000"/>
          <w:sz w:val="24"/>
        </w:rPr>
        <w:t>Paint</w:t>
      </w:r>
      <w:r w:rsidRPr="00DB121E">
        <w:rPr>
          <w:rFonts w:ascii="Times New Roman" w:eastAsia="Times New Roman" w:hAnsi="Times New Roman"/>
          <w:color w:val="000000"/>
          <w:sz w:val="24"/>
          <w:lang w:val="ru-RU"/>
        </w:rPr>
        <w:t xml:space="preserve"> на основе темы «Тёплый и холодный цвета» (например, «Горящий костёр в синей ночи», «Перо жар-птицы» и др.).</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943526" w:rsidRPr="00DB121E" w:rsidRDefault="00943526">
      <w:pPr>
        <w:rPr>
          <w:lang w:val="ru-RU"/>
        </w:rPr>
        <w:sectPr w:rsidR="00943526" w:rsidRPr="00DB121E">
          <w:pgSz w:w="11900" w:h="16840"/>
          <w:pgMar w:top="286" w:right="642" w:bottom="1440" w:left="666" w:header="720" w:footer="720" w:gutter="0"/>
          <w:cols w:space="720" w:equalWidth="0">
            <w:col w:w="10592"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autoSpaceDE w:val="0"/>
        <w:autoSpaceDN w:val="0"/>
        <w:spacing w:after="0" w:line="230" w:lineRule="auto"/>
        <w:rPr>
          <w:lang w:val="ru-RU"/>
        </w:rPr>
      </w:pPr>
      <w:r w:rsidRPr="00DB121E">
        <w:rPr>
          <w:rFonts w:ascii="Times New Roman" w:eastAsia="Times New Roman" w:hAnsi="Times New Roman"/>
          <w:b/>
          <w:color w:val="000000"/>
          <w:sz w:val="24"/>
          <w:lang w:val="ru-RU"/>
        </w:rPr>
        <w:t>ПЛАНИРУЕМЫЕ ОБРАЗОВАТЕЛЬНЫЕ РЕЗУЛЬТАТЫ</w:t>
      </w:r>
    </w:p>
    <w:p w:rsidR="00943526" w:rsidRPr="00DB121E" w:rsidRDefault="00DB121E">
      <w:pPr>
        <w:autoSpaceDE w:val="0"/>
        <w:autoSpaceDN w:val="0"/>
        <w:spacing w:before="346" w:after="0" w:line="230" w:lineRule="auto"/>
        <w:rPr>
          <w:lang w:val="ru-RU"/>
        </w:rPr>
      </w:pPr>
      <w:r w:rsidRPr="00DB121E">
        <w:rPr>
          <w:rFonts w:ascii="Times New Roman" w:eastAsia="Times New Roman" w:hAnsi="Times New Roman"/>
          <w:b/>
          <w:color w:val="000000"/>
          <w:sz w:val="24"/>
          <w:lang w:val="ru-RU"/>
        </w:rPr>
        <w:t>ЛИЧНОСТНЫЕ РЕЗУЛЬТАТЫ</w:t>
      </w:r>
    </w:p>
    <w:p w:rsidR="00943526" w:rsidRPr="00DB121E" w:rsidRDefault="00DB121E">
      <w:pPr>
        <w:autoSpaceDE w:val="0"/>
        <w:autoSpaceDN w:val="0"/>
        <w:spacing w:before="166" w:after="0" w:line="271" w:lineRule="auto"/>
        <w:ind w:right="1152" w:firstLine="180"/>
        <w:rPr>
          <w:lang w:val="ru-RU"/>
        </w:rPr>
      </w:pPr>
      <w:r w:rsidRPr="00DB121E">
        <w:rPr>
          <w:rFonts w:ascii="Times New Roman" w:eastAsia="Times New Roman" w:hAnsi="Times New Roman"/>
          <w:color w:val="000000"/>
          <w:sz w:val="24"/>
          <w:lang w:val="ru-RU"/>
        </w:rPr>
        <w:t>В центре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943526" w:rsidRPr="00DB121E" w:rsidRDefault="00DB121E">
      <w:pPr>
        <w:tabs>
          <w:tab w:val="left" w:pos="180"/>
        </w:tabs>
        <w:autoSpaceDE w:val="0"/>
        <w:autoSpaceDN w:val="0"/>
        <w:spacing w:before="70" w:after="0" w:line="286" w:lineRule="auto"/>
        <w:rPr>
          <w:lang w:val="ru-RU"/>
        </w:rPr>
      </w:pPr>
      <w:r w:rsidRPr="00DB121E">
        <w:rPr>
          <w:lang w:val="ru-RU"/>
        </w:rPr>
        <w:tab/>
      </w:r>
      <w:r w:rsidRPr="00DB121E">
        <w:rPr>
          <w:rFonts w:ascii="Times New Roman" w:eastAsia="Times New Roman" w:hAnsi="Times New Roman"/>
          <w:color w:val="000000"/>
          <w:sz w:val="24"/>
          <w:lang w:val="ru-RU"/>
        </w:rPr>
        <w:t xml:space="preserve">Программа призвана обеспечить достижение </w:t>
      </w:r>
      <w:proofErr w:type="gramStart"/>
      <w:r w:rsidRPr="00DB121E">
        <w:rPr>
          <w:rFonts w:ascii="Times New Roman" w:eastAsia="Times New Roman" w:hAnsi="Times New Roman"/>
          <w:color w:val="000000"/>
          <w:sz w:val="24"/>
          <w:lang w:val="ru-RU"/>
        </w:rPr>
        <w:t>обучающимися</w:t>
      </w:r>
      <w:proofErr w:type="gramEnd"/>
      <w:r w:rsidRPr="00DB121E">
        <w:rPr>
          <w:rFonts w:ascii="Times New Roman" w:eastAsia="Times New Roman" w:hAnsi="Times New Roman"/>
          <w:color w:val="000000"/>
          <w:sz w:val="24"/>
          <w:lang w:val="ru-RU"/>
        </w:rPr>
        <w:t xml:space="preserve"> личностных результатов: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уважения и ценностного отношения к своей Родине — России;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ценностно-смысловые ориентации и установки, отражающие индивидуально-личностные позиции и социально значимые личностные качества;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духовно-нравственное развитие обучающихся;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мотивацию к познанию и обучению, готовность к саморазвитию и активному участию в социально-значимой деятельности;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позитивный опыт участия в творческой деятельности; </w:t>
      </w:r>
      <w:r w:rsidRPr="00DB121E">
        <w:rPr>
          <w:lang w:val="ru-RU"/>
        </w:rPr>
        <w:br/>
      </w:r>
      <w:r w:rsidRPr="00DB121E">
        <w:rPr>
          <w:lang w:val="ru-RU"/>
        </w:rPr>
        <w:tab/>
      </w:r>
      <w:r w:rsidRPr="00DB121E">
        <w:rPr>
          <w:rFonts w:ascii="Times New Roman" w:eastAsia="Times New Roman" w:hAnsi="Times New Roman"/>
          <w:color w:val="000000"/>
          <w:sz w:val="24"/>
          <w:lang w:val="ru-RU"/>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943526" w:rsidRPr="00DB121E" w:rsidRDefault="00DB121E">
      <w:pPr>
        <w:autoSpaceDE w:val="0"/>
        <w:autoSpaceDN w:val="0"/>
        <w:spacing w:before="190" w:after="0" w:line="281" w:lineRule="auto"/>
        <w:ind w:right="144" w:firstLine="180"/>
        <w:rPr>
          <w:lang w:val="ru-RU"/>
        </w:rPr>
      </w:pPr>
      <w:r w:rsidRPr="00DB121E">
        <w:rPr>
          <w:rFonts w:ascii="Times New Roman" w:eastAsia="Times New Roman" w:hAnsi="Times New Roman"/>
          <w:i/>
          <w:color w:val="000000"/>
          <w:sz w:val="24"/>
          <w:lang w:val="ru-RU"/>
        </w:rPr>
        <w:t>Патриотическое воспитание</w:t>
      </w:r>
      <w:r w:rsidRPr="00DB121E">
        <w:rPr>
          <w:rFonts w:ascii="Times New Roman" w:eastAsia="Times New Roman" w:hAnsi="Times New Roman"/>
          <w:color w:val="000000"/>
          <w:sz w:val="24"/>
          <w:lang w:val="ru-RU"/>
        </w:rPr>
        <w:t xml:space="preserve">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943526" w:rsidRPr="00DB121E" w:rsidRDefault="00DB121E">
      <w:pPr>
        <w:autoSpaceDE w:val="0"/>
        <w:autoSpaceDN w:val="0"/>
        <w:spacing w:before="70" w:after="0" w:line="281" w:lineRule="auto"/>
        <w:ind w:right="144" w:firstLine="180"/>
        <w:rPr>
          <w:lang w:val="ru-RU"/>
        </w:rPr>
      </w:pPr>
      <w:r w:rsidRPr="00DB121E">
        <w:rPr>
          <w:rFonts w:ascii="Times New Roman" w:eastAsia="Times New Roman" w:hAnsi="Times New Roman"/>
          <w:i/>
          <w:color w:val="000000"/>
          <w:sz w:val="24"/>
          <w:lang w:val="ru-RU"/>
        </w:rPr>
        <w:t>Гражданское воспитание</w:t>
      </w:r>
      <w:r w:rsidRPr="00DB121E">
        <w:rPr>
          <w:rFonts w:ascii="Times New Roman" w:eastAsia="Times New Roman" w:hAnsi="Times New Roman"/>
          <w:color w:val="000000"/>
          <w:sz w:val="24"/>
          <w:lang w:val="ru-RU"/>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943526" w:rsidRPr="00DB121E" w:rsidRDefault="00DB121E">
      <w:pPr>
        <w:autoSpaceDE w:val="0"/>
        <w:autoSpaceDN w:val="0"/>
        <w:spacing w:before="70" w:after="0" w:line="283" w:lineRule="auto"/>
        <w:ind w:right="288" w:firstLine="180"/>
        <w:rPr>
          <w:lang w:val="ru-RU"/>
        </w:rPr>
      </w:pPr>
      <w:r w:rsidRPr="00DB121E">
        <w:rPr>
          <w:rFonts w:ascii="Times New Roman" w:eastAsia="Times New Roman" w:hAnsi="Times New Roman"/>
          <w:i/>
          <w:color w:val="000000"/>
          <w:sz w:val="24"/>
          <w:lang w:val="ru-RU"/>
        </w:rPr>
        <w:t>Духовно-нравственное</w:t>
      </w:r>
      <w:r w:rsidRPr="00DB121E">
        <w:rPr>
          <w:rFonts w:ascii="Times New Roman" w:eastAsia="Times New Roman" w:hAnsi="Times New Roman"/>
          <w:color w:val="000000"/>
          <w:sz w:val="24"/>
          <w:lang w:val="ru-RU"/>
        </w:rPr>
        <w:t xml:space="preserve">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943526" w:rsidRPr="00DB121E" w:rsidRDefault="00DB121E">
      <w:pPr>
        <w:autoSpaceDE w:val="0"/>
        <w:autoSpaceDN w:val="0"/>
        <w:spacing w:before="70" w:after="0" w:line="281" w:lineRule="auto"/>
        <w:ind w:right="144" w:firstLine="180"/>
        <w:rPr>
          <w:lang w:val="ru-RU"/>
        </w:rPr>
      </w:pPr>
      <w:r w:rsidRPr="00DB121E">
        <w:rPr>
          <w:rFonts w:ascii="Times New Roman" w:eastAsia="Times New Roman" w:hAnsi="Times New Roman"/>
          <w:i/>
          <w:color w:val="000000"/>
          <w:sz w:val="24"/>
          <w:lang w:val="ru-RU"/>
        </w:rPr>
        <w:t>Эстетическое воспитание</w:t>
      </w:r>
      <w:r w:rsidRPr="00DB121E">
        <w:rPr>
          <w:rFonts w:ascii="Times New Roman" w:eastAsia="Times New Roman" w:hAnsi="Times New Roman"/>
          <w:color w:val="000000"/>
          <w:sz w:val="24"/>
          <w:lang w:val="ru-RU"/>
        </w:rPr>
        <w:t xml:space="preserve"> — важнейший компонент и условие развития социально значимых отношений обучающихся, формирования представлений о </w:t>
      </w:r>
      <w:proofErr w:type="gramStart"/>
      <w:r w:rsidRPr="00DB121E">
        <w:rPr>
          <w:rFonts w:ascii="Times New Roman" w:eastAsia="Times New Roman" w:hAnsi="Times New Roman"/>
          <w:color w:val="000000"/>
          <w:sz w:val="24"/>
          <w:lang w:val="ru-RU"/>
        </w:rPr>
        <w:t>прекрасном</w:t>
      </w:r>
      <w:proofErr w:type="gramEnd"/>
      <w:r w:rsidRPr="00DB121E">
        <w:rPr>
          <w:rFonts w:ascii="Times New Roman" w:eastAsia="Times New Roman" w:hAnsi="Times New Roman"/>
          <w:color w:val="000000"/>
          <w:sz w:val="24"/>
          <w:lang w:val="ru-RU"/>
        </w:rPr>
        <w:t xml:space="preserve">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943526" w:rsidRPr="00DB121E" w:rsidRDefault="00DB121E">
      <w:pPr>
        <w:autoSpaceDE w:val="0"/>
        <w:autoSpaceDN w:val="0"/>
        <w:spacing w:before="70" w:after="0"/>
        <w:ind w:firstLine="180"/>
        <w:rPr>
          <w:lang w:val="ru-RU"/>
        </w:rPr>
      </w:pPr>
      <w:r w:rsidRPr="00DB121E">
        <w:rPr>
          <w:rFonts w:ascii="Times New Roman" w:eastAsia="Times New Roman" w:hAnsi="Times New Roman"/>
          <w:i/>
          <w:color w:val="000000"/>
          <w:sz w:val="24"/>
          <w:lang w:val="ru-RU"/>
        </w:rPr>
        <w:t>Ценности познавательной деятельности</w:t>
      </w:r>
      <w:r w:rsidRPr="00DB121E">
        <w:rPr>
          <w:rFonts w:ascii="Times New Roman" w:eastAsia="Times New Roman" w:hAnsi="Times New Roman"/>
          <w:color w:val="000000"/>
          <w:sz w:val="24"/>
          <w:lang w:val="ru-RU"/>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943526" w:rsidRPr="00DB121E" w:rsidRDefault="00DB121E">
      <w:pPr>
        <w:autoSpaceDE w:val="0"/>
        <w:autoSpaceDN w:val="0"/>
        <w:spacing w:before="70" w:after="0" w:line="271" w:lineRule="auto"/>
        <w:ind w:right="432" w:firstLine="180"/>
        <w:rPr>
          <w:lang w:val="ru-RU"/>
        </w:rPr>
      </w:pPr>
      <w:r w:rsidRPr="00DB121E">
        <w:rPr>
          <w:rFonts w:ascii="Times New Roman" w:eastAsia="Times New Roman" w:hAnsi="Times New Roman"/>
          <w:i/>
          <w:color w:val="000000"/>
          <w:sz w:val="24"/>
          <w:lang w:val="ru-RU"/>
        </w:rPr>
        <w:t>Экологическое воспитание</w:t>
      </w:r>
      <w:r w:rsidRPr="00DB121E">
        <w:rPr>
          <w:rFonts w:ascii="Times New Roman" w:eastAsia="Times New Roman" w:hAnsi="Times New Roman"/>
          <w:color w:val="000000"/>
          <w:sz w:val="24"/>
          <w:lang w:val="ru-RU"/>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DB121E">
        <w:rPr>
          <w:rFonts w:ascii="Times New Roman" w:eastAsia="Times New Roman" w:hAnsi="Times New Roman"/>
          <w:color w:val="000000"/>
          <w:sz w:val="24"/>
          <w:lang w:val="ru-RU"/>
        </w:rPr>
        <w:t>вств сп</w:t>
      </w:r>
      <w:proofErr w:type="gramEnd"/>
      <w:r w:rsidRPr="00DB121E">
        <w:rPr>
          <w:rFonts w:ascii="Times New Roman" w:eastAsia="Times New Roman" w:hAnsi="Times New Roman"/>
          <w:color w:val="000000"/>
          <w:sz w:val="24"/>
          <w:lang w:val="ru-RU"/>
        </w:rPr>
        <w:t>особствует активному неприятию действий, приносящих вред окружающей среде.</w:t>
      </w:r>
    </w:p>
    <w:p w:rsidR="00943526" w:rsidRPr="00DB121E" w:rsidRDefault="00943526">
      <w:pPr>
        <w:rPr>
          <w:lang w:val="ru-RU"/>
        </w:rPr>
        <w:sectPr w:rsidR="00943526" w:rsidRPr="00DB121E">
          <w:pgSz w:w="11900" w:h="16840"/>
          <w:pgMar w:top="298" w:right="650" w:bottom="350" w:left="666" w:header="720" w:footer="720" w:gutter="0"/>
          <w:cols w:space="720" w:equalWidth="0">
            <w:col w:w="10584"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autoSpaceDE w:val="0"/>
        <w:autoSpaceDN w:val="0"/>
        <w:spacing w:after="0" w:line="281" w:lineRule="auto"/>
        <w:ind w:right="144" w:firstLine="180"/>
        <w:rPr>
          <w:lang w:val="ru-RU"/>
        </w:rPr>
      </w:pPr>
      <w:r w:rsidRPr="00DB121E">
        <w:rPr>
          <w:rFonts w:ascii="Times New Roman" w:eastAsia="Times New Roman" w:hAnsi="Times New Roman"/>
          <w:i/>
          <w:color w:val="000000"/>
          <w:sz w:val="24"/>
          <w:lang w:val="ru-RU"/>
        </w:rPr>
        <w:t>Трудовое воспитание</w:t>
      </w:r>
      <w:r w:rsidRPr="00DB121E">
        <w:rPr>
          <w:rFonts w:ascii="Times New Roman" w:eastAsia="Times New Roman" w:hAnsi="Times New Roman"/>
          <w:color w:val="000000"/>
          <w:sz w:val="24"/>
          <w:lang w:val="ru-RU"/>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w:t>
      </w:r>
      <w:proofErr w:type="gramStart"/>
      <w:r w:rsidRPr="00DB121E">
        <w:rPr>
          <w:rFonts w:ascii="Times New Roman" w:eastAsia="Times New Roman" w:hAnsi="Times New Roman"/>
          <w:color w:val="000000"/>
          <w:sz w:val="24"/>
          <w:lang w:val="ru-RU"/>
        </w:rPr>
        <w:t>стремление достичь результат</w:t>
      </w:r>
      <w:proofErr w:type="gramEnd"/>
      <w:r w:rsidRPr="00DB121E">
        <w:rPr>
          <w:rFonts w:ascii="Times New Roman" w:eastAsia="Times New Roman" w:hAnsi="Times New Roman"/>
          <w:color w:val="000000"/>
          <w:sz w:val="24"/>
          <w:lang w:val="ru-RU"/>
        </w:rPr>
        <w:t>,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943526" w:rsidRPr="00DB121E" w:rsidRDefault="00DB121E">
      <w:pPr>
        <w:autoSpaceDE w:val="0"/>
        <w:autoSpaceDN w:val="0"/>
        <w:spacing w:before="262" w:after="0" w:line="230" w:lineRule="auto"/>
        <w:rPr>
          <w:lang w:val="ru-RU"/>
        </w:rPr>
      </w:pPr>
      <w:r w:rsidRPr="00DB121E">
        <w:rPr>
          <w:rFonts w:ascii="Times New Roman" w:eastAsia="Times New Roman" w:hAnsi="Times New Roman"/>
          <w:b/>
          <w:color w:val="000000"/>
          <w:sz w:val="24"/>
          <w:lang w:val="ru-RU"/>
        </w:rPr>
        <w:t>МЕТАПРЕДМЕТНЫЕ РЕЗУЛЬТАТЫ</w:t>
      </w:r>
    </w:p>
    <w:p w:rsidR="00943526" w:rsidRPr="00DB121E" w:rsidRDefault="00DB121E">
      <w:pPr>
        <w:tabs>
          <w:tab w:val="left" w:pos="180"/>
        </w:tabs>
        <w:autoSpaceDE w:val="0"/>
        <w:autoSpaceDN w:val="0"/>
        <w:spacing w:before="166" w:after="0" w:line="288" w:lineRule="auto"/>
        <w:rPr>
          <w:lang w:val="ru-RU"/>
        </w:rPr>
      </w:pPr>
      <w:r w:rsidRPr="00DB121E">
        <w:rPr>
          <w:lang w:val="ru-RU"/>
        </w:rPr>
        <w:tab/>
      </w:r>
      <w:proofErr w:type="gramStart"/>
      <w:r w:rsidRPr="00DB121E">
        <w:rPr>
          <w:rFonts w:ascii="Times New Roman" w:eastAsia="Times New Roman" w:hAnsi="Times New Roman"/>
          <w:b/>
          <w:color w:val="000000"/>
          <w:sz w:val="24"/>
          <w:lang w:val="ru-RU"/>
        </w:rPr>
        <w:t xml:space="preserve">1.Овладение универсальными познавательными действиями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Пространственные представления и сенсорные способности: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характеризовать форму предмета, конструкции;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выявлять доминантные черты (характерные особенности) в визуальном образе;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сравнивать плоскостные и пространственные объекты по заданным основаниям;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находить ассоциативные связи между визуальными образами разных форм и предметов;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сопоставлять части и целое в видимом образе, предмете, конструкции; </w:t>
      </w:r>
      <w:r w:rsidRPr="00DB121E">
        <w:rPr>
          <w:lang w:val="ru-RU"/>
        </w:rPr>
        <w:br/>
      </w:r>
      <w:r w:rsidRPr="00DB121E">
        <w:rPr>
          <w:lang w:val="ru-RU"/>
        </w:rPr>
        <w:tab/>
      </w:r>
      <w:r w:rsidRPr="00DB121E">
        <w:rPr>
          <w:rFonts w:ascii="Times New Roman" w:eastAsia="Times New Roman" w:hAnsi="Times New Roman"/>
          <w:color w:val="000000"/>
          <w:sz w:val="24"/>
          <w:lang w:val="ru-RU"/>
        </w:rPr>
        <w:t>анализировать пропорциональные отношения частей внутри целого и предметов между собой;</w:t>
      </w:r>
      <w:proofErr w:type="gramEnd"/>
      <w:r w:rsidRPr="00DB121E">
        <w:rPr>
          <w:rFonts w:ascii="Times New Roman" w:eastAsia="Times New Roman" w:hAnsi="Times New Roman"/>
          <w:color w:val="000000"/>
          <w:sz w:val="24"/>
          <w:lang w:val="ru-RU"/>
        </w:rPr>
        <w:t xml:space="preserve"> </w:t>
      </w:r>
      <w:r w:rsidRPr="00DB121E">
        <w:rPr>
          <w:lang w:val="ru-RU"/>
        </w:rPr>
        <w:tab/>
      </w:r>
      <w:r w:rsidRPr="00DB121E">
        <w:rPr>
          <w:rFonts w:ascii="Times New Roman" w:eastAsia="Times New Roman" w:hAnsi="Times New Roman"/>
          <w:color w:val="000000"/>
          <w:sz w:val="24"/>
          <w:lang w:val="ru-RU"/>
        </w:rPr>
        <w:t xml:space="preserve">обобщать форму составной конструкции;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выявлять и анализировать ритмические отношения в пространстве и в изображении (визуальном образе) на установленных основаниях;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абстрагировать образ реальности при построении плоской композиции;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соотносить тональные отношения (тёмное — светлое) в пространственных и плоскостных объектах; </w:t>
      </w:r>
      <w:r w:rsidRPr="00DB121E">
        <w:rPr>
          <w:lang w:val="ru-RU"/>
        </w:rPr>
        <w:tab/>
      </w:r>
      <w:r w:rsidRPr="00DB121E">
        <w:rPr>
          <w:rFonts w:ascii="Times New Roman" w:eastAsia="Times New Roman" w:hAnsi="Times New Roman"/>
          <w:color w:val="000000"/>
          <w:sz w:val="24"/>
          <w:lang w:val="ru-RU"/>
        </w:rPr>
        <w:t>выявлять и анализировать эмоциональное воздействие цветовых отношений в пространственной среде и плоскостном изображении.</w:t>
      </w:r>
    </w:p>
    <w:p w:rsidR="00943526" w:rsidRPr="00DB121E" w:rsidRDefault="00DB121E">
      <w:pPr>
        <w:tabs>
          <w:tab w:val="left" w:pos="180"/>
        </w:tabs>
        <w:autoSpaceDE w:val="0"/>
        <w:autoSpaceDN w:val="0"/>
        <w:spacing w:before="190" w:after="0" w:line="290" w:lineRule="auto"/>
        <w:rPr>
          <w:lang w:val="ru-RU"/>
        </w:rPr>
      </w:pPr>
      <w:r w:rsidRPr="00DB121E">
        <w:rPr>
          <w:lang w:val="ru-RU"/>
        </w:rPr>
        <w:tab/>
      </w:r>
      <w:r w:rsidRPr="00DB121E">
        <w:rPr>
          <w:rFonts w:ascii="Times New Roman" w:eastAsia="Times New Roman" w:hAnsi="Times New Roman"/>
          <w:i/>
          <w:color w:val="000000"/>
          <w:sz w:val="24"/>
          <w:lang w:val="ru-RU"/>
        </w:rPr>
        <w:t xml:space="preserve">Базовые логические и исследовательские действия: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проявлять исследовательские, экспериментальные действия в процессе освоения выразительных свойств различных художественных материалов;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проявлять творческие экспериментальные действия в процессе самостоятельного выполнения художественных заданий;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r w:rsidRPr="00DB121E">
        <w:rPr>
          <w:lang w:val="ru-RU"/>
        </w:rPr>
        <w:br/>
      </w:r>
      <w:r w:rsidRPr="00DB121E">
        <w:rPr>
          <w:lang w:val="ru-RU"/>
        </w:rPr>
        <w:tab/>
      </w:r>
      <w:proofErr w:type="gramStart"/>
      <w:r w:rsidRPr="00DB121E">
        <w:rPr>
          <w:rFonts w:ascii="Times New Roman" w:eastAsia="Times New Roman" w:hAnsi="Times New Roman"/>
          <w:color w:val="000000"/>
          <w:sz w:val="24"/>
          <w:lang w:val="ru-RU"/>
        </w:rPr>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анализировать и оценивать с позиций эстетических категорий явления природы и предметно-пространственную среду жизни человека;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r w:rsidRPr="00DB121E">
        <w:rPr>
          <w:lang w:val="ru-RU"/>
        </w:rPr>
        <w:br/>
      </w:r>
      <w:r w:rsidRPr="00DB121E">
        <w:rPr>
          <w:lang w:val="ru-RU"/>
        </w:rPr>
        <w:tab/>
      </w:r>
      <w:r w:rsidRPr="00DB121E">
        <w:rPr>
          <w:rFonts w:ascii="Times New Roman" w:eastAsia="Times New Roman" w:hAnsi="Times New Roman"/>
          <w:color w:val="000000"/>
          <w:sz w:val="24"/>
          <w:lang w:val="ru-RU"/>
        </w:rPr>
        <w:t>использовать знаково-символические средства для составления орнаментов и декоративных композиций;</w:t>
      </w:r>
      <w:proofErr w:type="gramEnd"/>
      <w:r w:rsidRPr="00DB121E">
        <w:rPr>
          <w:rFonts w:ascii="Times New Roman" w:eastAsia="Times New Roman" w:hAnsi="Times New Roman"/>
          <w:color w:val="000000"/>
          <w:sz w:val="24"/>
          <w:lang w:val="ru-RU"/>
        </w:rPr>
        <w:t xml:space="preserve">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классифицировать произведения искусства по видам и, соответственно, по назначению в жизни людей;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классифицировать произведения изобразительного искусства по жанрам в качестве инструмента анализа содержания произведений; </w:t>
      </w:r>
      <w:r w:rsidRPr="00DB121E">
        <w:rPr>
          <w:lang w:val="ru-RU"/>
        </w:rPr>
        <w:br/>
      </w:r>
      <w:r w:rsidRPr="00DB121E">
        <w:rPr>
          <w:lang w:val="ru-RU"/>
        </w:rPr>
        <w:tab/>
      </w:r>
      <w:r w:rsidRPr="00DB121E">
        <w:rPr>
          <w:rFonts w:ascii="Times New Roman" w:eastAsia="Times New Roman" w:hAnsi="Times New Roman"/>
          <w:color w:val="000000"/>
          <w:sz w:val="24"/>
          <w:lang w:val="ru-RU"/>
        </w:rPr>
        <w:t>ставить и использовать вопросы как исследовательский инструмент познания.</w:t>
      </w:r>
    </w:p>
    <w:p w:rsidR="00943526" w:rsidRPr="00DB121E" w:rsidRDefault="00DB121E">
      <w:pPr>
        <w:autoSpaceDE w:val="0"/>
        <w:autoSpaceDN w:val="0"/>
        <w:spacing w:before="190" w:after="0" w:line="262" w:lineRule="auto"/>
        <w:ind w:left="180" w:right="4752"/>
        <w:rPr>
          <w:lang w:val="ru-RU"/>
        </w:rPr>
      </w:pPr>
      <w:r w:rsidRPr="00DB121E">
        <w:rPr>
          <w:rFonts w:ascii="Times New Roman" w:eastAsia="Times New Roman" w:hAnsi="Times New Roman"/>
          <w:i/>
          <w:color w:val="000000"/>
          <w:sz w:val="24"/>
          <w:lang w:val="ru-RU"/>
        </w:rPr>
        <w:t xml:space="preserve">Работа с информацией: </w:t>
      </w:r>
      <w:r w:rsidRPr="00DB121E">
        <w:rPr>
          <w:lang w:val="ru-RU"/>
        </w:rPr>
        <w:br/>
      </w:r>
      <w:r w:rsidRPr="00DB121E">
        <w:rPr>
          <w:rFonts w:ascii="Times New Roman" w:eastAsia="Times New Roman" w:hAnsi="Times New Roman"/>
          <w:color w:val="000000"/>
          <w:sz w:val="24"/>
          <w:lang w:val="ru-RU"/>
        </w:rPr>
        <w:t>использовать электронные образовательные ресурсы;</w:t>
      </w:r>
    </w:p>
    <w:p w:rsidR="00943526" w:rsidRPr="00DB121E" w:rsidRDefault="00943526">
      <w:pPr>
        <w:rPr>
          <w:lang w:val="ru-RU"/>
        </w:rPr>
        <w:sectPr w:rsidR="00943526" w:rsidRPr="00DB121E">
          <w:pgSz w:w="11900" w:h="16840"/>
          <w:pgMar w:top="298" w:right="658" w:bottom="332" w:left="666" w:header="720" w:footer="720" w:gutter="0"/>
          <w:cols w:space="720" w:equalWidth="0">
            <w:col w:w="10576"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tabs>
          <w:tab w:val="left" w:pos="180"/>
        </w:tabs>
        <w:autoSpaceDE w:val="0"/>
        <w:autoSpaceDN w:val="0"/>
        <w:spacing w:after="0" w:line="286" w:lineRule="auto"/>
        <w:rPr>
          <w:lang w:val="ru-RU"/>
        </w:rPr>
      </w:pPr>
      <w:r w:rsidRPr="00DB121E">
        <w:rPr>
          <w:lang w:val="ru-RU"/>
        </w:rPr>
        <w:tab/>
      </w:r>
      <w:proofErr w:type="gramStart"/>
      <w:r w:rsidRPr="00DB121E">
        <w:rPr>
          <w:rFonts w:ascii="Times New Roman" w:eastAsia="Times New Roman" w:hAnsi="Times New Roman"/>
          <w:color w:val="000000"/>
          <w:sz w:val="24"/>
          <w:lang w:val="ru-RU"/>
        </w:rPr>
        <w:t xml:space="preserve">уметь работать с электронными учебниками и учебными пособиями;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w:t>
      </w:r>
      <w:r w:rsidRPr="00DB121E">
        <w:rPr>
          <w:lang w:val="ru-RU"/>
        </w:rPr>
        <w:br/>
      </w:r>
      <w:r w:rsidRPr="00DB121E">
        <w:rPr>
          <w:lang w:val="ru-RU"/>
        </w:rPr>
        <w:tab/>
      </w:r>
      <w:r w:rsidRPr="00DB121E">
        <w:rPr>
          <w:rFonts w:ascii="Times New Roman" w:eastAsia="Times New Roman" w:hAnsi="Times New Roman"/>
          <w:color w:val="000000"/>
          <w:sz w:val="24"/>
          <w:lang w:val="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roofErr w:type="gramEnd"/>
      <w:r w:rsidRPr="00DB121E">
        <w:rPr>
          <w:rFonts w:ascii="Times New Roman" w:eastAsia="Times New Roman" w:hAnsi="Times New Roman"/>
          <w:color w:val="000000"/>
          <w:sz w:val="24"/>
          <w:lang w:val="ru-RU"/>
        </w:rPr>
        <w:t xml:space="preserve">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осуществлять виртуальные путешествия по архитектурным памятникам, в отечественные </w:t>
      </w:r>
      <w:r w:rsidRPr="00DB121E">
        <w:rPr>
          <w:lang w:val="ru-RU"/>
        </w:rPr>
        <w:br/>
      </w:r>
      <w:r w:rsidRPr="00DB121E">
        <w:rPr>
          <w:rFonts w:ascii="Times New Roman" w:eastAsia="Times New Roman" w:hAnsi="Times New Roman"/>
          <w:color w:val="000000"/>
          <w:sz w:val="24"/>
          <w:lang w:val="ru-RU"/>
        </w:rPr>
        <w:t xml:space="preserve">художественные музеи и зарубежные художественные музеи (галереи) на основе установок и квестов, предложенных учителем; </w:t>
      </w:r>
      <w:r w:rsidRPr="00DB121E">
        <w:rPr>
          <w:lang w:val="ru-RU"/>
        </w:rPr>
        <w:br/>
      </w:r>
      <w:r w:rsidRPr="00DB121E">
        <w:rPr>
          <w:lang w:val="ru-RU"/>
        </w:rPr>
        <w:tab/>
      </w:r>
      <w:r w:rsidRPr="00DB121E">
        <w:rPr>
          <w:rFonts w:ascii="Times New Roman" w:eastAsia="Times New Roman" w:hAnsi="Times New Roman"/>
          <w:color w:val="000000"/>
          <w:sz w:val="24"/>
          <w:lang w:val="ru-RU"/>
        </w:rPr>
        <w:t>соблюдать правила информационной безопасности при работе в сети Интернет.</w:t>
      </w:r>
    </w:p>
    <w:p w:rsidR="00943526" w:rsidRPr="00DB121E" w:rsidRDefault="00DB121E">
      <w:pPr>
        <w:tabs>
          <w:tab w:val="left" w:pos="180"/>
        </w:tabs>
        <w:autoSpaceDE w:val="0"/>
        <w:autoSpaceDN w:val="0"/>
        <w:spacing w:before="192" w:after="0" w:line="288" w:lineRule="auto"/>
        <w:rPr>
          <w:lang w:val="ru-RU"/>
        </w:rPr>
      </w:pPr>
      <w:r w:rsidRPr="00DB121E">
        <w:rPr>
          <w:lang w:val="ru-RU"/>
        </w:rPr>
        <w:tab/>
      </w:r>
      <w:proofErr w:type="gramStart"/>
      <w:r w:rsidRPr="00DB121E">
        <w:rPr>
          <w:rFonts w:ascii="Times New Roman" w:eastAsia="Times New Roman" w:hAnsi="Times New Roman"/>
          <w:b/>
          <w:color w:val="000000"/>
          <w:sz w:val="24"/>
          <w:lang w:val="ru-RU"/>
        </w:rPr>
        <w:t xml:space="preserve">2.Овладение универсальными коммуникативными действиями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Обучающиеся должны овладеть следующими действиями: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понимать искусство в качестве особого языка общения — межличностного (автор — зритель), между поколениями, между народами; </w:t>
      </w:r>
      <w:r w:rsidRPr="00DB121E">
        <w:rPr>
          <w:lang w:val="ru-RU"/>
        </w:rPr>
        <w:br/>
      </w:r>
      <w:r w:rsidRPr="00DB121E">
        <w:rPr>
          <w:lang w:val="ru-RU"/>
        </w:rPr>
        <w:tab/>
      </w:r>
      <w:r w:rsidRPr="00DB121E">
        <w:rPr>
          <w:rFonts w:ascii="Times New Roman" w:eastAsia="Times New Roman" w:hAnsi="Times New Roman"/>
          <w:color w:val="000000"/>
          <w:sz w:val="24"/>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roofErr w:type="gramEnd"/>
      <w:r w:rsidRPr="00DB121E">
        <w:rPr>
          <w:rFonts w:ascii="Times New Roman" w:eastAsia="Times New Roman" w:hAnsi="Times New Roman"/>
          <w:color w:val="000000"/>
          <w:sz w:val="24"/>
          <w:lang w:val="ru-RU"/>
        </w:rPr>
        <w:t xml:space="preserve">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находить общее решение и разрешать конфликты на основе общих позиций и учёта интересов в процессе совместной художественной деятельности;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демонстрировать и объяснять результаты своего творческого, художественного или </w:t>
      </w:r>
      <w:r w:rsidRPr="00DB121E">
        <w:rPr>
          <w:lang w:val="ru-RU"/>
        </w:rPr>
        <w:br/>
      </w:r>
      <w:r w:rsidRPr="00DB121E">
        <w:rPr>
          <w:rFonts w:ascii="Times New Roman" w:eastAsia="Times New Roman" w:hAnsi="Times New Roman"/>
          <w:color w:val="000000"/>
          <w:sz w:val="24"/>
          <w:lang w:val="ru-RU"/>
        </w:rPr>
        <w:t xml:space="preserve">исследовательского опыта;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признавать своё и чужое право на ошибку, развивать свои способности сопереживать, понимать намерения и переживания свои и других людей; </w:t>
      </w:r>
      <w:r w:rsidRPr="00DB121E">
        <w:rPr>
          <w:lang w:val="ru-RU"/>
        </w:rPr>
        <w:br/>
      </w:r>
      <w:r w:rsidRPr="00DB121E">
        <w:rPr>
          <w:lang w:val="ru-RU"/>
        </w:rPr>
        <w:tab/>
      </w:r>
      <w:r w:rsidRPr="00DB121E">
        <w:rPr>
          <w:rFonts w:ascii="Times New Roman" w:eastAsia="Times New Roman" w:hAnsi="Times New Roman"/>
          <w:color w:val="000000"/>
          <w:sz w:val="24"/>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943526" w:rsidRPr="00DB121E" w:rsidRDefault="00DB121E">
      <w:pPr>
        <w:tabs>
          <w:tab w:val="left" w:pos="180"/>
        </w:tabs>
        <w:autoSpaceDE w:val="0"/>
        <w:autoSpaceDN w:val="0"/>
        <w:spacing w:before="190" w:after="0" w:line="286" w:lineRule="auto"/>
        <w:ind w:right="1152"/>
        <w:rPr>
          <w:lang w:val="ru-RU"/>
        </w:rPr>
      </w:pPr>
      <w:r w:rsidRPr="00DB121E">
        <w:rPr>
          <w:lang w:val="ru-RU"/>
        </w:rPr>
        <w:tab/>
      </w:r>
      <w:proofErr w:type="gramStart"/>
      <w:r w:rsidRPr="00DB121E">
        <w:rPr>
          <w:rFonts w:ascii="Times New Roman" w:eastAsia="Times New Roman" w:hAnsi="Times New Roman"/>
          <w:b/>
          <w:color w:val="000000"/>
          <w:sz w:val="24"/>
          <w:lang w:val="ru-RU"/>
        </w:rPr>
        <w:t xml:space="preserve">3.Овладение универсальными регулятивными действиями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Обучающиеся должны овладеть следующими действиями: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внимательно относиться и выполнять учебные задачи, поставленные учителем; </w:t>
      </w:r>
      <w:r w:rsidRPr="00DB121E">
        <w:rPr>
          <w:lang w:val="ru-RU"/>
        </w:rPr>
        <w:tab/>
      </w:r>
      <w:r w:rsidRPr="00DB121E">
        <w:rPr>
          <w:rFonts w:ascii="Times New Roman" w:eastAsia="Times New Roman" w:hAnsi="Times New Roman"/>
          <w:color w:val="000000"/>
          <w:sz w:val="24"/>
          <w:lang w:val="ru-RU"/>
        </w:rPr>
        <w:t xml:space="preserve">соблюдать последовательность учебных действий при выполнении задания; </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r w:rsidRPr="00DB121E">
        <w:rPr>
          <w:lang w:val="ru-RU"/>
        </w:rPr>
        <w:br/>
      </w:r>
      <w:r w:rsidRPr="00DB121E">
        <w:rPr>
          <w:lang w:val="ru-RU"/>
        </w:rPr>
        <w:tab/>
      </w:r>
      <w:r w:rsidRPr="00DB121E">
        <w:rPr>
          <w:rFonts w:ascii="Times New Roman" w:eastAsia="Times New Roman" w:hAnsi="Times New Roman"/>
          <w:color w:val="000000"/>
          <w:sz w:val="24"/>
          <w:lang w:val="ru-RU"/>
        </w:rPr>
        <w:t>соотносить свои действия с планируемыми результатами, осуществлять контроль своей деятельности в процессе достижения результата.</w:t>
      </w:r>
      <w:proofErr w:type="gramEnd"/>
    </w:p>
    <w:p w:rsidR="00943526" w:rsidRPr="00DB121E" w:rsidRDefault="00DB121E">
      <w:pPr>
        <w:autoSpaceDE w:val="0"/>
        <w:autoSpaceDN w:val="0"/>
        <w:spacing w:before="262" w:after="0" w:line="230" w:lineRule="auto"/>
        <w:rPr>
          <w:lang w:val="ru-RU"/>
        </w:rPr>
      </w:pPr>
      <w:r w:rsidRPr="00DB121E">
        <w:rPr>
          <w:rFonts w:ascii="Times New Roman" w:eastAsia="Times New Roman" w:hAnsi="Times New Roman"/>
          <w:b/>
          <w:color w:val="000000"/>
          <w:sz w:val="24"/>
          <w:lang w:val="ru-RU"/>
        </w:rPr>
        <w:t>ПРЕДМЕТНЫЕ РЕЗУЛЬТАТЫ</w:t>
      </w:r>
    </w:p>
    <w:p w:rsidR="00943526" w:rsidRPr="00DB121E" w:rsidRDefault="00DB121E">
      <w:pPr>
        <w:autoSpaceDE w:val="0"/>
        <w:autoSpaceDN w:val="0"/>
        <w:spacing w:before="166" w:after="0"/>
        <w:ind w:firstLine="180"/>
        <w:rPr>
          <w:lang w:val="ru-RU"/>
        </w:rPr>
      </w:pPr>
      <w:r w:rsidRPr="00DB121E">
        <w:rPr>
          <w:rFonts w:ascii="Times New Roman" w:eastAsia="Times New Roman" w:hAnsi="Times New Roman"/>
          <w:color w:val="000000"/>
          <w:sz w:val="24"/>
          <w:lang w:val="ru-RU"/>
        </w:rPr>
        <w:t>Предметные результаты сформулированы по годам обучения на основе модульного построения содержания в соответствии с Приложением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943526" w:rsidRPr="00DB121E" w:rsidRDefault="00DB121E">
      <w:pPr>
        <w:autoSpaceDE w:val="0"/>
        <w:autoSpaceDN w:val="0"/>
        <w:spacing w:before="262" w:after="0" w:line="230" w:lineRule="auto"/>
        <w:rPr>
          <w:lang w:val="ru-RU"/>
        </w:rPr>
      </w:pPr>
      <w:r w:rsidRPr="00DB121E">
        <w:rPr>
          <w:rFonts w:ascii="Times New Roman" w:eastAsia="Times New Roman" w:hAnsi="Times New Roman"/>
          <w:b/>
          <w:color w:val="000000"/>
          <w:sz w:val="24"/>
          <w:lang w:val="ru-RU"/>
        </w:rPr>
        <w:t>1 КЛАСС</w:t>
      </w:r>
    </w:p>
    <w:p w:rsidR="00943526" w:rsidRPr="00DB121E" w:rsidRDefault="00DB121E">
      <w:pPr>
        <w:autoSpaceDE w:val="0"/>
        <w:autoSpaceDN w:val="0"/>
        <w:spacing w:before="166" w:after="0" w:line="230" w:lineRule="auto"/>
        <w:ind w:left="180"/>
        <w:rPr>
          <w:lang w:val="ru-RU"/>
        </w:rPr>
      </w:pPr>
      <w:r w:rsidRPr="00DB121E">
        <w:rPr>
          <w:rFonts w:ascii="Times New Roman" w:eastAsia="Times New Roman" w:hAnsi="Times New Roman"/>
          <w:b/>
          <w:color w:val="000000"/>
          <w:sz w:val="24"/>
          <w:lang w:val="ru-RU"/>
        </w:rPr>
        <w:t>Модуль «Графика»</w:t>
      </w:r>
    </w:p>
    <w:p w:rsidR="00943526" w:rsidRPr="00DB121E" w:rsidRDefault="00943526">
      <w:pPr>
        <w:rPr>
          <w:lang w:val="ru-RU"/>
        </w:rPr>
        <w:sectPr w:rsidR="00943526" w:rsidRPr="00DB121E">
          <w:pgSz w:w="11900" w:h="16840"/>
          <w:pgMar w:top="298" w:right="688" w:bottom="356" w:left="666" w:header="720" w:footer="720" w:gutter="0"/>
          <w:cols w:space="720" w:equalWidth="0">
            <w:col w:w="10546"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tabs>
          <w:tab w:val="left" w:pos="180"/>
        </w:tabs>
        <w:autoSpaceDE w:val="0"/>
        <w:autoSpaceDN w:val="0"/>
        <w:spacing w:after="0" w:line="262" w:lineRule="auto"/>
        <w:ind w:right="864"/>
        <w:rPr>
          <w:lang w:val="ru-RU"/>
        </w:rPr>
      </w:pPr>
      <w:r w:rsidRPr="00DB121E">
        <w:rPr>
          <w:lang w:val="ru-RU"/>
        </w:rPr>
        <w:tab/>
      </w:r>
      <w:r w:rsidRPr="00DB121E">
        <w:rPr>
          <w:rFonts w:ascii="Times New Roman" w:eastAsia="Times New Roman" w:hAnsi="Times New Roman"/>
          <w:color w:val="000000"/>
          <w:sz w:val="24"/>
          <w:lang w:val="ru-RU"/>
        </w:rPr>
        <w:t>Осваивать навыки применения свой</w:t>
      </w:r>
      <w:proofErr w:type="gramStart"/>
      <w:r w:rsidRPr="00DB121E">
        <w:rPr>
          <w:rFonts w:ascii="Times New Roman" w:eastAsia="Times New Roman" w:hAnsi="Times New Roman"/>
          <w:color w:val="000000"/>
          <w:sz w:val="24"/>
          <w:lang w:val="ru-RU"/>
        </w:rPr>
        <w:t>ств пр</w:t>
      </w:r>
      <w:proofErr w:type="gramEnd"/>
      <w:r w:rsidRPr="00DB121E">
        <w:rPr>
          <w:rFonts w:ascii="Times New Roman" w:eastAsia="Times New Roman" w:hAnsi="Times New Roman"/>
          <w:color w:val="000000"/>
          <w:sz w:val="24"/>
          <w:lang w:val="ru-RU"/>
        </w:rPr>
        <w:t>остых графических материалов в самостоятельной творческой работе в условиях урока.</w:t>
      </w:r>
    </w:p>
    <w:p w:rsidR="00943526" w:rsidRPr="00DB121E" w:rsidRDefault="00DB121E">
      <w:pPr>
        <w:tabs>
          <w:tab w:val="left" w:pos="180"/>
        </w:tabs>
        <w:autoSpaceDE w:val="0"/>
        <w:autoSpaceDN w:val="0"/>
        <w:spacing w:before="70" w:after="0" w:line="262" w:lineRule="auto"/>
        <w:rPr>
          <w:lang w:val="ru-RU"/>
        </w:rPr>
      </w:pPr>
      <w:r w:rsidRPr="00DB121E">
        <w:rPr>
          <w:lang w:val="ru-RU"/>
        </w:rPr>
        <w:tab/>
      </w:r>
      <w:r w:rsidRPr="00DB121E">
        <w:rPr>
          <w:rFonts w:ascii="Times New Roman" w:eastAsia="Times New Roman" w:hAnsi="Times New Roman"/>
          <w:color w:val="000000"/>
          <w:sz w:val="24"/>
          <w:lang w:val="ru-RU"/>
        </w:rPr>
        <w:t>Приобретать первичный опыт в создании графического рисунка на основе знакомства со средствами изобразительного языка.</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Приобретать опыт создания рисунка простого (плоского) предмета с натуры.</w:t>
      </w:r>
    </w:p>
    <w:p w:rsidR="00943526" w:rsidRPr="00DB121E" w:rsidRDefault="00DB121E">
      <w:pPr>
        <w:tabs>
          <w:tab w:val="left" w:pos="180"/>
        </w:tabs>
        <w:autoSpaceDE w:val="0"/>
        <w:autoSpaceDN w:val="0"/>
        <w:spacing w:before="70" w:after="0" w:line="262" w:lineRule="auto"/>
        <w:ind w:right="1008"/>
        <w:rPr>
          <w:lang w:val="ru-RU"/>
        </w:rPr>
      </w:pPr>
      <w:r w:rsidRPr="00DB121E">
        <w:rPr>
          <w:lang w:val="ru-RU"/>
        </w:rPr>
        <w:tab/>
      </w:r>
      <w:r w:rsidRPr="00DB121E">
        <w:rPr>
          <w:rFonts w:ascii="Times New Roman" w:eastAsia="Times New Roman" w:hAnsi="Times New Roman"/>
          <w:color w:val="000000"/>
          <w:sz w:val="24"/>
          <w:lang w:val="ru-RU"/>
        </w:rPr>
        <w:t>Учиться анализировать соотношения пропорций, визуально сравнивать пространственные величины.</w:t>
      </w:r>
    </w:p>
    <w:p w:rsidR="00943526" w:rsidRPr="00DB121E" w:rsidRDefault="00DB121E">
      <w:pPr>
        <w:tabs>
          <w:tab w:val="left" w:pos="180"/>
        </w:tabs>
        <w:autoSpaceDE w:val="0"/>
        <w:autoSpaceDN w:val="0"/>
        <w:spacing w:before="70" w:after="0" w:line="274" w:lineRule="auto"/>
        <w:rPr>
          <w:lang w:val="ru-RU"/>
        </w:rPr>
      </w:pPr>
      <w:r w:rsidRPr="00DB121E">
        <w:rPr>
          <w:lang w:val="ru-RU"/>
        </w:rPr>
        <w:tab/>
      </w:r>
      <w:r w:rsidRPr="00DB121E">
        <w:rPr>
          <w:rFonts w:ascii="Times New Roman" w:eastAsia="Times New Roman" w:hAnsi="Times New Roman"/>
          <w:color w:val="000000"/>
          <w:sz w:val="24"/>
          <w:lang w:val="ru-RU"/>
        </w:rPr>
        <w:t xml:space="preserve">Приобретать первичные знания и навыки композиционного расположения изображения на листе. </w:t>
      </w:r>
      <w:r w:rsidRPr="00DB121E">
        <w:rPr>
          <w:lang w:val="ru-RU"/>
        </w:rPr>
        <w:tab/>
      </w:r>
      <w:r w:rsidRPr="00DB121E">
        <w:rPr>
          <w:rFonts w:ascii="Times New Roman" w:eastAsia="Times New Roman" w:hAnsi="Times New Roman"/>
          <w:color w:val="000000"/>
          <w:sz w:val="24"/>
          <w:lang w:val="ru-RU"/>
        </w:rPr>
        <w:t>Уметь выбирать вертикальный или горизонтальный формат листа для выполнения соответствующих задач рисунка.</w:t>
      </w:r>
    </w:p>
    <w:p w:rsidR="00943526" w:rsidRPr="00DB121E" w:rsidRDefault="00DB121E">
      <w:pPr>
        <w:tabs>
          <w:tab w:val="left" w:pos="180"/>
        </w:tabs>
        <w:autoSpaceDE w:val="0"/>
        <w:autoSpaceDN w:val="0"/>
        <w:spacing w:before="70" w:after="0" w:line="262" w:lineRule="auto"/>
        <w:ind w:right="1008"/>
        <w:rPr>
          <w:lang w:val="ru-RU"/>
        </w:rPr>
      </w:pPr>
      <w:r w:rsidRPr="00DB121E">
        <w:rPr>
          <w:lang w:val="ru-RU"/>
        </w:rPr>
        <w:tab/>
      </w:r>
      <w:r w:rsidRPr="00DB121E">
        <w:rPr>
          <w:rFonts w:ascii="Times New Roman" w:eastAsia="Times New Roman" w:hAnsi="Times New Roman"/>
          <w:color w:val="000000"/>
          <w:sz w:val="24"/>
          <w:lang w:val="ru-RU"/>
        </w:rPr>
        <w:t>Воспринимать учебную задачу, поставленную учителем, и решать её в своей практической художественной деятельности.</w:t>
      </w:r>
    </w:p>
    <w:p w:rsidR="00943526" w:rsidRPr="00DB121E" w:rsidRDefault="00DB121E">
      <w:pPr>
        <w:autoSpaceDE w:val="0"/>
        <w:autoSpaceDN w:val="0"/>
        <w:spacing w:before="70" w:after="0" w:line="271" w:lineRule="auto"/>
        <w:ind w:right="720" w:firstLine="180"/>
        <w:rPr>
          <w:lang w:val="ru-RU"/>
        </w:rPr>
      </w:pPr>
      <w:r w:rsidRPr="00DB121E">
        <w:rPr>
          <w:rFonts w:ascii="Times New Roman" w:eastAsia="Times New Roman" w:hAnsi="Times New Roman"/>
          <w:color w:val="000000"/>
          <w:sz w:val="24"/>
          <w:lang w:val="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943526" w:rsidRPr="00DB121E" w:rsidRDefault="00DB121E">
      <w:pPr>
        <w:autoSpaceDE w:val="0"/>
        <w:autoSpaceDN w:val="0"/>
        <w:spacing w:before="190" w:after="0" w:line="262" w:lineRule="auto"/>
        <w:ind w:left="180" w:right="3888"/>
        <w:rPr>
          <w:lang w:val="ru-RU"/>
        </w:rPr>
      </w:pPr>
      <w:r w:rsidRPr="00DB121E">
        <w:rPr>
          <w:rFonts w:ascii="Times New Roman" w:eastAsia="Times New Roman" w:hAnsi="Times New Roman"/>
          <w:b/>
          <w:color w:val="000000"/>
          <w:sz w:val="24"/>
          <w:lang w:val="ru-RU"/>
        </w:rPr>
        <w:t>Модуль «Живопись»</w:t>
      </w:r>
      <w:r w:rsidRPr="00DB121E">
        <w:rPr>
          <w:lang w:val="ru-RU"/>
        </w:rPr>
        <w:br/>
      </w:r>
      <w:r w:rsidRPr="00DB121E">
        <w:rPr>
          <w:rFonts w:ascii="Times New Roman" w:eastAsia="Times New Roman" w:hAnsi="Times New Roman"/>
          <w:color w:val="000000"/>
          <w:sz w:val="24"/>
          <w:lang w:val="ru-RU"/>
        </w:rPr>
        <w:t>Осваивать навыки работы красками «гуашь» в условиях урока.</w:t>
      </w:r>
    </w:p>
    <w:p w:rsidR="00943526" w:rsidRPr="00DB121E" w:rsidRDefault="00DB121E">
      <w:pPr>
        <w:tabs>
          <w:tab w:val="left" w:pos="180"/>
        </w:tabs>
        <w:autoSpaceDE w:val="0"/>
        <w:autoSpaceDN w:val="0"/>
        <w:spacing w:before="70" w:after="0" w:line="262" w:lineRule="auto"/>
        <w:ind w:right="288"/>
        <w:rPr>
          <w:lang w:val="ru-RU"/>
        </w:rPr>
      </w:pPr>
      <w:r w:rsidRPr="00DB121E">
        <w:rPr>
          <w:lang w:val="ru-RU"/>
        </w:rPr>
        <w:tab/>
      </w:r>
      <w:r w:rsidRPr="00DB121E">
        <w:rPr>
          <w:rFonts w:ascii="Times New Roman" w:eastAsia="Times New Roman" w:hAnsi="Times New Roman"/>
          <w:color w:val="000000"/>
          <w:sz w:val="24"/>
          <w:lang w:val="ru-RU"/>
        </w:rPr>
        <w:t>Знать три основных цвета; обсуждать и называть ассоциативные представления, которые рождает каждый цвет.</w:t>
      </w:r>
    </w:p>
    <w:p w:rsidR="00943526" w:rsidRPr="00DB121E" w:rsidRDefault="00DB121E">
      <w:pPr>
        <w:tabs>
          <w:tab w:val="left" w:pos="180"/>
        </w:tabs>
        <w:autoSpaceDE w:val="0"/>
        <w:autoSpaceDN w:val="0"/>
        <w:spacing w:before="70" w:after="0" w:line="262" w:lineRule="auto"/>
        <w:ind w:right="288"/>
        <w:rPr>
          <w:lang w:val="ru-RU"/>
        </w:rPr>
      </w:pPr>
      <w:r w:rsidRPr="00DB121E">
        <w:rPr>
          <w:lang w:val="ru-RU"/>
        </w:rPr>
        <w:tab/>
      </w:r>
      <w:r w:rsidRPr="00DB121E">
        <w:rPr>
          <w:rFonts w:ascii="Times New Roman" w:eastAsia="Times New Roman" w:hAnsi="Times New Roman"/>
          <w:color w:val="000000"/>
          <w:sz w:val="24"/>
          <w:lang w:val="ru-RU"/>
        </w:rPr>
        <w:t>Осознавать эмоциональное звучание цвета и уметь формулировать своё мнение с опорой на опыт жизненных ассоциаций.</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Приобретать опыт экспериментирования, исследования результатов смешения красок и получения нового цвета.</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Вести творческую работу на заданную тему с опорой на зрительные впечатления, организованные педагогом.</w:t>
      </w:r>
    </w:p>
    <w:p w:rsidR="00943526" w:rsidRPr="00DB121E" w:rsidRDefault="00DB121E">
      <w:pPr>
        <w:tabs>
          <w:tab w:val="left" w:pos="180"/>
        </w:tabs>
        <w:autoSpaceDE w:val="0"/>
        <w:autoSpaceDN w:val="0"/>
        <w:spacing w:before="190" w:after="0" w:line="271" w:lineRule="auto"/>
        <w:ind w:right="144"/>
        <w:rPr>
          <w:lang w:val="ru-RU"/>
        </w:rPr>
      </w:pPr>
      <w:r w:rsidRPr="00DB121E">
        <w:rPr>
          <w:lang w:val="ru-RU"/>
        </w:rPr>
        <w:tab/>
      </w:r>
      <w:r w:rsidRPr="00DB121E">
        <w:rPr>
          <w:rFonts w:ascii="Times New Roman" w:eastAsia="Times New Roman" w:hAnsi="Times New Roman"/>
          <w:b/>
          <w:color w:val="000000"/>
          <w:sz w:val="24"/>
          <w:lang w:val="ru-RU"/>
        </w:rPr>
        <w:t>Модуль «Скульптура»</w:t>
      </w:r>
      <w:r w:rsidRPr="00DB121E">
        <w:rPr>
          <w:lang w:val="ru-RU"/>
        </w:rPr>
        <w:br/>
      </w:r>
      <w:r w:rsidRPr="00DB121E">
        <w:rPr>
          <w:lang w:val="ru-RU"/>
        </w:rPr>
        <w:tab/>
      </w:r>
      <w:r w:rsidRPr="00DB121E">
        <w:rPr>
          <w:rFonts w:ascii="Times New Roman" w:eastAsia="Times New Roman" w:hAnsi="Times New Roman"/>
          <w:color w:val="000000"/>
          <w:sz w:val="24"/>
          <w:lang w:val="ru-RU"/>
        </w:rPr>
        <w:t>Приобретать опыт аналитического наблюдения, поиска выразительных образных объёмных форм в природе (облака, камни, коряги, формы плодов и др.).</w:t>
      </w:r>
    </w:p>
    <w:p w:rsidR="00943526" w:rsidRPr="00DB121E" w:rsidRDefault="00DB121E">
      <w:pPr>
        <w:tabs>
          <w:tab w:val="left" w:pos="180"/>
        </w:tabs>
        <w:autoSpaceDE w:val="0"/>
        <w:autoSpaceDN w:val="0"/>
        <w:spacing w:before="72"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Осваивать первичные приёмы лепки из пластилина, приобретать представления о целостной форме в объёмном изображении.</w:t>
      </w:r>
    </w:p>
    <w:p w:rsidR="00943526" w:rsidRPr="00DB121E" w:rsidRDefault="00DB121E">
      <w:pPr>
        <w:tabs>
          <w:tab w:val="left" w:pos="180"/>
        </w:tabs>
        <w:autoSpaceDE w:val="0"/>
        <w:autoSpaceDN w:val="0"/>
        <w:spacing w:before="72" w:after="0" w:line="262" w:lineRule="auto"/>
        <w:rPr>
          <w:lang w:val="ru-RU"/>
        </w:rPr>
      </w:pPr>
      <w:r w:rsidRPr="00DB121E">
        <w:rPr>
          <w:lang w:val="ru-RU"/>
        </w:rPr>
        <w:tab/>
      </w:r>
      <w:r w:rsidRPr="00DB121E">
        <w:rPr>
          <w:rFonts w:ascii="Times New Roman" w:eastAsia="Times New Roman" w:hAnsi="Times New Roman"/>
          <w:color w:val="000000"/>
          <w:sz w:val="24"/>
          <w:lang w:val="ru-RU"/>
        </w:rPr>
        <w:t>Овладевать первичными навыками бумагопластики — создания объёмных форм из бумаги путём её складывания, надрезания, закручивания и др.</w:t>
      </w:r>
    </w:p>
    <w:p w:rsidR="00943526" w:rsidRPr="00DB121E" w:rsidRDefault="00DB121E">
      <w:pPr>
        <w:tabs>
          <w:tab w:val="left" w:pos="180"/>
        </w:tabs>
        <w:autoSpaceDE w:val="0"/>
        <w:autoSpaceDN w:val="0"/>
        <w:spacing w:before="190" w:after="0"/>
        <w:ind w:right="576"/>
        <w:rPr>
          <w:lang w:val="ru-RU"/>
        </w:rPr>
      </w:pPr>
      <w:r w:rsidRPr="00DB121E">
        <w:rPr>
          <w:lang w:val="ru-RU"/>
        </w:rPr>
        <w:tab/>
      </w:r>
      <w:r w:rsidRPr="00DB121E">
        <w:rPr>
          <w:rFonts w:ascii="Times New Roman" w:eastAsia="Times New Roman" w:hAnsi="Times New Roman"/>
          <w:b/>
          <w:color w:val="000000"/>
          <w:sz w:val="24"/>
          <w:lang w:val="ru-RU"/>
        </w:rPr>
        <w:t>Модуль «Декоративно-прикладное искусство»</w:t>
      </w:r>
      <w:r w:rsidRPr="00DB121E">
        <w:rPr>
          <w:lang w:val="ru-RU"/>
        </w:rPr>
        <w:br/>
      </w:r>
      <w:r w:rsidRPr="00DB121E">
        <w:rPr>
          <w:lang w:val="ru-RU"/>
        </w:rPr>
        <w:tab/>
      </w:r>
      <w:r w:rsidRPr="00DB121E">
        <w:rPr>
          <w:rFonts w:ascii="Times New Roman" w:eastAsia="Times New Roman" w:hAnsi="Times New Roman"/>
          <w:color w:val="000000"/>
          <w:sz w:val="24"/>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943526" w:rsidRPr="00DB121E" w:rsidRDefault="00DB121E">
      <w:pPr>
        <w:tabs>
          <w:tab w:val="left" w:pos="180"/>
        </w:tabs>
        <w:autoSpaceDE w:val="0"/>
        <w:autoSpaceDN w:val="0"/>
        <w:spacing w:before="70" w:after="0" w:line="262" w:lineRule="auto"/>
        <w:ind w:right="1008"/>
        <w:rPr>
          <w:lang w:val="ru-RU"/>
        </w:rPr>
      </w:pPr>
      <w:r w:rsidRPr="00DB121E">
        <w:rPr>
          <w:lang w:val="ru-RU"/>
        </w:rPr>
        <w:tab/>
      </w:r>
      <w:r w:rsidRPr="00DB121E">
        <w:rPr>
          <w:rFonts w:ascii="Times New Roman" w:eastAsia="Times New Roman" w:hAnsi="Times New Roman"/>
          <w:color w:val="000000"/>
          <w:sz w:val="24"/>
          <w:lang w:val="ru-RU"/>
        </w:rPr>
        <w:t>Различать виды орнаментов по изобразительным мотивам: растительные, геометрические, анималистические.</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Учиться использовать правила симметрии в своей художественной деятельности.</w:t>
      </w:r>
    </w:p>
    <w:p w:rsidR="00943526" w:rsidRPr="00DB121E" w:rsidRDefault="00DB121E">
      <w:pPr>
        <w:tabs>
          <w:tab w:val="left" w:pos="180"/>
        </w:tabs>
        <w:autoSpaceDE w:val="0"/>
        <w:autoSpaceDN w:val="0"/>
        <w:spacing w:before="70" w:after="0" w:line="262" w:lineRule="auto"/>
        <w:ind w:right="1152"/>
        <w:rPr>
          <w:lang w:val="ru-RU"/>
        </w:rPr>
      </w:pPr>
      <w:r w:rsidRPr="00DB121E">
        <w:rPr>
          <w:lang w:val="ru-RU"/>
        </w:rPr>
        <w:tab/>
      </w:r>
      <w:r w:rsidRPr="00DB121E">
        <w:rPr>
          <w:rFonts w:ascii="Times New Roman" w:eastAsia="Times New Roman" w:hAnsi="Times New Roman"/>
          <w:color w:val="000000"/>
          <w:sz w:val="24"/>
          <w:lang w:val="ru-RU"/>
        </w:rPr>
        <w:t>Приобретать опыт создания орнаментальной декоративной композиции (стилизованной: декоративный цветок или птица).</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Приобретать знания о значении и назначении украшений в жизни людей.</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Приобретать представления о глиняных игрушках отечественных народных художественных</w:t>
      </w:r>
    </w:p>
    <w:p w:rsidR="00943526" w:rsidRPr="00DB121E" w:rsidRDefault="00943526">
      <w:pPr>
        <w:rPr>
          <w:lang w:val="ru-RU"/>
        </w:rPr>
        <w:sectPr w:rsidR="00943526" w:rsidRPr="00DB121E">
          <w:pgSz w:w="11900" w:h="16840"/>
          <w:pgMar w:top="298" w:right="642" w:bottom="416" w:left="666" w:header="720" w:footer="720" w:gutter="0"/>
          <w:cols w:space="720" w:equalWidth="0">
            <w:col w:w="10592" w:space="0"/>
          </w:cols>
          <w:docGrid w:linePitch="360"/>
        </w:sectPr>
      </w:pPr>
    </w:p>
    <w:p w:rsidR="00943526" w:rsidRPr="00DB121E" w:rsidRDefault="00943526">
      <w:pPr>
        <w:autoSpaceDE w:val="0"/>
        <w:autoSpaceDN w:val="0"/>
        <w:spacing w:after="66" w:line="220" w:lineRule="exact"/>
        <w:rPr>
          <w:lang w:val="ru-RU"/>
        </w:rPr>
      </w:pPr>
    </w:p>
    <w:p w:rsidR="00943526" w:rsidRPr="00DB121E" w:rsidRDefault="00DB121E">
      <w:pPr>
        <w:autoSpaceDE w:val="0"/>
        <w:autoSpaceDN w:val="0"/>
        <w:spacing w:after="0" w:line="271" w:lineRule="auto"/>
        <w:ind w:right="432"/>
        <w:rPr>
          <w:lang w:val="ru-RU"/>
        </w:rPr>
      </w:pPr>
      <w:r w:rsidRPr="00DB121E">
        <w:rPr>
          <w:rFonts w:ascii="Times New Roman" w:eastAsia="Times New Roman" w:hAnsi="Times New Roman"/>
          <w:color w:val="000000"/>
          <w:sz w:val="24"/>
          <w:lang w:val="ru-RU"/>
        </w:rPr>
        <w:t>промыслов (</w:t>
      </w:r>
      <w:proofErr w:type="gramStart"/>
      <w:r w:rsidRPr="00DB121E">
        <w:rPr>
          <w:rFonts w:ascii="Times New Roman" w:eastAsia="Times New Roman" w:hAnsi="Times New Roman"/>
          <w:color w:val="000000"/>
          <w:sz w:val="24"/>
          <w:lang w:val="ru-RU"/>
        </w:rPr>
        <w:t>дымковская</w:t>
      </w:r>
      <w:proofErr w:type="gramEnd"/>
      <w:r w:rsidRPr="00DB121E">
        <w:rPr>
          <w:rFonts w:ascii="Times New Roman" w:eastAsia="Times New Roman" w:hAnsi="Times New Roman"/>
          <w:color w:val="000000"/>
          <w:sz w:val="24"/>
          <w:lang w:val="ru-RU"/>
        </w:rPr>
        <w:t>,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Иметь опыт и соответствующие возрасту навыки подготовки и оформления общего праздника.</w:t>
      </w:r>
    </w:p>
    <w:p w:rsidR="00943526" w:rsidRPr="00DB121E" w:rsidRDefault="00DB121E">
      <w:pPr>
        <w:tabs>
          <w:tab w:val="left" w:pos="180"/>
        </w:tabs>
        <w:autoSpaceDE w:val="0"/>
        <w:autoSpaceDN w:val="0"/>
        <w:spacing w:before="190" w:after="0"/>
        <w:ind w:right="144"/>
        <w:rPr>
          <w:lang w:val="ru-RU"/>
        </w:rPr>
      </w:pPr>
      <w:r w:rsidRPr="00DB121E">
        <w:rPr>
          <w:lang w:val="ru-RU"/>
        </w:rPr>
        <w:tab/>
      </w:r>
      <w:r w:rsidRPr="00DB121E">
        <w:rPr>
          <w:rFonts w:ascii="Times New Roman" w:eastAsia="Times New Roman" w:hAnsi="Times New Roman"/>
          <w:b/>
          <w:color w:val="000000"/>
          <w:sz w:val="24"/>
          <w:lang w:val="ru-RU"/>
        </w:rPr>
        <w:t>Модуль «Архитектура»</w:t>
      </w:r>
      <w:r w:rsidRPr="00DB121E">
        <w:rPr>
          <w:lang w:val="ru-RU"/>
        </w:rPr>
        <w:br/>
      </w:r>
      <w:r w:rsidRPr="00DB121E">
        <w:rPr>
          <w:lang w:val="ru-RU"/>
        </w:rPr>
        <w:tab/>
      </w:r>
      <w:r w:rsidRPr="00DB121E">
        <w:rPr>
          <w:rFonts w:ascii="Times New Roman" w:eastAsia="Times New Roman" w:hAnsi="Times New Roman"/>
          <w:color w:val="000000"/>
          <w:sz w:val="24"/>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943526" w:rsidRPr="00DB121E" w:rsidRDefault="00DB121E">
      <w:pPr>
        <w:tabs>
          <w:tab w:val="left" w:pos="180"/>
        </w:tabs>
        <w:autoSpaceDE w:val="0"/>
        <w:autoSpaceDN w:val="0"/>
        <w:spacing w:before="70"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Осваивать приёмы конструирования из бумаги, складывания объёмных простых геометрических тел.</w:t>
      </w:r>
    </w:p>
    <w:p w:rsidR="00943526" w:rsidRPr="00DB121E" w:rsidRDefault="00DB121E">
      <w:pPr>
        <w:tabs>
          <w:tab w:val="left" w:pos="180"/>
        </w:tabs>
        <w:autoSpaceDE w:val="0"/>
        <w:autoSpaceDN w:val="0"/>
        <w:spacing w:before="72" w:after="0" w:line="262" w:lineRule="auto"/>
        <w:ind w:right="576"/>
        <w:rPr>
          <w:lang w:val="ru-RU"/>
        </w:rPr>
      </w:pPr>
      <w:r w:rsidRPr="00DB121E">
        <w:rPr>
          <w:lang w:val="ru-RU"/>
        </w:rPr>
        <w:tab/>
      </w:r>
      <w:r w:rsidRPr="00DB121E">
        <w:rPr>
          <w:rFonts w:ascii="Times New Roman" w:eastAsia="Times New Roman" w:hAnsi="Times New Roman"/>
          <w:color w:val="000000"/>
          <w:sz w:val="24"/>
          <w:lang w:val="ru-RU"/>
        </w:rPr>
        <w:t>Приобретать опыт пространственного макетирования (сказочный город) в форме коллективной игровой деятельности.</w:t>
      </w:r>
    </w:p>
    <w:p w:rsidR="00943526" w:rsidRPr="00DB121E" w:rsidRDefault="00DB121E">
      <w:pPr>
        <w:tabs>
          <w:tab w:val="left" w:pos="180"/>
        </w:tabs>
        <w:autoSpaceDE w:val="0"/>
        <w:autoSpaceDN w:val="0"/>
        <w:spacing w:before="70" w:after="0" w:line="262" w:lineRule="auto"/>
        <w:ind w:right="864"/>
        <w:rPr>
          <w:lang w:val="ru-RU"/>
        </w:rPr>
      </w:pPr>
      <w:r w:rsidRPr="00DB121E">
        <w:rPr>
          <w:lang w:val="ru-RU"/>
        </w:rPr>
        <w:tab/>
      </w:r>
      <w:r w:rsidRPr="00DB121E">
        <w:rPr>
          <w:rFonts w:ascii="Times New Roman" w:eastAsia="Times New Roman" w:hAnsi="Times New Roman"/>
          <w:color w:val="000000"/>
          <w:sz w:val="24"/>
          <w:lang w:val="ru-RU"/>
        </w:rPr>
        <w:t>Приобретать представления о конструктивной основе любого предмета и первичные навыки анализа его строения.</w:t>
      </w:r>
    </w:p>
    <w:p w:rsidR="00943526" w:rsidRPr="00DB121E" w:rsidRDefault="00DB121E">
      <w:pPr>
        <w:tabs>
          <w:tab w:val="left" w:pos="180"/>
        </w:tabs>
        <w:autoSpaceDE w:val="0"/>
        <w:autoSpaceDN w:val="0"/>
        <w:spacing w:before="190" w:after="0"/>
        <w:ind w:right="432"/>
        <w:rPr>
          <w:lang w:val="ru-RU"/>
        </w:rPr>
      </w:pPr>
      <w:r w:rsidRPr="00DB121E">
        <w:rPr>
          <w:lang w:val="ru-RU"/>
        </w:rPr>
        <w:tab/>
      </w:r>
      <w:r w:rsidRPr="00DB121E">
        <w:rPr>
          <w:rFonts w:ascii="Times New Roman" w:eastAsia="Times New Roman" w:hAnsi="Times New Roman"/>
          <w:b/>
          <w:color w:val="000000"/>
          <w:sz w:val="24"/>
          <w:lang w:val="ru-RU"/>
        </w:rPr>
        <w:t>Модуль «Восприятие произведений искусства»</w:t>
      </w:r>
      <w:r w:rsidRPr="00DB121E">
        <w:rPr>
          <w:lang w:val="ru-RU"/>
        </w:rPr>
        <w:br/>
      </w:r>
      <w:r w:rsidRPr="00DB121E">
        <w:rPr>
          <w:lang w:val="ru-RU"/>
        </w:rPr>
        <w:tab/>
      </w:r>
      <w:r w:rsidRPr="00DB121E">
        <w:rPr>
          <w:rFonts w:ascii="Times New Roman" w:eastAsia="Times New Roman" w:hAnsi="Times New Roman"/>
          <w:color w:val="000000"/>
          <w:sz w:val="24"/>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943526" w:rsidRPr="00DB121E" w:rsidRDefault="00DB121E">
      <w:pPr>
        <w:tabs>
          <w:tab w:val="left" w:pos="180"/>
        </w:tabs>
        <w:autoSpaceDE w:val="0"/>
        <w:autoSpaceDN w:val="0"/>
        <w:spacing w:before="70"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943526" w:rsidRPr="00DB121E" w:rsidRDefault="00DB121E">
      <w:pPr>
        <w:tabs>
          <w:tab w:val="left" w:pos="180"/>
        </w:tabs>
        <w:autoSpaceDE w:val="0"/>
        <w:autoSpaceDN w:val="0"/>
        <w:spacing w:before="70" w:after="0" w:line="281" w:lineRule="auto"/>
        <w:rPr>
          <w:lang w:val="ru-RU"/>
        </w:rPr>
      </w:pPr>
      <w:r w:rsidRPr="00DB121E">
        <w:rPr>
          <w:lang w:val="ru-RU"/>
        </w:rPr>
        <w:tab/>
      </w:r>
      <w:r w:rsidRPr="00DB121E">
        <w:rPr>
          <w:rFonts w:ascii="Times New Roman" w:eastAsia="Times New Roman" w:hAnsi="Times New Roman"/>
          <w:color w:val="000000"/>
          <w:sz w:val="24"/>
          <w:lang w:val="ru-RU"/>
        </w:rPr>
        <w:t xml:space="preserve">Осваивать опыт эстетического восприятия и аналитического наблюдения архитектурных построек. </w:t>
      </w:r>
      <w:r w:rsidRPr="00DB121E">
        <w:rPr>
          <w:lang w:val="ru-RU"/>
        </w:rPr>
        <w:tab/>
      </w:r>
      <w:r w:rsidRPr="00DB121E">
        <w:rPr>
          <w:rFonts w:ascii="Times New Roman" w:eastAsia="Times New Roman" w:hAnsi="Times New Roman"/>
          <w:color w:val="000000"/>
          <w:sz w:val="24"/>
          <w:lang w:val="ru-RU"/>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Осваивать новый опыт восприятия художественных иллюстраций в детских книгах и отношения к ним в соответствии с учебной установкой.</w:t>
      </w:r>
    </w:p>
    <w:p w:rsidR="00943526" w:rsidRPr="00DB121E" w:rsidRDefault="00DB121E">
      <w:pPr>
        <w:tabs>
          <w:tab w:val="left" w:pos="180"/>
        </w:tabs>
        <w:autoSpaceDE w:val="0"/>
        <w:autoSpaceDN w:val="0"/>
        <w:spacing w:before="192" w:after="0" w:line="271" w:lineRule="auto"/>
        <w:ind w:right="288"/>
        <w:rPr>
          <w:lang w:val="ru-RU"/>
        </w:rPr>
      </w:pPr>
      <w:r w:rsidRPr="00DB121E">
        <w:rPr>
          <w:lang w:val="ru-RU"/>
        </w:rPr>
        <w:tab/>
      </w:r>
      <w:r w:rsidRPr="00DB121E">
        <w:rPr>
          <w:rFonts w:ascii="Times New Roman" w:eastAsia="Times New Roman" w:hAnsi="Times New Roman"/>
          <w:b/>
          <w:color w:val="000000"/>
          <w:sz w:val="24"/>
          <w:lang w:val="ru-RU"/>
        </w:rPr>
        <w:t>Модуль «Азбука цифровой графики»</w:t>
      </w:r>
      <w:r w:rsidRPr="00DB121E">
        <w:rPr>
          <w:lang w:val="ru-RU"/>
        </w:rPr>
        <w:br/>
      </w:r>
      <w:r w:rsidRPr="00DB121E">
        <w:rPr>
          <w:lang w:val="ru-RU"/>
        </w:rPr>
        <w:tab/>
      </w:r>
      <w:r w:rsidRPr="00DB121E">
        <w:rPr>
          <w:rFonts w:ascii="Times New Roman" w:eastAsia="Times New Roman" w:hAnsi="Times New Roman"/>
          <w:color w:val="000000"/>
          <w:sz w:val="24"/>
          <w:lang w:val="ru-RU"/>
        </w:rPr>
        <w:t>Приобретать опыт создания фотографий с целью эстетического и целенаправленного наблюдения природы.</w:t>
      </w:r>
    </w:p>
    <w:p w:rsidR="00943526" w:rsidRPr="00DB121E" w:rsidRDefault="00DB121E">
      <w:pPr>
        <w:tabs>
          <w:tab w:val="left" w:pos="180"/>
        </w:tabs>
        <w:autoSpaceDE w:val="0"/>
        <w:autoSpaceDN w:val="0"/>
        <w:spacing w:before="70" w:after="0" w:line="262" w:lineRule="auto"/>
        <w:ind w:right="576"/>
        <w:rPr>
          <w:lang w:val="ru-RU"/>
        </w:rPr>
      </w:pPr>
      <w:r w:rsidRPr="00DB121E">
        <w:rPr>
          <w:lang w:val="ru-RU"/>
        </w:rPr>
        <w:tab/>
      </w:r>
      <w:r w:rsidRPr="00DB121E">
        <w:rPr>
          <w:rFonts w:ascii="Times New Roman" w:eastAsia="Times New Roman" w:hAnsi="Times New Roman"/>
          <w:color w:val="000000"/>
          <w:sz w:val="24"/>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943526" w:rsidRPr="00DB121E" w:rsidRDefault="00DB121E">
      <w:pPr>
        <w:autoSpaceDE w:val="0"/>
        <w:autoSpaceDN w:val="0"/>
        <w:spacing w:before="262" w:after="0" w:line="230" w:lineRule="auto"/>
        <w:rPr>
          <w:lang w:val="ru-RU"/>
        </w:rPr>
      </w:pPr>
      <w:r w:rsidRPr="00DB121E">
        <w:rPr>
          <w:rFonts w:ascii="Times New Roman" w:eastAsia="Times New Roman" w:hAnsi="Times New Roman"/>
          <w:b/>
          <w:color w:val="000000"/>
          <w:sz w:val="24"/>
          <w:lang w:val="ru-RU"/>
        </w:rPr>
        <w:t>2 КЛАСС</w:t>
      </w:r>
    </w:p>
    <w:p w:rsidR="00943526" w:rsidRPr="00DB121E" w:rsidRDefault="00DB121E">
      <w:pPr>
        <w:tabs>
          <w:tab w:val="left" w:pos="180"/>
        </w:tabs>
        <w:autoSpaceDE w:val="0"/>
        <w:autoSpaceDN w:val="0"/>
        <w:spacing w:before="166" w:after="0" w:line="271" w:lineRule="auto"/>
        <w:ind w:right="288"/>
        <w:rPr>
          <w:lang w:val="ru-RU"/>
        </w:rPr>
      </w:pPr>
      <w:r w:rsidRPr="00DB121E">
        <w:rPr>
          <w:lang w:val="ru-RU"/>
        </w:rPr>
        <w:tab/>
      </w:r>
      <w:r w:rsidRPr="00DB121E">
        <w:rPr>
          <w:rFonts w:ascii="Times New Roman" w:eastAsia="Times New Roman" w:hAnsi="Times New Roman"/>
          <w:b/>
          <w:color w:val="000000"/>
          <w:sz w:val="24"/>
          <w:lang w:val="ru-RU"/>
        </w:rPr>
        <w:t>Модуль «Графика»</w:t>
      </w:r>
      <w:r w:rsidRPr="00DB121E">
        <w:rPr>
          <w:lang w:val="ru-RU"/>
        </w:rPr>
        <w:br/>
      </w:r>
      <w:r w:rsidRPr="00DB121E">
        <w:rPr>
          <w:lang w:val="ru-RU"/>
        </w:rPr>
        <w:tab/>
      </w:r>
      <w:r w:rsidRPr="00DB121E">
        <w:rPr>
          <w:rFonts w:ascii="Times New Roman" w:eastAsia="Times New Roman" w:hAnsi="Times New Roman"/>
          <w:color w:val="000000"/>
          <w:sz w:val="24"/>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943526" w:rsidRPr="00DB121E" w:rsidRDefault="00DB121E">
      <w:pPr>
        <w:tabs>
          <w:tab w:val="left" w:pos="180"/>
        </w:tabs>
        <w:autoSpaceDE w:val="0"/>
        <w:autoSpaceDN w:val="0"/>
        <w:spacing w:before="70" w:after="0" w:line="271" w:lineRule="auto"/>
        <w:ind w:right="144"/>
        <w:rPr>
          <w:lang w:val="ru-RU"/>
        </w:rPr>
      </w:pPr>
      <w:r w:rsidRPr="00DB121E">
        <w:rPr>
          <w:lang w:val="ru-RU"/>
        </w:rPr>
        <w:tab/>
      </w:r>
      <w:r w:rsidRPr="00DB121E">
        <w:rPr>
          <w:rFonts w:ascii="Times New Roman" w:eastAsia="Times New Roman" w:hAnsi="Times New Roman"/>
          <w:color w:val="000000"/>
          <w:sz w:val="24"/>
          <w:lang w:val="ru-RU"/>
        </w:rPr>
        <w:t xml:space="preserve">Приобретать навыки изображения на основе разной по характеру и способу наложения линии. </w:t>
      </w:r>
      <w:r w:rsidRPr="00DB121E">
        <w:rPr>
          <w:lang w:val="ru-RU"/>
        </w:rPr>
        <w:tab/>
      </w:r>
      <w:r w:rsidRPr="00DB121E">
        <w:rPr>
          <w:rFonts w:ascii="Times New Roman" w:eastAsia="Times New Roman" w:hAnsi="Times New Roman"/>
          <w:color w:val="000000"/>
          <w:sz w:val="24"/>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943526" w:rsidRPr="00DB121E" w:rsidRDefault="00943526">
      <w:pPr>
        <w:rPr>
          <w:lang w:val="ru-RU"/>
        </w:rPr>
        <w:sectPr w:rsidR="00943526" w:rsidRPr="00DB121E">
          <w:pgSz w:w="11900" w:h="16840"/>
          <w:pgMar w:top="286" w:right="648" w:bottom="452" w:left="666" w:header="720" w:footer="720" w:gutter="0"/>
          <w:cols w:space="720" w:equalWidth="0">
            <w:col w:w="10586"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autoSpaceDE w:val="0"/>
        <w:autoSpaceDN w:val="0"/>
        <w:spacing w:after="0" w:line="271" w:lineRule="auto"/>
        <w:ind w:right="144" w:firstLine="180"/>
        <w:rPr>
          <w:lang w:val="ru-RU"/>
        </w:rPr>
      </w:pPr>
      <w:r w:rsidRPr="00DB121E">
        <w:rPr>
          <w:rFonts w:ascii="Times New Roman" w:eastAsia="Times New Roman" w:hAnsi="Times New Roman"/>
          <w:color w:val="000000"/>
          <w:sz w:val="24"/>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943526" w:rsidRPr="00DB121E" w:rsidRDefault="00DB121E">
      <w:pPr>
        <w:tabs>
          <w:tab w:val="left" w:pos="180"/>
        </w:tabs>
        <w:autoSpaceDE w:val="0"/>
        <w:autoSpaceDN w:val="0"/>
        <w:spacing w:before="190" w:after="0"/>
        <w:ind w:right="720"/>
        <w:rPr>
          <w:lang w:val="ru-RU"/>
        </w:rPr>
      </w:pPr>
      <w:r w:rsidRPr="00DB121E">
        <w:rPr>
          <w:lang w:val="ru-RU"/>
        </w:rPr>
        <w:tab/>
      </w:r>
      <w:r w:rsidRPr="00DB121E">
        <w:rPr>
          <w:rFonts w:ascii="Times New Roman" w:eastAsia="Times New Roman" w:hAnsi="Times New Roman"/>
          <w:b/>
          <w:color w:val="000000"/>
          <w:sz w:val="24"/>
          <w:lang w:val="ru-RU"/>
        </w:rPr>
        <w:t>Модуль «Живопись»</w:t>
      </w:r>
      <w:r w:rsidRPr="00DB121E">
        <w:rPr>
          <w:lang w:val="ru-RU"/>
        </w:rPr>
        <w:br/>
      </w:r>
      <w:r w:rsidRPr="00DB121E">
        <w:rPr>
          <w:lang w:val="ru-RU"/>
        </w:rPr>
        <w:tab/>
      </w:r>
      <w:r w:rsidRPr="00DB121E">
        <w:rPr>
          <w:rFonts w:ascii="Times New Roman" w:eastAsia="Times New Roman" w:hAnsi="Times New Roman"/>
          <w:color w:val="000000"/>
          <w:sz w:val="24"/>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943526" w:rsidRPr="00DB121E" w:rsidRDefault="00DB121E">
      <w:pPr>
        <w:tabs>
          <w:tab w:val="left" w:pos="180"/>
        </w:tabs>
        <w:autoSpaceDE w:val="0"/>
        <w:autoSpaceDN w:val="0"/>
        <w:spacing w:before="70" w:after="0" w:line="262" w:lineRule="auto"/>
        <w:ind w:right="720"/>
        <w:rPr>
          <w:lang w:val="ru-RU"/>
        </w:rPr>
      </w:pPr>
      <w:r w:rsidRPr="00DB121E">
        <w:rPr>
          <w:lang w:val="ru-RU"/>
        </w:rPr>
        <w:tab/>
      </w:r>
      <w:r w:rsidRPr="00DB121E">
        <w:rPr>
          <w:rFonts w:ascii="Times New Roman" w:eastAsia="Times New Roman" w:hAnsi="Times New Roman"/>
          <w:color w:val="000000"/>
          <w:sz w:val="24"/>
          <w:lang w:val="ru-RU"/>
        </w:rPr>
        <w:t>Приобретать опыт работы акварельной краской и понимать особенности работы прозрачной краской.</w:t>
      </w:r>
    </w:p>
    <w:p w:rsidR="00943526" w:rsidRPr="00DB121E" w:rsidRDefault="00DB121E">
      <w:pPr>
        <w:tabs>
          <w:tab w:val="left" w:pos="180"/>
        </w:tabs>
        <w:autoSpaceDE w:val="0"/>
        <w:autoSpaceDN w:val="0"/>
        <w:spacing w:before="72"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Знать названия основных и составных цветов и способы получения разных оттенков составного цвета.</w:t>
      </w:r>
    </w:p>
    <w:p w:rsidR="00943526" w:rsidRPr="00DB121E" w:rsidRDefault="00DB121E">
      <w:pPr>
        <w:tabs>
          <w:tab w:val="left" w:pos="180"/>
        </w:tabs>
        <w:autoSpaceDE w:val="0"/>
        <w:autoSpaceDN w:val="0"/>
        <w:spacing w:before="72"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 xml:space="preserve">Различать и сравнивать тёмные и светлые оттенки цвета; осваивать смешение цветных красок с </w:t>
      </w:r>
      <w:proofErr w:type="gramStart"/>
      <w:r w:rsidRPr="00DB121E">
        <w:rPr>
          <w:rFonts w:ascii="Times New Roman" w:eastAsia="Times New Roman" w:hAnsi="Times New Roman"/>
          <w:color w:val="000000"/>
          <w:sz w:val="24"/>
          <w:lang w:val="ru-RU"/>
        </w:rPr>
        <w:t>белой</w:t>
      </w:r>
      <w:proofErr w:type="gramEnd"/>
      <w:r w:rsidRPr="00DB121E">
        <w:rPr>
          <w:rFonts w:ascii="Times New Roman" w:eastAsia="Times New Roman" w:hAnsi="Times New Roman"/>
          <w:color w:val="000000"/>
          <w:sz w:val="24"/>
          <w:lang w:val="ru-RU"/>
        </w:rPr>
        <w:t xml:space="preserve"> и чёрной (для изменения их тона).</w:t>
      </w:r>
    </w:p>
    <w:p w:rsidR="00943526" w:rsidRPr="00DB121E" w:rsidRDefault="00DB121E">
      <w:pPr>
        <w:tabs>
          <w:tab w:val="left" w:pos="180"/>
        </w:tabs>
        <w:autoSpaceDE w:val="0"/>
        <w:autoSpaceDN w:val="0"/>
        <w:spacing w:before="70"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Знать о делении цветов на тёплые и холодные; уметь различать и сравнивать тёплые и холодные оттенки цвета.</w:t>
      </w:r>
    </w:p>
    <w:p w:rsidR="00943526" w:rsidRPr="00DB121E" w:rsidRDefault="00DB121E">
      <w:pPr>
        <w:tabs>
          <w:tab w:val="left" w:pos="180"/>
        </w:tabs>
        <w:autoSpaceDE w:val="0"/>
        <w:autoSpaceDN w:val="0"/>
        <w:spacing w:before="70" w:after="0" w:line="262" w:lineRule="auto"/>
        <w:ind w:right="144"/>
        <w:rPr>
          <w:lang w:val="ru-RU"/>
        </w:rPr>
      </w:pPr>
      <w:r w:rsidRPr="00DB121E">
        <w:rPr>
          <w:lang w:val="ru-RU"/>
        </w:rPr>
        <w:tab/>
      </w:r>
      <w:r w:rsidRPr="00DB121E">
        <w:rPr>
          <w:rFonts w:ascii="Times New Roman" w:eastAsia="Times New Roman" w:hAnsi="Times New Roman"/>
          <w:color w:val="000000"/>
          <w:sz w:val="24"/>
          <w:lang w:val="ru-RU"/>
        </w:rPr>
        <w:t>Осваивать эмоциональную выразительность цвета: цвет звонкий и яркий, радостный; цвет мягкий</w:t>
      </w:r>
      <w:proofErr w:type="gramStart"/>
      <w:r w:rsidRPr="00DB121E">
        <w:rPr>
          <w:rFonts w:ascii="Times New Roman" w:eastAsia="Times New Roman" w:hAnsi="Times New Roman"/>
          <w:color w:val="000000"/>
          <w:sz w:val="24"/>
          <w:lang w:val="ru-RU"/>
        </w:rPr>
        <w:t>,«</w:t>
      </w:r>
      <w:proofErr w:type="gramEnd"/>
      <w:r w:rsidRPr="00DB121E">
        <w:rPr>
          <w:rFonts w:ascii="Times New Roman" w:eastAsia="Times New Roman" w:hAnsi="Times New Roman"/>
          <w:color w:val="000000"/>
          <w:sz w:val="24"/>
          <w:lang w:val="ru-RU"/>
        </w:rPr>
        <w:t>глухой» и мрачный и др.</w:t>
      </w:r>
    </w:p>
    <w:p w:rsidR="00943526" w:rsidRPr="00DB121E" w:rsidRDefault="00DB121E">
      <w:pPr>
        <w:autoSpaceDE w:val="0"/>
        <w:autoSpaceDN w:val="0"/>
        <w:spacing w:before="70" w:after="0" w:line="271" w:lineRule="auto"/>
        <w:ind w:firstLine="180"/>
        <w:rPr>
          <w:lang w:val="ru-RU"/>
        </w:rPr>
      </w:pPr>
      <w:r w:rsidRPr="00DB121E">
        <w:rPr>
          <w:rFonts w:ascii="Times New Roman" w:eastAsia="Times New Roman" w:hAnsi="Times New Roman"/>
          <w:color w:val="000000"/>
          <w:sz w:val="24"/>
          <w:lang w:val="ru-RU"/>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943526" w:rsidRPr="00DB121E" w:rsidRDefault="00DB121E">
      <w:pPr>
        <w:autoSpaceDE w:val="0"/>
        <w:autoSpaceDN w:val="0"/>
        <w:spacing w:before="70" w:after="0" w:line="271" w:lineRule="auto"/>
        <w:ind w:right="288" w:firstLine="180"/>
        <w:rPr>
          <w:lang w:val="ru-RU"/>
        </w:rPr>
      </w:pPr>
      <w:r w:rsidRPr="00DB121E">
        <w:rPr>
          <w:rFonts w:ascii="Times New Roman" w:eastAsia="Times New Roman" w:hAnsi="Times New Roman"/>
          <w:color w:val="000000"/>
          <w:sz w:val="24"/>
          <w:lang w:val="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943526" w:rsidRPr="00DB121E" w:rsidRDefault="00DB121E">
      <w:pPr>
        <w:tabs>
          <w:tab w:val="left" w:pos="180"/>
        </w:tabs>
        <w:autoSpaceDE w:val="0"/>
        <w:autoSpaceDN w:val="0"/>
        <w:spacing w:before="190" w:after="0" w:line="281" w:lineRule="auto"/>
        <w:rPr>
          <w:lang w:val="ru-RU"/>
        </w:rPr>
      </w:pPr>
      <w:r w:rsidRPr="00DB121E">
        <w:rPr>
          <w:lang w:val="ru-RU"/>
        </w:rPr>
        <w:tab/>
      </w:r>
      <w:r w:rsidRPr="00DB121E">
        <w:rPr>
          <w:rFonts w:ascii="Times New Roman" w:eastAsia="Times New Roman" w:hAnsi="Times New Roman"/>
          <w:b/>
          <w:color w:val="000000"/>
          <w:sz w:val="24"/>
          <w:lang w:val="ru-RU"/>
        </w:rPr>
        <w:t>Модуль «Скульптура»</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r w:rsidRPr="00DB121E">
        <w:rPr>
          <w:lang w:val="ru-RU"/>
        </w:rPr>
        <w:tab/>
      </w:r>
      <w:r w:rsidRPr="00DB121E">
        <w:rPr>
          <w:rFonts w:ascii="Times New Roman" w:eastAsia="Times New Roman" w:hAnsi="Times New Roman"/>
          <w:color w:val="000000"/>
          <w:sz w:val="24"/>
          <w:lang w:val="ru-RU"/>
        </w:rPr>
        <w:t>Знать об изменениях скульптурного образа при осмотре произведения с разных сторон.</w:t>
      </w:r>
    </w:p>
    <w:p w:rsidR="00943526" w:rsidRPr="00DB121E" w:rsidRDefault="00DB121E">
      <w:pPr>
        <w:tabs>
          <w:tab w:val="left" w:pos="180"/>
        </w:tabs>
        <w:autoSpaceDE w:val="0"/>
        <w:autoSpaceDN w:val="0"/>
        <w:spacing w:before="70" w:after="0" w:line="262" w:lineRule="auto"/>
        <w:ind w:right="288"/>
        <w:rPr>
          <w:lang w:val="ru-RU"/>
        </w:rPr>
      </w:pPr>
      <w:r w:rsidRPr="00DB121E">
        <w:rPr>
          <w:lang w:val="ru-RU"/>
        </w:rPr>
        <w:tab/>
      </w:r>
      <w:r w:rsidRPr="00DB121E">
        <w:rPr>
          <w:rFonts w:ascii="Times New Roman" w:eastAsia="Times New Roman" w:hAnsi="Times New Roman"/>
          <w:color w:val="000000"/>
          <w:sz w:val="24"/>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943526" w:rsidRPr="00DB121E" w:rsidRDefault="00DB121E">
      <w:pPr>
        <w:tabs>
          <w:tab w:val="left" w:pos="180"/>
        </w:tabs>
        <w:autoSpaceDE w:val="0"/>
        <w:autoSpaceDN w:val="0"/>
        <w:spacing w:before="192" w:after="0" w:line="271" w:lineRule="auto"/>
        <w:ind w:right="1440"/>
        <w:rPr>
          <w:lang w:val="ru-RU"/>
        </w:rPr>
      </w:pPr>
      <w:r w:rsidRPr="00DB121E">
        <w:rPr>
          <w:lang w:val="ru-RU"/>
        </w:rPr>
        <w:tab/>
      </w:r>
      <w:r w:rsidRPr="00DB121E">
        <w:rPr>
          <w:rFonts w:ascii="Times New Roman" w:eastAsia="Times New Roman" w:hAnsi="Times New Roman"/>
          <w:b/>
          <w:color w:val="000000"/>
          <w:sz w:val="24"/>
          <w:lang w:val="ru-RU"/>
        </w:rPr>
        <w:t>Модуль «Декоративно-прикладное искусство»</w:t>
      </w:r>
      <w:r w:rsidRPr="00DB121E">
        <w:rPr>
          <w:lang w:val="ru-RU"/>
        </w:rPr>
        <w:br/>
      </w:r>
      <w:r w:rsidRPr="00DB121E">
        <w:rPr>
          <w:lang w:val="ru-RU"/>
        </w:rPr>
        <w:tab/>
      </w:r>
      <w:r w:rsidRPr="00DB121E">
        <w:rPr>
          <w:rFonts w:ascii="Times New Roman" w:eastAsia="Times New Roman" w:hAnsi="Times New Roman"/>
          <w:color w:val="000000"/>
          <w:sz w:val="24"/>
          <w:lang w:val="ru-RU"/>
        </w:rPr>
        <w:t>Рассматривать, анализировать и эстетически оценивать разнообразие форм в природе, воспринимаемых как узоры.</w:t>
      </w:r>
    </w:p>
    <w:p w:rsidR="00943526" w:rsidRPr="00DB121E" w:rsidRDefault="00DB121E">
      <w:pPr>
        <w:autoSpaceDE w:val="0"/>
        <w:autoSpaceDN w:val="0"/>
        <w:spacing w:before="70" w:after="0" w:line="271" w:lineRule="auto"/>
        <w:ind w:right="720" w:firstLine="180"/>
        <w:rPr>
          <w:lang w:val="ru-RU"/>
        </w:rPr>
      </w:pPr>
      <w:proofErr w:type="gramStart"/>
      <w:r w:rsidRPr="00DB121E">
        <w:rPr>
          <w:rFonts w:ascii="Times New Roman" w:eastAsia="Times New Roman" w:hAnsi="Times New Roman"/>
          <w:color w:val="000000"/>
          <w:sz w:val="24"/>
          <w:lang w:val="ru-RU"/>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roofErr w:type="gramEnd"/>
    </w:p>
    <w:p w:rsidR="00943526" w:rsidRPr="00DB121E" w:rsidRDefault="00DB121E">
      <w:pPr>
        <w:tabs>
          <w:tab w:val="left" w:pos="180"/>
        </w:tabs>
        <w:autoSpaceDE w:val="0"/>
        <w:autoSpaceDN w:val="0"/>
        <w:spacing w:before="70" w:after="0" w:line="262" w:lineRule="auto"/>
        <w:rPr>
          <w:lang w:val="ru-RU"/>
        </w:rPr>
      </w:pPr>
      <w:r w:rsidRPr="00DB121E">
        <w:rPr>
          <w:lang w:val="ru-RU"/>
        </w:rPr>
        <w:tab/>
      </w:r>
      <w:r w:rsidRPr="00DB121E">
        <w:rPr>
          <w:rFonts w:ascii="Times New Roman" w:eastAsia="Times New Roman" w:hAnsi="Times New Roman"/>
          <w:color w:val="000000"/>
          <w:sz w:val="24"/>
          <w:lang w:val="ru-RU"/>
        </w:rPr>
        <w:t>Приобретать опыт выполнения эскиза геометрического орнамента кружева или вышивки на основе природных мотивов.</w:t>
      </w:r>
    </w:p>
    <w:p w:rsidR="00943526" w:rsidRPr="00DB121E" w:rsidRDefault="00DB121E">
      <w:pPr>
        <w:autoSpaceDE w:val="0"/>
        <w:autoSpaceDN w:val="0"/>
        <w:spacing w:before="70" w:after="0" w:line="271" w:lineRule="auto"/>
        <w:ind w:right="432" w:firstLine="180"/>
        <w:rPr>
          <w:lang w:val="ru-RU"/>
        </w:rPr>
      </w:pPr>
      <w:r w:rsidRPr="00DB121E">
        <w:rPr>
          <w:rFonts w:ascii="Times New Roman" w:eastAsia="Times New Roman" w:hAnsi="Times New Roman"/>
          <w:color w:val="000000"/>
          <w:sz w:val="24"/>
          <w:lang w:val="ru-RU"/>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943526" w:rsidRPr="00DB121E" w:rsidRDefault="00DB121E">
      <w:pPr>
        <w:tabs>
          <w:tab w:val="left" w:pos="180"/>
        </w:tabs>
        <w:autoSpaceDE w:val="0"/>
        <w:autoSpaceDN w:val="0"/>
        <w:spacing w:before="70" w:after="0" w:line="262" w:lineRule="auto"/>
        <w:ind w:right="1152"/>
        <w:rPr>
          <w:lang w:val="ru-RU"/>
        </w:rPr>
      </w:pPr>
      <w:r w:rsidRPr="00DB121E">
        <w:rPr>
          <w:lang w:val="ru-RU"/>
        </w:rPr>
        <w:tab/>
      </w:r>
      <w:r w:rsidRPr="00DB121E">
        <w:rPr>
          <w:rFonts w:ascii="Times New Roman" w:eastAsia="Times New Roman" w:hAnsi="Times New Roman"/>
          <w:color w:val="000000"/>
          <w:sz w:val="24"/>
          <w:lang w:val="ru-RU"/>
        </w:rPr>
        <w:t>Приобретать опыт преобразования бытовых подручных нехудожественных материалов в художественные изображения и поделки.</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 xml:space="preserve">Рассматривать, анализировать, сравнивать украшения человека на примерах иллюстраций </w:t>
      </w:r>
      <w:proofErr w:type="gramStart"/>
      <w:r w:rsidRPr="00DB121E">
        <w:rPr>
          <w:rFonts w:ascii="Times New Roman" w:eastAsia="Times New Roman" w:hAnsi="Times New Roman"/>
          <w:color w:val="000000"/>
          <w:sz w:val="24"/>
          <w:lang w:val="ru-RU"/>
        </w:rPr>
        <w:t>к</w:t>
      </w:r>
      <w:proofErr w:type="gramEnd"/>
    </w:p>
    <w:p w:rsidR="00943526" w:rsidRPr="00DB121E" w:rsidRDefault="00943526">
      <w:pPr>
        <w:rPr>
          <w:lang w:val="ru-RU"/>
        </w:rPr>
        <w:sectPr w:rsidR="00943526" w:rsidRPr="00DB121E">
          <w:pgSz w:w="11900" w:h="16840"/>
          <w:pgMar w:top="298" w:right="684" w:bottom="416" w:left="666" w:header="720" w:footer="720" w:gutter="0"/>
          <w:cols w:space="720" w:equalWidth="0">
            <w:col w:w="10550" w:space="0"/>
          </w:cols>
          <w:docGrid w:linePitch="360"/>
        </w:sectPr>
      </w:pPr>
    </w:p>
    <w:p w:rsidR="00943526" w:rsidRPr="00DB121E" w:rsidRDefault="00943526">
      <w:pPr>
        <w:autoSpaceDE w:val="0"/>
        <w:autoSpaceDN w:val="0"/>
        <w:spacing w:after="66" w:line="220" w:lineRule="exact"/>
        <w:rPr>
          <w:lang w:val="ru-RU"/>
        </w:rPr>
      </w:pPr>
    </w:p>
    <w:p w:rsidR="00943526" w:rsidRPr="00DB121E" w:rsidRDefault="00DB121E">
      <w:pPr>
        <w:autoSpaceDE w:val="0"/>
        <w:autoSpaceDN w:val="0"/>
        <w:spacing w:after="0"/>
        <w:rPr>
          <w:lang w:val="ru-RU"/>
        </w:rPr>
      </w:pPr>
      <w:r w:rsidRPr="00DB121E">
        <w:rPr>
          <w:rFonts w:ascii="Times New Roman" w:eastAsia="Times New Roman" w:hAnsi="Times New Roman"/>
          <w:color w:val="000000"/>
          <w:sz w:val="24"/>
          <w:lang w:val="ru-RU"/>
        </w:rPr>
        <w:t>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Приобретать опыт выполнения красками рисунков украшений народных былинных персонажей.</w:t>
      </w:r>
    </w:p>
    <w:p w:rsidR="00943526" w:rsidRPr="00DB121E" w:rsidRDefault="00DB121E">
      <w:pPr>
        <w:tabs>
          <w:tab w:val="left" w:pos="180"/>
        </w:tabs>
        <w:autoSpaceDE w:val="0"/>
        <w:autoSpaceDN w:val="0"/>
        <w:spacing w:before="190" w:after="0" w:line="271" w:lineRule="auto"/>
        <w:rPr>
          <w:lang w:val="ru-RU"/>
        </w:rPr>
      </w:pPr>
      <w:r w:rsidRPr="00DB121E">
        <w:rPr>
          <w:lang w:val="ru-RU"/>
        </w:rPr>
        <w:tab/>
      </w:r>
      <w:r w:rsidRPr="00DB121E">
        <w:rPr>
          <w:rFonts w:ascii="Times New Roman" w:eastAsia="Times New Roman" w:hAnsi="Times New Roman"/>
          <w:b/>
          <w:color w:val="000000"/>
          <w:sz w:val="24"/>
          <w:lang w:val="ru-RU"/>
        </w:rPr>
        <w:t>Модуль «Архитектура»</w:t>
      </w:r>
      <w:r w:rsidRPr="00DB121E">
        <w:rPr>
          <w:lang w:val="ru-RU"/>
        </w:rPr>
        <w:br/>
      </w:r>
      <w:r w:rsidRPr="00DB121E">
        <w:rPr>
          <w:lang w:val="ru-RU"/>
        </w:rPr>
        <w:tab/>
      </w:r>
      <w:r w:rsidRPr="00DB121E">
        <w:rPr>
          <w:rFonts w:ascii="Times New Roman" w:eastAsia="Times New Roman" w:hAnsi="Times New Roman"/>
          <w:color w:val="000000"/>
          <w:sz w:val="24"/>
          <w:lang w:val="ru-RU"/>
        </w:rPr>
        <w:t>Осваивать приёмы создания объёмных предметов из бумаги и объёмного декорирования предметов из бумаги.</w:t>
      </w:r>
    </w:p>
    <w:p w:rsidR="00943526" w:rsidRPr="00DB121E" w:rsidRDefault="00DB121E">
      <w:pPr>
        <w:tabs>
          <w:tab w:val="left" w:pos="180"/>
        </w:tabs>
        <w:autoSpaceDE w:val="0"/>
        <w:autoSpaceDN w:val="0"/>
        <w:spacing w:before="70" w:after="0" w:line="262" w:lineRule="auto"/>
        <w:rPr>
          <w:lang w:val="ru-RU"/>
        </w:rPr>
      </w:pPr>
      <w:r w:rsidRPr="00DB121E">
        <w:rPr>
          <w:lang w:val="ru-RU"/>
        </w:rPr>
        <w:tab/>
      </w:r>
      <w:r w:rsidRPr="00DB121E">
        <w:rPr>
          <w:rFonts w:ascii="Times New Roman" w:eastAsia="Times New Roman" w:hAnsi="Times New Roman"/>
          <w:color w:val="000000"/>
          <w:sz w:val="24"/>
          <w:lang w:val="ru-RU"/>
        </w:rPr>
        <w:t>Участвовать в коллективной работе по построению из бумаги пространственного макета сказочного города или детской площадки.</w:t>
      </w:r>
    </w:p>
    <w:p w:rsidR="00943526" w:rsidRPr="00DB121E" w:rsidRDefault="00DB121E">
      <w:pPr>
        <w:tabs>
          <w:tab w:val="left" w:pos="180"/>
        </w:tabs>
        <w:autoSpaceDE w:val="0"/>
        <w:autoSpaceDN w:val="0"/>
        <w:spacing w:before="72" w:after="0" w:line="262" w:lineRule="auto"/>
        <w:rPr>
          <w:lang w:val="ru-RU"/>
        </w:rPr>
      </w:pPr>
      <w:r w:rsidRPr="00DB121E">
        <w:rPr>
          <w:lang w:val="ru-RU"/>
        </w:rPr>
        <w:tab/>
      </w:r>
      <w:r w:rsidRPr="00DB121E">
        <w:rPr>
          <w:rFonts w:ascii="Times New Roman" w:eastAsia="Times New Roman" w:hAnsi="Times New Roman"/>
          <w:color w:val="000000"/>
          <w:sz w:val="24"/>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Осваивать понимание образа здания, то есть его эмоционального воздействия.</w:t>
      </w:r>
    </w:p>
    <w:p w:rsidR="00943526" w:rsidRPr="00DB121E" w:rsidRDefault="00DB121E">
      <w:pPr>
        <w:autoSpaceDE w:val="0"/>
        <w:autoSpaceDN w:val="0"/>
        <w:spacing w:before="70" w:after="0" w:line="271" w:lineRule="auto"/>
        <w:ind w:right="144" w:firstLine="180"/>
        <w:rPr>
          <w:lang w:val="ru-RU"/>
        </w:rPr>
      </w:pPr>
      <w:r w:rsidRPr="00DB121E">
        <w:rPr>
          <w:rFonts w:ascii="Times New Roman" w:eastAsia="Times New Roman" w:hAnsi="Times New Roman"/>
          <w:color w:val="000000"/>
          <w:sz w:val="24"/>
          <w:lang w:val="ru-RU"/>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w:t>
      </w:r>
      <w:r w:rsidRPr="00DB121E">
        <w:rPr>
          <w:lang w:val="ru-RU"/>
        </w:rPr>
        <w:br/>
      </w:r>
      <w:r w:rsidRPr="00DB121E">
        <w:rPr>
          <w:rFonts w:ascii="Times New Roman" w:eastAsia="Times New Roman" w:hAnsi="Times New Roman"/>
          <w:color w:val="000000"/>
          <w:sz w:val="24"/>
          <w:lang w:val="ru-RU"/>
        </w:rPr>
        <w:t>архитектурным постройкам.</w:t>
      </w:r>
    </w:p>
    <w:p w:rsidR="00943526" w:rsidRPr="00DB121E" w:rsidRDefault="00DB121E">
      <w:pPr>
        <w:tabs>
          <w:tab w:val="left" w:pos="180"/>
        </w:tabs>
        <w:autoSpaceDE w:val="0"/>
        <w:autoSpaceDN w:val="0"/>
        <w:spacing w:before="70" w:after="0" w:line="262" w:lineRule="auto"/>
        <w:ind w:right="864"/>
        <w:rPr>
          <w:lang w:val="ru-RU"/>
        </w:rPr>
      </w:pPr>
      <w:r w:rsidRPr="00DB121E">
        <w:rPr>
          <w:lang w:val="ru-RU"/>
        </w:rPr>
        <w:tab/>
      </w:r>
      <w:r w:rsidRPr="00DB121E">
        <w:rPr>
          <w:rFonts w:ascii="Times New Roman" w:eastAsia="Times New Roman" w:hAnsi="Times New Roman"/>
          <w:color w:val="000000"/>
          <w:sz w:val="24"/>
          <w:lang w:val="ru-RU"/>
        </w:rPr>
        <w:t>Приобретать опыт сочинения и изображения жилья для разных по своему характеру героев литературных и народных сказок.</w:t>
      </w:r>
    </w:p>
    <w:p w:rsidR="00943526" w:rsidRPr="00DB121E" w:rsidRDefault="00DB121E">
      <w:pPr>
        <w:tabs>
          <w:tab w:val="left" w:pos="180"/>
        </w:tabs>
        <w:autoSpaceDE w:val="0"/>
        <w:autoSpaceDN w:val="0"/>
        <w:spacing w:before="190" w:after="0"/>
        <w:rPr>
          <w:lang w:val="ru-RU"/>
        </w:rPr>
      </w:pPr>
      <w:r w:rsidRPr="00DB121E">
        <w:rPr>
          <w:lang w:val="ru-RU"/>
        </w:rPr>
        <w:tab/>
      </w:r>
      <w:r w:rsidRPr="00DB121E">
        <w:rPr>
          <w:rFonts w:ascii="Times New Roman" w:eastAsia="Times New Roman" w:hAnsi="Times New Roman"/>
          <w:b/>
          <w:color w:val="000000"/>
          <w:sz w:val="24"/>
          <w:lang w:val="ru-RU"/>
        </w:rPr>
        <w:t>Модуль «Восприятие произведений искусства»</w:t>
      </w:r>
      <w:r w:rsidRPr="00DB121E">
        <w:rPr>
          <w:lang w:val="ru-RU"/>
        </w:rPr>
        <w:br/>
      </w:r>
      <w:r w:rsidRPr="00DB121E">
        <w:rPr>
          <w:lang w:val="ru-RU"/>
        </w:rPr>
        <w:tab/>
      </w:r>
      <w:r w:rsidRPr="00DB121E">
        <w:rPr>
          <w:rFonts w:ascii="Times New Roman" w:eastAsia="Times New Roman" w:hAnsi="Times New Roman"/>
          <w:color w:val="000000"/>
          <w:sz w:val="24"/>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943526" w:rsidRPr="00DB121E" w:rsidRDefault="00DB121E">
      <w:pPr>
        <w:tabs>
          <w:tab w:val="left" w:pos="180"/>
        </w:tabs>
        <w:autoSpaceDE w:val="0"/>
        <w:autoSpaceDN w:val="0"/>
        <w:spacing w:before="70" w:after="0" w:line="262" w:lineRule="auto"/>
        <w:ind w:right="1152"/>
        <w:rPr>
          <w:lang w:val="ru-RU"/>
        </w:rPr>
      </w:pPr>
      <w:r w:rsidRPr="00DB121E">
        <w:rPr>
          <w:lang w:val="ru-RU"/>
        </w:rPr>
        <w:tab/>
      </w:r>
      <w:r w:rsidRPr="00DB121E">
        <w:rPr>
          <w:rFonts w:ascii="Times New Roman" w:eastAsia="Times New Roman" w:hAnsi="Times New Roman"/>
          <w:color w:val="000000"/>
          <w:sz w:val="24"/>
          <w:lang w:val="ru-RU"/>
        </w:rPr>
        <w:t>Осваивать и развивать умения вести эстетическое наблюдение явлений природы, а также потребность в таком наблюдении.</w:t>
      </w:r>
    </w:p>
    <w:p w:rsidR="00943526" w:rsidRPr="00DB121E" w:rsidRDefault="00DB121E">
      <w:pPr>
        <w:autoSpaceDE w:val="0"/>
        <w:autoSpaceDN w:val="0"/>
        <w:spacing w:before="70" w:after="0" w:line="271" w:lineRule="auto"/>
        <w:ind w:right="432" w:firstLine="180"/>
        <w:rPr>
          <w:lang w:val="ru-RU"/>
        </w:rPr>
      </w:pPr>
      <w:r w:rsidRPr="00DB121E">
        <w:rPr>
          <w:rFonts w:ascii="Times New Roman" w:eastAsia="Times New Roman" w:hAnsi="Times New Roman"/>
          <w:color w:val="000000"/>
          <w:sz w:val="24"/>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943526" w:rsidRPr="00DB121E" w:rsidRDefault="00DB121E">
      <w:pPr>
        <w:autoSpaceDE w:val="0"/>
        <w:autoSpaceDN w:val="0"/>
        <w:spacing w:before="70" w:after="0"/>
        <w:ind w:right="144" w:firstLine="180"/>
        <w:rPr>
          <w:lang w:val="ru-RU"/>
        </w:rPr>
      </w:pPr>
      <w:r w:rsidRPr="00DB121E">
        <w:rPr>
          <w:rFonts w:ascii="Times New Roman" w:eastAsia="Times New Roman" w:hAnsi="Times New Roman"/>
          <w:color w:val="000000"/>
          <w:sz w:val="24"/>
          <w:lang w:val="ru-RU"/>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943526" w:rsidRPr="00DB121E" w:rsidRDefault="00DB121E">
      <w:pPr>
        <w:autoSpaceDE w:val="0"/>
        <w:autoSpaceDN w:val="0"/>
        <w:spacing w:before="72" w:after="0" w:line="271" w:lineRule="auto"/>
        <w:ind w:firstLine="180"/>
        <w:rPr>
          <w:lang w:val="ru-RU"/>
        </w:rPr>
      </w:pPr>
      <w:r w:rsidRPr="00DB121E">
        <w:rPr>
          <w:rFonts w:ascii="Times New Roman" w:eastAsia="Times New Roman" w:hAnsi="Times New Roman"/>
          <w:color w:val="000000"/>
          <w:sz w:val="24"/>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943526" w:rsidRPr="00DB121E" w:rsidRDefault="00DB121E">
      <w:pPr>
        <w:autoSpaceDE w:val="0"/>
        <w:autoSpaceDN w:val="0"/>
        <w:spacing w:before="70" w:after="0" w:line="271" w:lineRule="auto"/>
        <w:ind w:firstLine="180"/>
        <w:rPr>
          <w:lang w:val="ru-RU"/>
        </w:rPr>
      </w:pPr>
      <w:r w:rsidRPr="00DB121E">
        <w:rPr>
          <w:rFonts w:ascii="Times New Roman" w:eastAsia="Times New Roman" w:hAnsi="Times New Roman"/>
          <w:color w:val="000000"/>
          <w:sz w:val="24"/>
          <w:lang w:val="ru-RU"/>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943526" w:rsidRPr="00DB121E" w:rsidRDefault="00DB121E">
      <w:pPr>
        <w:tabs>
          <w:tab w:val="left" w:pos="180"/>
        </w:tabs>
        <w:autoSpaceDE w:val="0"/>
        <w:autoSpaceDN w:val="0"/>
        <w:spacing w:before="190" w:after="0" w:line="271" w:lineRule="auto"/>
        <w:ind w:right="720"/>
        <w:rPr>
          <w:lang w:val="ru-RU"/>
        </w:rPr>
      </w:pPr>
      <w:r w:rsidRPr="00DB121E">
        <w:rPr>
          <w:lang w:val="ru-RU"/>
        </w:rPr>
        <w:tab/>
      </w:r>
      <w:r w:rsidRPr="00DB121E">
        <w:rPr>
          <w:rFonts w:ascii="Times New Roman" w:eastAsia="Times New Roman" w:hAnsi="Times New Roman"/>
          <w:b/>
          <w:color w:val="000000"/>
          <w:sz w:val="24"/>
          <w:lang w:val="ru-RU"/>
        </w:rPr>
        <w:t>Модуль «Азбука цифровой графики»</w:t>
      </w:r>
      <w:r w:rsidRPr="00DB121E">
        <w:rPr>
          <w:lang w:val="ru-RU"/>
        </w:rPr>
        <w:br/>
      </w:r>
      <w:r w:rsidRPr="00DB121E">
        <w:rPr>
          <w:lang w:val="ru-RU"/>
        </w:rPr>
        <w:tab/>
      </w:r>
      <w:r w:rsidRPr="00DB121E">
        <w:rPr>
          <w:rFonts w:ascii="Times New Roman" w:eastAsia="Times New Roman" w:hAnsi="Times New Roman"/>
          <w:color w:val="000000"/>
          <w:sz w:val="24"/>
          <w:lang w:val="ru-RU"/>
        </w:rPr>
        <w:t xml:space="preserve">Осваивать возможности изображения с помощью разных видов линий в программе </w:t>
      </w:r>
      <w:r>
        <w:rPr>
          <w:rFonts w:ascii="Times New Roman" w:eastAsia="Times New Roman" w:hAnsi="Times New Roman"/>
          <w:color w:val="000000"/>
          <w:sz w:val="24"/>
        </w:rPr>
        <w:t>Paint</w:t>
      </w:r>
      <w:r w:rsidRPr="00DB121E">
        <w:rPr>
          <w:rFonts w:ascii="Times New Roman" w:eastAsia="Times New Roman" w:hAnsi="Times New Roman"/>
          <w:color w:val="000000"/>
          <w:sz w:val="24"/>
          <w:lang w:val="ru-RU"/>
        </w:rPr>
        <w:t xml:space="preserve"> (или другом графическом редакторе).</w:t>
      </w:r>
    </w:p>
    <w:p w:rsidR="00943526" w:rsidRPr="00DB121E" w:rsidRDefault="00DB121E">
      <w:pPr>
        <w:tabs>
          <w:tab w:val="left" w:pos="180"/>
        </w:tabs>
        <w:autoSpaceDE w:val="0"/>
        <w:autoSpaceDN w:val="0"/>
        <w:spacing w:before="70" w:after="0" w:line="262" w:lineRule="auto"/>
        <w:rPr>
          <w:lang w:val="ru-RU"/>
        </w:rPr>
      </w:pPr>
      <w:r w:rsidRPr="00DB121E">
        <w:rPr>
          <w:lang w:val="ru-RU"/>
        </w:rPr>
        <w:tab/>
      </w:r>
      <w:r w:rsidRPr="00DB121E">
        <w:rPr>
          <w:rFonts w:ascii="Times New Roman" w:eastAsia="Times New Roman" w:hAnsi="Times New Roman"/>
          <w:color w:val="000000"/>
          <w:sz w:val="24"/>
          <w:lang w:val="ru-RU"/>
        </w:rPr>
        <w:t xml:space="preserve">Осваивать приёмы трансформации и копирования геометрических фигур в программе </w:t>
      </w:r>
      <w:r>
        <w:rPr>
          <w:rFonts w:ascii="Times New Roman" w:eastAsia="Times New Roman" w:hAnsi="Times New Roman"/>
          <w:color w:val="000000"/>
          <w:sz w:val="24"/>
        </w:rPr>
        <w:t>Paint</w:t>
      </w:r>
      <w:r w:rsidRPr="00DB121E">
        <w:rPr>
          <w:rFonts w:ascii="Times New Roman" w:eastAsia="Times New Roman" w:hAnsi="Times New Roman"/>
          <w:color w:val="000000"/>
          <w:sz w:val="24"/>
          <w:lang w:val="ru-RU"/>
        </w:rPr>
        <w:t>, а также построения из них простых рисунков или орнаментов.</w:t>
      </w:r>
    </w:p>
    <w:p w:rsidR="00943526" w:rsidRPr="00DB121E" w:rsidRDefault="00DB121E">
      <w:pPr>
        <w:autoSpaceDE w:val="0"/>
        <w:autoSpaceDN w:val="0"/>
        <w:spacing w:before="70" w:after="0" w:line="271" w:lineRule="auto"/>
        <w:ind w:right="432" w:firstLine="180"/>
        <w:rPr>
          <w:lang w:val="ru-RU"/>
        </w:rPr>
      </w:pPr>
      <w:r w:rsidRPr="00DB121E">
        <w:rPr>
          <w:rFonts w:ascii="Times New Roman" w:eastAsia="Times New Roman" w:hAnsi="Times New Roman"/>
          <w:color w:val="000000"/>
          <w:sz w:val="24"/>
          <w:lang w:val="ru-RU"/>
        </w:rPr>
        <w:t xml:space="preserve">Осваивать в компьютерном редакторе (например, </w:t>
      </w:r>
      <w:r>
        <w:rPr>
          <w:rFonts w:ascii="Times New Roman" w:eastAsia="Times New Roman" w:hAnsi="Times New Roman"/>
          <w:color w:val="000000"/>
          <w:sz w:val="24"/>
        </w:rPr>
        <w:t>Paint</w:t>
      </w:r>
      <w:r w:rsidRPr="00DB121E">
        <w:rPr>
          <w:rFonts w:ascii="Times New Roman" w:eastAsia="Times New Roman" w:hAnsi="Times New Roman"/>
          <w:color w:val="000000"/>
          <w:sz w:val="24"/>
          <w:lang w:val="ru-RU"/>
        </w:rPr>
        <w:t>) инструменты и техники — карандаш, кисточка, ластик, заливка и др. — и создавать простые рисунки или композиции (например, образ дерева).</w:t>
      </w:r>
    </w:p>
    <w:p w:rsidR="00943526" w:rsidRPr="00DB121E" w:rsidRDefault="00943526">
      <w:pPr>
        <w:rPr>
          <w:lang w:val="ru-RU"/>
        </w:rPr>
        <w:sectPr w:rsidR="00943526" w:rsidRPr="00DB121E">
          <w:pgSz w:w="11900" w:h="16840"/>
          <w:pgMar w:top="286" w:right="696" w:bottom="428" w:left="666" w:header="720" w:footer="720" w:gutter="0"/>
          <w:cols w:space="720" w:equalWidth="0">
            <w:col w:w="10538" w:space="0"/>
          </w:cols>
          <w:docGrid w:linePitch="360"/>
        </w:sectPr>
      </w:pPr>
    </w:p>
    <w:p w:rsidR="00943526" w:rsidRPr="00DB121E" w:rsidRDefault="00943526">
      <w:pPr>
        <w:autoSpaceDE w:val="0"/>
        <w:autoSpaceDN w:val="0"/>
        <w:spacing w:after="78" w:line="220" w:lineRule="exact"/>
        <w:rPr>
          <w:lang w:val="ru-RU"/>
        </w:rPr>
      </w:pPr>
    </w:p>
    <w:p w:rsidR="00943526" w:rsidRPr="00DB121E" w:rsidRDefault="00DB121E">
      <w:pPr>
        <w:tabs>
          <w:tab w:val="left" w:pos="180"/>
        </w:tabs>
        <w:autoSpaceDE w:val="0"/>
        <w:autoSpaceDN w:val="0"/>
        <w:spacing w:after="0" w:line="262" w:lineRule="auto"/>
        <w:ind w:right="432"/>
        <w:rPr>
          <w:lang w:val="ru-RU"/>
        </w:rPr>
      </w:pPr>
      <w:r w:rsidRPr="00DB121E">
        <w:rPr>
          <w:lang w:val="ru-RU"/>
        </w:rPr>
        <w:tab/>
      </w:r>
      <w:r w:rsidRPr="00DB121E">
        <w:rPr>
          <w:rFonts w:ascii="Times New Roman" w:eastAsia="Times New Roman" w:hAnsi="Times New Roman"/>
          <w:color w:val="000000"/>
          <w:sz w:val="24"/>
          <w:lang w:val="ru-RU"/>
        </w:rPr>
        <w:t>Осваивать композиционное построение кадра при фотографировании: расположение объекта в кадре, масштаб, доминанта.</w:t>
      </w:r>
    </w:p>
    <w:p w:rsidR="00943526" w:rsidRPr="00DB121E" w:rsidRDefault="00DB121E">
      <w:pPr>
        <w:autoSpaceDE w:val="0"/>
        <w:autoSpaceDN w:val="0"/>
        <w:spacing w:before="70" w:after="0" w:line="230" w:lineRule="auto"/>
        <w:ind w:left="180"/>
        <w:rPr>
          <w:lang w:val="ru-RU"/>
        </w:rPr>
      </w:pPr>
      <w:r w:rsidRPr="00DB121E">
        <w:rPr>
          <w:rFonts w:ascii="Times New Roman" w:eastAsia="Times New Roman" w:hAnsi="Times New Roman"/>
          <w:color w:val="000000"/>
          <w:sz w:val="24"/>
          <w:lang w:val="ru-RU"/>
        </w:rPr>
        <w:t>Участвовать в обсуждении композиционного построения кадра в фотографии.</w:t>
      </w:r>
    </w:p>
    <w:p w:rsidR="00943526" w:rsidRDefault="00943526">
      <w:pPr>
        <w:rPr>
          <w:lang w:val="ru-RU"/>
        </w:rPr>
      </w:pPr>
    </w:p>
    <w:p w:rsidR="00D117AB" w:rsidRDefault="00D117AB">
      <w:pPr>
        <w:rPr>
          <w:lang w:val="ru-RU"/>
        </w:rPr>
      </w:pPr>
      <w:r>
        <w:rPr>
          <w:lang w:val="ru-RU"/>
        </w:rPr>
        <w:t>3 класс</w:t>
      </w:r>
    </w:p>
    <w:p w:rsidR="00D117AB" w:rsidRDefault="00D117AB">
      <w:pPr>
        <w:rPr>
          <w:lang w:val="ru-RU"/>
        </w:rPr>
      </w:pPr>
    </w:p>
    <w:p w:rsidR="00D117AB" w:rsidRPr="006C4CE9" w:rsidRDefault="00D117AB" w:rsidP="00D117AB">
      <w:pPr>
        <w:tabs>
          <w:tab w:val="left" w:pos="180"/>
        </w:tabs>
        <w:autoSpaceDE w:val="0"/>
        <w:autoSpaceDN w:val="0"/>
        <w:spacing w:before="346" w:after="0"/>
        <w:ind w:right="288"/>
        <w:rPr>
          <w:lang w:val="ru-RU"/>
        </w:rPr>
      </w:pPr>
      <w:r w:rsidRPr="006C4CE9">
        <w:rPr>
          <w:rFonts w:ascii="Times New Roman" w:eastAsia="Times New Roman" w:hAnsi="Times New Roman"/>
          <w:b/>
          <w:color w:val="000000"/>
          <w:sz w:val="24"/>
          <w:lang w:val="ru-RU"/>
        </w:rPr>
        <w:t>Модуль «Графика»</w:t>
      </w:r>
      <w:r w:rsidRPr="006C4CE9">
        <w:rPr>
          <w:lang w:val="ru-RU"/>
        </w:rPr>
        <w:br/>
      </w:r>
      <w:r w:rsidRPr="006C4CE9">
        <w:rPr>
          <w:lang w:val="ru-RU"/>
        </w:rPr>
        <w:tab/>
      </w:r>
      <w:r w:rsidRPr="006C4CE9">
        <w:rPr>
          <w:rFonts w:ascii="Times New Roman" w:eastAsia="Times New Roman" w:hAnsi="Times New Roman"/>
          <w:color w:val="000000"/>
          <w:sz w:val="24"/>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D117AB" w:rsidRPr="006C4CE9" w:rsidRDefault="00D117AB" w:rsidP="00D117AB">
      <w:pPr>
        <w:tabs>
          <w:tab w:val="left" w:pos="180"/>
        </w:tabs>
        <w:autoSpaceDE w:val="0"/>
        <w:autoSpaceDN w:val="0"/>
        <w:spacing w:before="70" w:after="0" w:line="262" w:lineRule="auto"/>
        <w:ind w:right="720"/>
        <w:rPr>
          <w:lang w:val="ru-RU"/>
        </w:rPr>
      </w:pPr>
      <w:r w:rsidRPr="006C4CE9">
        <w:rPr>
          <w:lang w:val="ru-RU"/>
        </w:rPr>
        <w:tab/>
      </w:r>
      <w:r w:rsidRPr="006C4CE9">
        <w:rPr>
          <w:rFonts w:ascii="Times New Roman" w:eastAsia="Times New Roman" w:hAnsi="Times New Roman"/>
          <w:color w:val="000000"/>
          <w:sz w:val="24"/>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D117AB" w:rsidRPr="006C4CE9" w:rsidRDefault="00D117AB" w:rsidP="00D117AB">
      <w:pPr>
        <w:autoSpaceDE w:val="0"/>
        <w:autoSpaceDN w:val="0"/>
        <w:spacing w:before="70" w:after="0" w:line="230" w:lineRule="auto"/>
        <w:jc w:val="center"/>
        <w:rPr>
          <w:lang w:val="ru-RU"/>
        </w:rPr>
      </w:pPr>
      <w:r w:rsidRPr="006C4CE9">
        <w:rPr>
          <w:rFonts w:ascii="Times New Roman" w:eastAsia="Times New Roman" w:hAnsi="Times New Roman"/>
          <w:color w:val="000000"/>
          <w:sz w:val="24"/>
          <w:lang w:val="ru-RU"/>
        </w:rPr>
        <w:t>Эскиз плаката или афиши. Совмещение шрифта и изображения. Особенности композиции плаката.</w:t>
      </w:r>
    </w:p>
    <w:p w:rsidR="00D117AB" w:rsidRPr="006C4CE9" w:rsidRDefault="00D117AB" w:rsidP="00D117AB">
      <w:pPr>
        <w:tabs>
          <w:tab w:val="left" w:pos="180"/>
        </w:tabs>
        <w:autoSpaceDE w:val="0"/>
        <w:autoSpaceDN w:val="0"/>
        <w:spacing w:before="70" w:after="0" w:line="262" w:lineRule="auto"/>
        <w:ind w:right="1008"/>
        <w:rPr>
          <w:lang w:val="ru-RU"/>
        </w:rPr>
      </w:pPr>
      <w:r w:rsidRPr="006C4CE9">
        <w:rPr>
          <w:lang w:val="ru-RU"/>
        </w:rPr>
        <w:tab/>
      </w:r>
      <w:r w:rsidRPr="006C4CE9">
        <w:rPr>
          <w:rFonts w:ascii="Times New Roman" w:eastAsia="Times New Roman" w:hAnsi="Times New Roman"/>
          <w:color w:val="000000"/>
          <w:sz w:val="24"/>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rsidR="00D117AB" w:rsidRPr="006C4CE9" w:rsidRDefault="00D117AB" w:rsidP="00D117AB">
      <w:pPr>
        <w:autoSpaceDE w:val="0"/>
        <w:autoSpaceDN w:val="0"/>
        <w:spacing w:before="72" w:after="0" w:line="230" w:lineRule="auto"/>
        <w:ind w:left="180"/>
        <w:rPr>
          <w:lang w:val="ru-RU"/>
        </w:rPr>
      </w:pPr>
      <w:r w:rsidRPr="006C4CE9">
        <w:rPr>
          <w:rFonts w:ascii="Times New Roman" w:eastAsia="Times New Roman" w:hAnsi="Times New Roman"/>
          <w:color w:val="000000"/>
          <w:sz w:val="24"/>
          <w:lang w:val="ru-RU"/>
        </w:rPr>
        <w:t>Транспорт в городе. Рисунки реальных или фантастических машин.</w:t>
      </w:r>
    </w:p>
    <w:p w:rsidR="00D117AB" w:rsidRPr="006C4CE9" w:rsidRDefault="00D117AB" w:rsidP="00D117AB">
      <w:pPr>
        <w:autoSpaceDE w:val="0"/>
        <w:autoSpaceDN w:val="0"/>
        <w:spacing w:before="70" w:after="0" w:line="230" w:lineRule="auto"/>
        <w:ind w:left="180"/>
        <w:rPr>
          <w:lang w:val="ru-RU"/>
        </w:rPr>
      </w:pPr>
      <w:r w:rsidRPr="006C4CE9">
        <w:rPr>
          <w:rFonts w:ascii="Times New Roman" w:eastAsia="Times New Roman" w:hAnsi="Times New Roman"/>
          <w:color w:val="000000"/>
          <w:sz w:val="24"/>
          <w:lang w:val="ru-RU"/>
        </w:rPr>
        <w:t>Изображение лица человека. Строение, пропорции, взаиморасположение частей лица.</w:t>
      </w:r>
    </w:p>
    <w:p w:rsidR="00D117AB" w:rsidRPr="006C4CE9" w:rsidRDefault="00D117AB" w:rsidP="00D117AB">
      <w:pPr>
        <w:tabs>
          <w:tab w:val="left" w:pos="180"/>
        </w:tabs>
        <w:autoSpaceDE w:val="0"/>
        <w:autoSpaceDN w:val="0"/>
        <w:spacing w:before="70" w:after="0" w:line="262" w:lineRule="auto"/>
        <w:rPr>
          <w:lang w:val="ru-RU"/>
        </w:rPr>
      </w:pPr>
      <w:r w:rsidRPr="006C4CE9">
        <w:rPr>
          <w:lang w:val="ru-RU"/>
        </w:rPr>
        <w:tab/>
      </w:r>
      <w:r w:rsidRPr="006C4CE9">
        <w:rPr>
          <w:rFonts w:ascii="Times New Roman" w:eastAsia="Times New Roman" w:hAnsi="Times New Roman"/>
          <w:color w:val="000000"/>
          <w:sz w:val="24"/>
          <w:lang w:val="ru-RU"/>
        </w:rPr>
        <w:t>Эскиз маски для маскарада: изображение лица — маски персонажа с ярко выраженным характером. Аппликация из цветной бумаги.</w:t>
      </w:r>
    </w:p>
    <w:p w:rsidR="00D117AB" w:rsidRPr="006C4CE9" w:rsidRDefault="00D117AB" w:rsidP="00D117AB">
      <w:pPr>
        <w:tabs>
          <w:tab w:val="left" w:pos="180"/>
        </w:tabs>
        <w:autoSpaceDE w:val="0"/>
        <w:autoSpaceDN w:val="0"/>
        <w:spacing w:before="190" w:after="0" w:line="271" w:lineRule="auto"/>
        <w:ind w:right="432"/>
        <w:rPr>
          <w:lang w:val="ru-RU"/>
        </w:rPr>
      </w:pPr>
      <w:r w:rsidRPr="006C4CE9">
        <w:rPr>
          <w:lang w:val="ru-RU"/>
        </w:rPr>
        <w:tab/>
      </w:r>
      <w:r w:rsidRPr="006C4CE9">
        <w:rPr>
          <w:rFonts w:ascii="Times New Roman" w:eastAsia="Times New Roman" w:hAnsi="Times New Roman"/>
          <w:b/>
          <w:color w:val="000000"/>
          <w:sz w:val="24"/>
          <w:lang w:val="ru-RU"/>
        </w:rPr>
        <w:t>Модуль «Живопись»</w:t>
      </w:r>
      <w:r w:rsidRPr="006C4CE9">
        <w:rPr>
          <w:lang w:val="ru-RU"/>
        </w:rPr>
        <w:br/>
      </w:r>
      <w:r w:rsidRPr="006C4CE9">
        <w:rPr>
          <w:lang w:val="ru-RU"/>
        </w:rPr>
        <w:tab/>
      </w:r>
      <w:r w:rsidRPr="006C4CE9">
        <w:rPr>
          <w:rFonts w:ascii="Times New Roman" w:eastAsia="Times New Roman" w:hAnsi="Times New Roman"/>
          <w:color w:val="000000"/>
          <w:sz w:val="24"/>
          <w:lang w:val="ru-RU"/>
        </w:rPr>
        <w:t>Создание сюжетной композиции «В цирке», использование гуаши или карандаша и акварели (по памяти и представлению).</w:t>
      </w:r>
    </w:p>
    <w:p w:rsidR="00D117AB" w:rsidRPr="006C4CE9" w:rsidRDefault="00D117AB" w:rsidP="00D117AB">
      <w:pPr>
        <w:tabs>
          <w:tab w:val="left" w:pos="180"/>
        </w:tabs>
        <w:autoSpaceDE w:val="0"/>
        <w:autoSpaceDN w:val="0"/>
        <w:spacing w:before="70" w:after="0" w:line="262" w:lineRule="auto"/>
        <w:ind w:right="432"/>
        <w:rPr>
          <w:lang w:val="ru-RU"/>
        </w:rPr>
      </w:pPr>
      <w:r w:rsidRPr="006C4CE9">
        <w:rPr>
          <w:lang w:val="ru-RU"/>
        </w:rPr>
        <w:tab/>
      </w:r>
      <w:r w:rsidRPr="006C4CE9">
        <w:rPr>
          <w:rFonts w:ascii="Times New Roman" w:eastAsia="Times New Roman" w:hAnsi="Times New Roman"/>
          <w:color w:val="000000"/>
          <w:sz w:val="24"/>
          <w:lang w:val="ru-RU"/>
        </w:rPr>
        <w:t>Художник в театре: эскиз занавеса (или декораций сцены) для спектакля со сказочным сюжетом (сказка по выбору).</w:t>
      </w:r>
    </w:p>
    <w:p w:rsidR="00D117AB" w:rsidRPr="006C4CE9" w:rsidRDefault="00D117AB" w:rsidP="00D117AB">
      <w:pPr>
        <w:tabs>
          <w:tab w:val="left" w:pos="180"/>
        </w:tabs>
        <w:autoSpaceDE w:val="0"/>
        <w:autoSpaceDN w:val="0"/>
        <w:spacing w:before="70" w:after="0" w:line="262" w:lineRule="auto"/>
        <w:rPr>
          <w:lang w:val="ru-RU"/>
        </w:rPr>
      </w:pPr>
      <w:r w:rsidRPr="006C4CE9">
        <w:rPr>
          <w:lang w:val="ru-RU"/>
        </w:rPr>
        <w:tab/>
      </w:r>
      <w:r w:rsidRPr="006C4CE9">
        <w:rPr>
          <w:rFonts w:ascii="Times New Roman" w:eastAsia="Times New Roman" w:hAnsi="Times New Roman"/>
          <w:color w:val="000000"/>
          <w:sz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rsidR="00D117AB" w:rsidRPr="006C4CE9" w:rsidRDefault="00D117AB" w:rsidP="00D117AB">
      <w:pPr>
        <w:tabs>
          <w:tab w:val="left" w:pos="180"/>
        </w:tabs>
        <w:autoSpaceDE w:val="0"/>
        <w:autoSpaceDN w:val="0"/>
        <w:spacing w:before="70" w:after="0" w:line="262" w:lineRule="auto"/>
        <w:ind w:right="288"/>
        <w:rPr>
          <w:lang w:val="ru-RU"/>
        </w:rPr>
      </w:pPr>
      <w:r w:rsidRPr="006C4CE9">
        <w:rPr>
          <w:lang w:val="ru-RU"/>
        </w:rPr>
        <w:tab/>
      </w:r>
      <w:r w:rsidRPr="006C4CE9">
        <w:rPr>
          <w:rFonts w:ascii="Times New Roman" w:eastAsia="Times New Roman" w:hAnsi="Times New Roman"/>
          <w:color w:val="000000"/>
          <w:sz w:val="24"/>
          <w:lang w:val="ru-RU"/>
        </w:rPr>
        <w:t>Натюрморт из простых предметов с натуры или по представлению. «Натюрморт-автопортрет» из предметов, характеризующих личность ученика.</w:t>
      </w:r>
    </w:p>
    <w:p w:rsidR="00D117AB" w:rsidRPr="006C4CE9" w:rsidRDefault="00D117AB" w:rsidP="00D117AB">
      <w:pPr>
        <w:autoSpaceDE w:val="0"/>
        <w:autoSpaceDN w:val="0"/>
        <w:spacing w:before="70" w:after="0" w:line="271" w:lineRule="auto"/>
        <w:ind w:right="432" w:firstLine="180"/>
        <w:rPr>
          <w:lang w:val="ru-RU"/>
        </w:rPr>
      </w:pPr>
      <w:r w:rsidRPr="006C4CE9">
        <w:rPr>
          <w:rFonts w:ascii="Times New Roman" w:eastAsia="Times New Roman" w:hAnsi="Times New Roman"/>
          <w:color w:val="000000"/>
          <w:sz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D117AB" w:rsidRPr="006C4CE9" w:rsidRDefault="00D117AB" w:rsidP="00D117AB">
      <w:pPr>
        <w:autoSpaceDE w:val="0"/>
        <w:autoSpaceDN w:val="0"/>
        <w:spacing w:before="70" w:after="0" w:line="281" w:lineRule="auto"/>
        <w:ind w:right="144" w:firstLine="180"/>
        <w:rPr>
          <w:lang w:val="ru-RU"/>
        </w:rPr>
      </w:pPr>
      <w:r w:rsidRPr="006C4CE9">
        <w:rPr>
          <w:rFonts w:ascii="Times New Roman" w:eastAsia="Times New Roman" w:hAnsi="Times New Roman"/>
          <w:color w:val="000000"/>
          <w:sz w:val="24"/>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117AB" w:rsidRPr="006C4CE9" w:rsidRDefault="00D117AB" w:rsidP="00D117AB">
      <w:pPr>
        <w:tabs>
          <w:tab w:val="left" w:pos="180"/>
        </w:tabs>
        <w:autoSpaceDE w:val="0"/>
        <w:autoSpaceDN w:val="0"/>
        <w:spacing w:before="192" w:after="0" w:line="271" w:lineRule="auto"/>
        <w:ind w:right="720"/>
        <w:rPr>
          <w:lang w:val="ru-RU"/>
        </w:rPr>
      </w:pPr>
      <w:r w:rsidRPr="006C4CE9">
        <w:rPr>
          <w:lang w:val="ru-RU"/>
        </w:rPr>
        <w:tab/>
      </w:r>
      <w:r w:rsidRPr="006C4CE9">
        <w:rPr>
          <w:rFonts w:ascii="Times New Roman" w:eastAsia="Times New Roman" w:hAnsi="Times New Roman"/>
          <w:b/>
          <w:color w:val="000000"/>
          <w:sz w:val="24"/>
          <w:lang w:val="ru-RU"/>
        </w:rPr>
        <w:t>Модуль «Скульптура»</w:t>
      </w:r>
      <w:r w:rsidRPr="006C4CE9">
        <w:rPr>
          <w:lang w:val="ru-RU"/>
        </w:rPr>
        <w:br/>
      </w:r>
      <w:r w:rsidRPr="006C4CE9">
        <w:rPr>
          <w:lang w:val="ru-RU"/>
        </w:rPr>
        <w:tab/>
      </w:r>
      <w:r w:rsidRPr="006C4CE9">
        <w:rPr>
          <w:rFonts w:ascii="Times New Roman" w:eastAsia="Times New Roman" w:hAnsi="Times New Roman"/>
          <w:color w:val="000000"/>
          <w:sz w:val="24"/>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117AB" w:rsidRPr="006C4CE9" w:rsidRDefault="00D117AB" w:rsidP="00D117AB">
      <w:pPr>
        <w:tabs>
          <w:tab w:val="left" w:pos="180"/>
        </w:tabs>
        <w:autoSpaceDE w:val="0"/>
        <w:autoSpaceDN w:val="0"/>
        <w:spacing w:before="70" w:after="0" w:line="262" w:lineRule="auto"/>
        <w:ind w:right="576"/>
        <w:rPr>
          <w:lang w:val="ru-RU"/>
        </w:rPr>
      </w:pPr>
      <w:r w:rsidRPr="006C4CE9">
        <w:rPr>
          <w:lang w:val="ru-RU"/>
        </w:rPr>
        <w:tab/>
      </w:r>
      <w:r w:rsidRPr="006C4CE9">
        <w:rPr>
          <w:rFonts w:ascii="Times New Roman" w:eastAsia="Times New Roman" w:hAnsi="Times New Roman"/>
          <w:color w:val="000000"/>
          <w:sz w:val="24"/>
          <w:lang w:val="ru-RU"/>
        </w:rPr>
        <w:t>Лепка сказочного персонажа на основе сюжета известной сказки или создание этого персонажа путём бумагопластики.</w:t>
      </w:r>
    </w:p>
    <w:p w:rsidR="00D117AB" w:rsidRPr="006C4CE9" w:rsidRDefault="00D117AB" w:rsidP="00D117AB">
      <w:pPr>
        <w:tabs>
          <w:tab w:val="left" w:pos="180"/>
        </w:tabs>
        <w:autoSpaceDE w:val="0"/>
        <w:autoSpaceDN w:val="0"/>
        <w:spacing w:before="70" w:after="0" w:line="262" w:lineRule="auto"/>
        <w:ind w:right="1296"/>
        <w:rPr>
          <w:lang w:val="ru-RU"/>
        </w:rPr>
      </w:pPr>
      <w:r w:rsidRPr="006C4CE9">
        <w:rPr>
          <w:lang w:val="ru-RU"/>
        </w:rPr>
        <w:tab/>
      </w:r>
      <w:r w:rsidRPr="006C4CE9">
        <w:rPr>
          <w:rFonts w:ascii="Times New Roman" w:eastAsia="Times New Roman" w:hAnsi="Times New Roman"/>
          <w:color w:val="000000"/>
          <w:sz w:val="24"/>
          <w:lang w:val="ru-RU"/>
        </w:rPr>
        <w:t>Освоение знаний о видах скульптуры (по назначению) и жанрах скульптуры (по сюжету изображения).</w:t>
      </w:r>
    </w:p>
    <w:p w:rsidR="00D117AB" w:rsidRPr="006C4CE9" w:rsidRDefault="00D117AB" w:rsidP="00D117AB">
      <w:pPr>
        <w:tabs>
          <w:tab w:val="left" w:pos="180"/>
        </w:tabs>
        <w:autoSpaceDE w:val="0"/>
        <w:autoSpaceDN w:val="0"/>
        <w:spacing w:before="70" w:after="0" w:line="262" w:lineRule="auto"/>
        <w:ind w:right="1008"/>
        <w:rPr>
          <w:lang w:val="ru-RU"/>
        </w:rPr>
      </w:pPr>
      <w:r w:rsidRPr="006C4CE9">
        <w:rPr>
          <w:lang w:val="ru-RU"/>
        </w:rPr>
        <w:lastRenderedPageBreak/>
        <w:tab/>
      </w:r>
      <w:r w:rsidRPr="006C4CE9">
        <w:rPr>
          <w:rFonts w:ascii="Times New Roman" w:eastAsia="Times New Roman" w:hAnsi="Times New Roman"/>
          <w:color w:val="000000"/>
          <w:sz w:val="24"/>
          <w:lang w:val="ru-RU"/>
        </w:rPr>
        <w:t>Лепка эскиза парковой скульптуры. Выражение пластики движения в скульптуре. Работа с пластилином или глиной.</w:t>
      </w:r>
    </w:p>
    <w:p w:rsidR="00D117AB" w:rsidRPr="006C4CE9" w:rsidRDefault="00D117AB" w:rsidP="00D117AB">
      <w:pPr>
        <w:tabs>
          <w:tab w:val="left" w:pos="180"/>
        </w:tabs>
        <w:autoSpaceDE w:val="0"/>
        <w:autoSpaceDN w:val="0"/>
        <w:spacing w:before="190" w:after="0"/>
        <w:ind w:right="576"/>
        <w:rPr>
          <w:lang w:val="ru-RU"/>
        </w:rPr>
      </w:pPr>
      <w:r w:rsidRPr="006C4CE9">
        <w:rPr>
          <w:lang w:val="ru-RU"/>
        </w:rPr>
        <w:tab/>
      </w:r>
      <w:r w:rsidRPr="006C4CE9">
        <w:rPr>
          <w:rFonts w:ascii="Times New Roman" w:eastAsia="Times New Roman" w:hAnsi="Times New Roman"/>
          <w:b/>
          <w:color w:val="000000"/>
          <w:sz w:val="24"/>
          <w:lang w:val="ru-RU"/>
        </w:rPr>
        <w:t>Модуль «Декоративно-прикладное искусство»</w:t>
      </w:r>
      <w:r w:rsidRPr="006C4CE9">
        <w:rPr>
          <w:lang w:val="ru-RU"/>
        </w:rPr>
        <w:br/>
      </w:r>
      <w:r w:rsidRPr="006C4CE9">
        <w:rPr>
          <w:lang w:val="ru-RU"/>
        </w:rPr>
        <w:tab/>
      </w:r>
      <w:r w:rsidRPr="006C4CE9">
        <w:rPr>
          <w:rFonts w:ascii="Times New Roman" w:eastAsia="Times New Roman" w:hAnsi="Times New Roman"/>
          <w:color w:val="000000"/>
          <w:sz w:val="24"/>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D117AB" w:rsidRPr="006C4CE9" w:rsidRDefault="00D117AB" w:rsidP="00D117AB">
      <w:pPr>
        <w:rPr>
          <w:lang w:val="ru-RU"/>
        </w:rPr>
        <w:sectPr w:rsidR="00D117AB" w:rsidRPr="006C4CE9">
          <w:pgSz w:w="11900" w:h="16840"/>
          <w:pgMar w:top="298" w:right="650" w:bottom="444" w:left="666" w:header="720" w:footer="720" w:gutter="0"/>
          <w:cols w:space="720" w:equalWidth="0">
            <w:col w:w="10584" w:space="0"/>
          </w:cols>
          <w:docGrid w:linePitch="360"/>
        </w:sectPr>
      </w:pPr>
    </w:p>
    <w:p w:rsidR="00D117AB" w:rsidRPr="006C4CE9" w:rsidRDefault="00D117AB" w:rsidP="00D117AB">
      <w:pPr>
        <w:autoSpaceDE w:val="0"/>
        <w:autoSpaceDN w:val="0"/>
        <w:spacing w:after="78" w:line="220" w:lineRule="exact"/>
        <w:rPr>
          <w:lang w:val="ru-RU"/>
        </w:rPr>
      </w:pPr>
    </w:p>
    <w:p w:rsidR="00D117AB" w:rsidRPr="006C4CE9" w:rsidRDefault="00D117AB" w:rsidP="00D117AB">
      <w:pPr>
        <w:tabs>
          <w:tab w:val="left" w:pos="180"/>
        </w:tabs>
        <w:autoSpaceDE w:val="0"/>
        <w:autoSpaceDN w:val="0"/>
        <w:spacing w:after="0" w:line="262" w:lineRule="auto"/>
        <w:ind w:right="576"/>
        <w:rPr>
          <w:lang w:val="ru-RU"/>
        </w:rPr>
      </w:pPr>
      <w:r w:rsidRPr="006C4CE9">
        <w:rPr>
          <w:lang w:val="ru-RU"/>
        </w:rPr>
        <w:tab/>
      </w:r>
      <w:r w:rsidRPr="006C4CE9">
        <w:rPr>
          <w:rFonts w:ascii="Times New Roman" w:eastAsia="Times New Roman" w:hAnsi="Times New Roman"/>
          <w:color w:val="000000"/>
          <w:sz w:val="24"/>
          <w:lang w:val="ru-RU"/>
        </w:rPr>
        <w:t>Эскизы орнаментов для росписи тканей. Раппорт. Трафарет и создание орнамента при помощи печаток или штампов.</w:t>
      </w:r>
    </w:p>
    <w:p w:rsidR="00D117AB" w:rsidRPr="006C4CE9" w:rsidRDefault="00D117AB" w:rsidP="00D117AB">
      <w:pPr>
        <w:autoSpaceDE w:val="0"/>
        <w:autoSpaceDN w:val="0"/>
        <w:spacing w:before="70" w:after="0" w:line="271" w:lineRule="auto"/>
        <w:ind w:firstLine="180"/>
        <w:rPr>
          <w:lang w:val="ru-RU"/>
        </w:rPr>
      </w:pPr>
      <w:r w:rsidRPr="006C4CE9">
        <w:rPr>
          <w:rFonts w:ascii="Times New Roman" w:eastAsia="Times New Roman" w:hAnsi="Times New Roman"/>
          <w:color w:val="000000"/>
          <w:sz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117AB" w:rsidRPr="006C4CE9" w:rsidRDefault="00D117AB" w:rsidP="00D117AB">
      <w:pPr>
        <w:tabs>
          <w:tab w:val="left" w:pos="180"/>
        </w:tabs>
        <w:autoSpaceDE w:val="0"/>
        <w:autoSpaceDN w:val="0"/>
        <w:spacing w:before="70" w:after="0" w:line="262" w:lineRule="auto"/>
        <w:rPr>
          <w:lang w:val="ru-RU"/>
        </w:rPr>
      </w:pPr>
      <w:r w:rsidRPr="006C4CE9">
        <w:rPr>
          <w:lang w:val="ru-RU"/>
        </w:rPr>
        <w:tab/>
      </w:r>
      <w:r w:rsidRPr="006C4CE9">
        <w:rPr>
          <w:rFonts w:ascii="Times New Roman" w:eastAsia="Times New Roman" w:hAnsi="Times New Roman"/>
          <w:color w:val="000000"/>
          <w:sz w:val="24"/>
          <w:lang w:val="ru-RU"/>
        </w:rPr>
        <w:t>Проектирование (эскизы) декоративных украшений в городе: ажурные ограды, украшения фонарей, скамеек, киосков, подставок для цветов и др.</w:t>
      </w:r>
    </w:p>
    <w:p w:rsidR="00D117AB" w:rsidRPr="006C4CE9" w:rsidRDefault="00D117AB" w:rsidP="00D117AB">
      <w:pPr>
        <w:tabs>
          <w:tab w:val="left" w:pos="180"/>
        </w:tabs>
        <w:autoSpaceDE w:val="0"/>
        <w:autoSpaceDN w:val="0"/>
        <w:spacing w:before="190" w:after="0" w:line="271" w:lineRule="auto"/>
        <w:rPr>
          <w:lang w:val="ru-RU"/>
        </w:rPr>
      </w:pPr>
      <w:r w:rsidRPr="006C4CE9">
        <w:rPr>
          <w:lang w:val="ru-RU"/>
        </w:rPr>
        <w:tab/>
      </w:r>
      <w:r w:rsidRPr="006C4CE9">
        <w:rPr>
          <w:rFonts w:ascii="Times New Roman" w:eastAsia="Times New Roman" w:hAnsi="Times New Roman"/>
          <w:b/>
          <w:color w:val="000000"/>
          <w:sz w:val="24"/>
          <w:lang w:val="ru-RU"/>
        </w:rPr>
        <w:t>Модуль «Архитектура»</w:t>
      </w:r>
      <w:r w:rsidRPr="006C4CE9">
        <w:rPr>
          <w:lang w:val="ru-RU"/>
        </w:rPr>
        <w:br/>
      </w:r>
      <w:r w:rsidRPr="006C4CE9">
        <w:rPr>
          <w:lang w:val="ru-RU"/>
        </w:rPr>
        <w:tab/>
      </w:r>
      <w:r w:rsidRPr="006C4CE9">
        <w:rPr>
          <w:rFonts w:ascii="Times New Roman" w:eastAsia="Times New Roman" w:hAnsi="Times New Roman"/>
          <w:color w:val="000000"/>
          <w:sz w:val="24"/>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D117AB" w:rsidRPr="006C4CE9" w:rsidRDefault="00D117AB" w:rsidP="00D117AB">
      <w:pPr>
        <w:tabs>
          <w:tab w:val="left" w:pos="180"/>
        </w:tabs>
        <w:autoSpaceDE w:val="0"/>
        <w:autoSpaceDN w:val="0"/>
        <w:spacing w:before="72" w:after="0" w:line="262" w:lineRule="auto"/>
        <w:ind w:right="432"/>
        <w:rPr>
          <w:lang w:val="ru-RU"/>
        </w:rPr>
      </w:pPr>
      <w:r w:rsidRPr="006C4CE9">
        <w:rPr>
          <w:lang w:val="ru-RU"/>
        </w:rPr>
        <w:tab/>
      </w:r>
      <w:r w:rsidRPr="006C4CE9">
        <w:rPr>
          <w:rFonts w:ascii="Times New Roman" w:eastAsia="Times New Roman" w:hAnsi="Times New Roman"/>
          <w:color w:val="000000"/>
          <w:sz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D117AB" w:rsidRPr="006C4CE9" w:rsidRDefault="00D117AB" w:rsidP="00D117AB">
      <w:pPr>
        <w:autoSpaceDE w:val="0"/>
        <w:autoSpaceDN w:val="0"/>
        <w:spacing w:before="70" w:after="0" w:line="271" w:lineRule="auto"/>
        <w:ind w:firstLine="180"/>
        <w:rPr>
          <w:lang w:val="ru-RU"/>
        </w:rPr>
      </w:pPr>
      <w:r w:rsidRPr="006C4CE9">
        <w:rPr>
          <w:rFonts w:ascii="Times New Roman" w:eastAsia="Times New Roman" w:hAnsi="Times New Roman"/>
          <w:color w:val="000000"/>
          <w:sz w:val="24"/>
          <w:lang w:val="ru-RU"/>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117AB" w:rsidRPr="006C4CE9" w:rsidRDefault="00D117AB" w:rsidP="00D117AB">
      <w:pPr>
        <w:tabs>
          <w:tab w:val="left" w:pos="180"/>
        </w:tabs>
        <w:autoSpaceDE w:val="0"/>
        <w:autoSpaceDN w:val="0"/>
        <w:spacing w:before="190" w:after="0" w:line="271" w:lineRule="auto"/>
        <w:rPr>
          <w:lang w:val="ru-RU"/>
        </w:rPr>
      </w:pPr>
      <w:r w:rsidRPr="006C4CE9">
        <w:rPr>
          <w:lang w:val="ru-RU"/>
        </w:rPr>
        <w:tab/>
      </w:r>
      <w:r w:rsidRPr="006C4CE9">
        <w:rPr>
          <w:rFonts w:ascii="Times New Roman" w:eastAsia="Times New Roman" w:hAnsi="Times New Roman"/>
          <w:b/>
          <w:color w:val="000000"/>
          <w:sz w:val="24"/>
          <w:lang w:val="ru-RU"/>
        </w:rPr>
        <w:t>Модуль «Восприятие произведений искусства»</w:t>
      </w:r>
      <w:r w:rsidRPr="006C4CE9">
        <w:rPr>
          <w:lang w:val="ru-RU"/>
        </w:rPr>
        <w:br/>
      </w:r>
      <w:r w:rsidRPr="006C4CE9">
        <w:rPr>
          <w:lang w:val="ru-RU"/>
        </w:rPr>
        <w:tab/>
      </w:r>
      <w:r w:rsidRPr="006C4CE9">
        <w:rPr>
          <w:rFonts w:ascii="Times New Roman" w:eastAsia="Times New Roman" w:hAnsi="Times New Roman"/>
          <w:color w:val="000000"/>
          <w:sz w:val="24"/>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D117AB" w:rsidRPr="006C4CE9" w:rsidRDefault="00D117AB" w:rsidP="00D117AB">
      <w:pPr>
        <w:autoSpaceDE w:val="0"/>
        <w:autoSpaceDN w:val="0"/>
        <w:spacing w:before="70" w:after="0" w:line="271" w:lineRule="auto"/>
        <w:ind w:right="720" w:firstLine="180"/>
        <w:rPr>
          <w:lang w:val="ru-RU"/>
        </w:rPr>
      </w:pPr>
      <w:r w:rsidRPr="006C4CE9">
        <w:rPr>
          <w:rFonts w:ascii="Times New Roman" w:eastAsia="Times New Roman" w:hAnsi="Times New Roman"/>
          <w:color w:val="000000"/>
          <w:sz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D117AB" w:rsidRPr="006C4CE9" w:rsidRDefault="00D117AB" w:rsidP="00D117AB">
      <w:pPr>
        <w:tabs>
          <w:tab w:val="left" w:pos="180"/>
        </w:tabs>
        <w:autoSpaceDE w:val="0"/>
        <w:autoSpaceDN w:val="0"/>
        <w:spacing w:before="70" w:after="0" w:line="262" w:lineRule="auto"/>
        <w:ind w:right="1152"/>
        <w:rPr>
          <w:lang w:val="ru-RU"/>
        </w:rPr>
      </w:pPr>
      <w:r w:rsidRPr="006C4CE9">
        <w:rPr>
          <w:lang w:val="ru-RU"/>
        </w:rPr>
        <w:tab/>
      </w:r>
      <w:r w:rsidRPr="006C4CE9">
        <w:rPr>
          <w:rFonts w:ascii="Times New Roman" w:eastAsia="Times New Roman" w:hAnsi="Times New Roman"/>
          <w:color w:val="000000"/>
          <w:sz w:val="24"/>
          <w:lang w:val="ru-RU"/>
        </w:rPr>
        <w:t>Виртуальное путешествие: памятники архитектуры в Москве и Санкт-Петербурге (обзор памятников по выбору учителя).</w:t>
      </w:r>
    </w:p>
    <w:p w:rsidR="00D117AB" w:rsidRPr="006C4CE9" w:rsidRDefault="00D117AB" w:rsidP="00D117AB">
      <w:pPr>
        <w:autoSpaceDE w:val="0"/>
        <w:autoSpaceDN w:val="0"/>
        <w:spacing w:before="70" w:after="0" w:line="281" w:lineRule="auto"/>
        <w:ind w:firstLine="180"/>
        <w:rPr>
          <w:lang w:val="ru-RU"/>
        </w:rPr>
      </w:pPr>
      <w:r w:rsidRPr="006C4CE9">
        <w:rPr>
          <w:rFonts w:ascii="Times New Roman" w:eastAsia="Times New Roman" w:hAnsi="Times New Roman"/>
          <w:color w:val="000000"/>
          <w:sz w:val="24"/>
          <w:lang w:val="ru-RU"/>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w:t>
      </w:r>
      <w:r w:rsidRPr="006C4CE9">
        <w:rPr>
          <w:lang w:val="ru-RU"/>
        </w:rPr>
        <w:br/>
      </w:r>
      <w:r w:rsidRPr="006C4CE9">
        <w:rPr>
          <w:rFonts w:ascii="Times New Roman" w:eastAsia="Times New Roman" w:hAnsi="Times New Roman"/>
          <w:color w:val="000000"/>
          <w:sz w:val="24"/>
          <w:lang w:val="ru-RU"/>
        </w:rPr>
        <w:t>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117AB" w:rsidRPr="006C4CE9" w:rsidRDefault="00D117AB" w:rsidP="00D117AB">
      <w:pPr>
        <w:tabs>
          <w:tab w:val="left" w:pos="180"/>
        </w:tabs>
        <w:autoSpaceDE w:val="0"/>
        <w:autoSpaceDN w:val="0"/>
        <w:spacing w:before="70" w:after="0" w:line="262" w:lineRule="auto"/>
        <w:ind w:right="432"/>
        <w:rPr>
          <w:lang w:val="ru-RU"/>
        </w:rPr>
      </w:pPr>
      <w:r w:rsidRPr="006C4CE9">
        <w:rPr>
          <w:lang w:val="ru-RU"/>
        </w:rPr>
        <w:tab/>
      </w:r>
      <w:r w:rsidRPr="006C4CE9">
        <w:rPr>
          <w:rFonts w:ascii="Times New Roman" w:eastAsia="Times New Roman" w:hAnsi="Times New Roman"/>
          <w:color w:val="000000"/>
          <w:sz w:val="24"/>
          <w:lang w:val="ru-RU"/>
        </w:rPr>
        <w:t>Знания о видах пространственных искусств: виды определяются по назначению произведений в жизни людей.</w:t>
      </w:r>
    </w:p>
    <w:p w:rsidR="00D117AB" w:rsidRPr="006C4CE9" w:rsidRDefault="00D117AB" w:rsidP="00D117AB">
      <w:pPr>
        <w:autoSpaceDE w:val="0"/>
        <w:autoSpaceDN w:val="0"/>
        <w:spacing w:before="72" w:after="0" w:line="271" w:lineRule="auto"/>
        <w:ind w:right="432" w:firstLine="180"/>
        <w:rPr>
          <w:lang w:val="ru-RU"/>
        </w:rPr>
      </w:pPr>
      <w:r w:rsidRPr="006C4CE9">
        <w:rPr>
          <w:rFonts w:ascii="Times New Roman" w:eastAsia="Times New Roman" w:hAnsi="Times New Roman"/>
          <w:color w:val="000000"/>
          <w:sz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D117AB" w:rsidRPr="006C4CE9" w:rsidRDefault="00D117AB" w:rsidP="00D117AB">
      <w:pPr>
        <w:tabs>
          <w:tab w:val="left" w:pos="180"/>
        </w:tabs>
        <w:autoSpaceDE w:val="0"/>
        <w:autoSpaceDN w:val="0"/>
        <w:spacing w:before="70" w:after="0" w:line="262" w:lineRule="auto"/>
        <w:rPr>
          <w:lang w:val="ru-RU"/>
        </w:rPr>
      </w:pPr>
      <w:r w:rsidRPr="006C4CE9">
        <w:rPr>
          <w:lang w:val="ru-RU"/>
        </w:rPr>
        <w:tab/>
      </w:r>
      <w:r w:rsidRPr="006C4CE9">
        <w:rPr>
          <w:rFonts w:ascii="Times New Roman" w:eastAsia="Times New Roman" w:hAnsi="Times New Roman"/>
          <w:color w:val="000000"/>
          <w:sz w:val="24"/>
          <w:lang w:val="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D117AB" w:rsidRPr="006C4CE9" w:rsidRDefault="00D117AB" w:rsidP="00D117AB">
      <w:pPr>
        <w:tabs>
          <w:tab w:val="left" w:pos="180"/>
        </w:tabs>
        <w:autoSpaceDE w:val="0"/>
        <w:autoSpaceDN w:val="0"/>
        <w:spacing w:before="70" w:after="0" w:line="262" w:lineRule="auto"/>
        <w:ind w:right="288"/>
        <w:rPr>
          <w:lang w:val="ru-RU"/>
        </w:rPr>
      </w:pPr>
      <w:r w:rsidRPr="006C4CE9">
        <w:rPr>
          <w:lang w:val="ru-RU"/>
        </w:rPr>
        <w:tab/>
      </w:r>
      <w:r w:rsidRPr="006C4CE9">
        <w:rPr>
          <w:rFonts w:ascii="Times New Roman" w:eastAsia="Times New Roman" w:hAnsi="Times New Roman"/>
          <w:color w:val="000000"/>
          <w:sz w:val="24"/>
          <w:lang w:val="ru-RU"/>
        </w:rPr>
        <w:t>Представления о произведениях крупнейших отечественных портретистов: В. И. Сурикова, И. Е. Репина, В. А. Серова и др.</w:t>
      </w:r>
    </w:p>
    <w:p w:rsidR="00D117AB" w:rsidRPr="006C4CE9" w:rsidRDefault="00D117AB" w:rsidP="00D117AB">
      <w:pPr>
        <w:tabs>
          <w:tab w:val="left" w:pos="180"/>
        </w:tabs>
        <w:autoSpaceDE w:val="0"/>
        <w:autoSpaceDN w:val="0"/>
        <w:spacing w:before="190" w:after="0" w:line="281" w:lineRule="auto"/>
        <w:ind w:right="432"/>
        <w:rPr>
          <w:lang w:val="ru-RU"/>
        </w:rPr>
      </w:pPr>
      <w:r w:rsidRPr="006C4CE9">
        <w:rPr>
          <w:lang w:val="ru-RU"/>
        </w:rPr>
        <w:tab/>
      </w:r>
      <w:r w:rsidRPr="006C4CE9">
        <w:rPr>
          <w:rFonts w:ascii="Times New Roman" w:eastAsia="Times New Roman" w:hAnsi="Times New Roman"/>
          <w:b/>
          <w:color w:val="000000"/>
          <w:sz w:val="24"/>
          <w:lang w:val="ru-RU"/>
        </w:rPr>
        <w:t>Модуль «Азбука цифровой графики»</w:t>
      </w:r>
      <w:r w:rsidRPr="006C4CE9">
        <w:rPr>
          <w:lang w:val="ru-RU"/>
        </w:rPr>
        <w:br/>
      </w:r>
      <w:r w:rsidRPr="006C4CE9">
        <w:rPr>
          <w:lang w:val="ru-RU"/>
        </w:rPr>
        <w:tab/>
      </w:r>
      <w:r w:rsidRPr="006C4CE9">
        <w:rPr>
          <w:rFonts w:ascii="Times New Roman" w:eastAsia="Times New Roman" w:hAnsi="Times New Roman"/>
          <w:color w:val="000000"/>
          <w:sz w:val="24"/>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D117AB" w:rsidRPr="006C4CE9" w:rsidRDefault="00D117AB" w:rsidP="00D117AB">
      <w:pPr>
        <w:autoSpaceDE w:val="0"/>
        <w:autoSpaceDN w:val="0"/>
        <w:spacing w:before="70" w:after="0" w:line="262" w:lineRule="auto"/>
        <w:ind w:right="432"/>
        <w:jc w:val="center"/>
        <w:rPr>
          <w:lang w:val="ru-RU"/>
        </w:rPr>
      </w:pPr>
      <w:r w:rsidRPr="006C4CE9">
        <w:rPr>
          <w:rFonts w:ascii="Times New Roman" w:eastAsia="Times New Roman" w:hAnsi="Times New Roman"/>
          <w:color w:val="000000"/>
          <w:sz w:val="24"/>
          <w:lang w:val="ru-RU"/>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w:t>
      </w:r>
      <w:proofErr w:type="gramStart"/>
      <w:r w:rsidRPr="006C4CE9">
        <w:rPr>
          <w:rFonts w:ascii="Times New Roman" w:eastAsia="Times New Roman" w:hAnsi="Times New Roman"/>
          <w:color w:val="000000"/>
          <w:sz w:val="24"/>
          <w:lang w:val="ru-RU"/>
        </w:rPr>
        <w:t>в</w:t>
      </w:r>
      <w:proofErr w:type="gramEnd"/>
    </w:p>
    <w:p w:rsidR="00D117AB" w:rsidRPr="006C4CE9" w:rsidRDefault="00D117AB" w:rsidP="00D117AB">
      <w:pPr>
        <w:rPr>
          <w:lang w:val="ru-RU"/>
        </w:rPr>
        <w:sectPr w:rsidR="00D117AB" w:rsidRPr="006C4CE9">
          <w:pgSz w:w="11900" w:h="16840"/>
          <w:pgMar w:top="298" w:right="666" w:bottom="416" w:left="666" w:header="720" w:footer="720" w:gutter="0"/>
          <w:cols w:space="720" w:equalWidth="0">
            <w:col w:w="10568" w:space="0"/>
          </w:cols>
          <w:docGrid w:linePitch="360"/>
        </w:sectPr>
      </w:pPr>
    </w:p>
    <w:p w:rsidR="00D117AB" w:rsidRPr="006C4CE9" w:rsidRDefault="00D117AB" w:rsidP="00D117AB">
      <w:pPr>
        <w:autoSpaceDE w:val="0"/>
        <w:autoSpaceDN w:val="0"/>
        <w:spacing w:after="66" w:line="220" w:lineRule="exact"/>
        <w:rPr>
          <w:lang w:val="ru-RU"/>
        </w:rPr>
      </w:pPr>
    </w:p>
    <w:p w:rsidR="00D117AB" w:rsidRPr="006C4CE9" w:rsidRDefault="00D117AB" w:rsidP="00D117AB">
      <w:pPr>
        <w:autoSpaceDE w:val="0"/>
        <w:autoSpaceDN w:val="0"/>
        <w:spacing w:after="0" w:line="230" w:lineRule="auto"/>
        <w:rPr>
          <w:lang w:val="ru-RU"/>
        </w:rPr>
      </w:pPr>
      <w:proofErr w:type="gramStart"/>
      <w:r w:rsidRPr="006C4CE9">
        <w:rPr>
          <w:rFonts w:ascii="Times New Roman" w:eastAsia="Times New Roman" w:hAnsi="Times New Roman"/>
          <w:color w:val="000000"/>
          <w:sz w:val="24"/>
          <w:lang w:val="ru-RU"/>
        </w:rPr>
        <w:t>основе</w:t>
      </w:r>
      <w:proofErr w:type="gramEnd"/>
      <w:r w:rsidRPr="006C4CE9">
        <w:rPr>
          <w:rFonts w:ascii="Times New Roman" w:eastAsia="Times New Roman" w:hAnsi="Times New Roman"/>
          <w:color w:val="000000"/>
          <w:sz w:val="24"/>
          <w:lang w:val="ru-RU"/>
        </w:rPr>
        <w:t xml:space="preserve"> которого раппорт. Вариативное создание орнаментов на основе одного и того же элемента.</w:t>
      </w:r>
    </w:p>
    <w:p w:rsidR="00D117AB" w:rsidRPr="006C4CE9" w:rsidRDefault="00D117AB" w:rsidP="00D117AB">
      <w:pPr>
        <w:tabs>
          <w:tab w:val="left" w:pos="180"/>
        </w:tabs>
        <w:autoSpaceDE w:val="0"/>
        <w:autoSpaceDN w:val="0"/>
        <w:spacing w:before="70" w:after="0" w:line="271" w:lineRule="auto"/>
        <w:ind w:right="144"/>
        <w:rPr>
          <w:lang w:val="ru-RU"/>
        </w:rPr>
      </w:pPr>
      <w:r w:rsidRPr="006C4CE9">
        <w:rPr>
          <w:lang w:val="ru-RU"/>
        </w:rPr>
        <w:tab/>
      </w:r>
      <w:r w:rsidRPr="006C4CE9">
        <w:rPr>
          <w:rFonts w:ascii="Times New Roman" w:eastAsia="Times New Roman" w:hAnsi="Times New Roman"/>
          <w:color w:val="000000"/>
          <w:sz w:val="24"/>
          <w:lang w:val="ru-RU"/>
        </w:rPr>
        <w:t xml:space="preserve">Изображение и изучение мимики лица в программе </w:t>
      </w:r>
      <w:r>
        <w:rPr>
          <w:rFonts w:ascii="Times New Roman" w:eastAsia="Times New Roman" w:hAnsi="Times New Roman"/>
          <w:color w:val="000000"/>
          <w:sz w:val="24"/>
        </w:rPr>
        <w:t>Paint</w:t>
      </w:r>
      <w:r w:rsidRPr="006C4CE9">
        <w:rPr>
          <w:rFonts w:ascii="Times New Roman" w:eastAsia="Times New Roman" w:hAnsi="Times New Roman"/>
          <w:color w:val="000000"/>
          <w:sz w:val="24"/>
          <w:lang w:val="ru-RU"/>
        </w:rPr>
        <w:t xml:space="preserve"> (или другом графическом редакторе). </w:t>
      </w:r>
      <w:r w:rsidRPr="006C4CE9">
        <w:rPr>
          <w:lang w:val="ru-RU"/>
        </w:rPr>
        <w:tab/>
      </w:r>
      <w:r w:rsidRPr="006C4CE9">
        <w:rPr>
          <w:rFonts w:ascii="Times New Roman" w:eastAsia="Times New Roman" w:hAnsi="Times New Roman"/>
          <w:color w:val="000000"/>
          <w:sz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117AB" w:rsidRPr="006C4CE9" w:rsidRDefault="00D117AB" w:rsidP="00D117AB">
      <w:pPr>
        <w:tabs>
          <w:tab w:val="left" w:pos="180"/>
        </w:tabs>
        <w:autoSpaceDE w:val="0"/>
        <w:autoSpaceDN w:val="0"/>
        <w:spacing w:before="70" w:after="0" w:line="262" w:lineRule="auto"/>
        <w:ind w:right="1008"/>
        <w:rPr>
          <w:lang w:val="ru-RU"/>
        </w:rPr>
      </w:pPr>
      <w:r w:rsidRPr="006C4CE9">
        <w:rPr>
          <w:lang w:val="ru-RU"/>
        </w:rPr>
        <w:tab/>
      </w:r>
      <w:r w:rsidRPr="006C4CE9">
        <w:rPr>
          <w:rFonts w:ascii="Times New Roman" w:eastAsia="Times New Roman" w:hAnsi="Times New Roman"/>
          <w:color w:val="000000"/>
          <w:sz w:val="24"/>
          <w:lang w:val="ru-RU"/>
        </w:rPr>
        <w:t xml:space="preserve">Редактирование фотографий в программе </w:t>
      </w:r>
      <w:r>
        <w:rPr>
          <w:rFonts w:ascii="Times New Roman" w:eastAsia="Times New Roman" w:hAnsi="Times New Roman"/>
          <w:color w:val="000000"/>
          <w:sz w:val="24"/>
        </w:rPr>
        <w:t>Picture</w:t>
      </w:r>
      <w:r w:rsidRPr="006C4CE9">
        <w:rPr>
          <w:rFonts w:ascii="Times New Roman" w:eastAsia="Times New Roman" w:hAnsi="Times New Roman"/>
          <w:color w:val="000000"/>
          <w:sz w:val="24"/>
          <w:lang w:val="ru-RU"/>
        </w:rPr>
        <w:t xml:space="preserve"> </w:t>
      </w:r>
      <w:r>
        <w:rPr>
          <w:rFonts w:ascii="Times New Roman" w:eastAsia="Times New Roman" w:hAnsi="Times New Roman"/>
          <w:color w:val="000000"/>
          <w:sz w:val="24"/>
        </w:rPr>
        <w:t>Manager</w:t>
      </w:r>
      <w:r w:rsidRPr="006C4CE9">
        <w:rPr>
          <w:rFonts w:ascii="Times New Roman" w:eastAsia="Times New Roman" w:hAnsi="Times New Roman"/>
          <w:color w:val="000000"/>
          <w:sz w:val="24"/>
          <w:lang w:val="ru-RU"/>
        </w:rPr>
        <w:t>: изменение яркости, контраста, насыщенности цвета; обрезка, поворот, отражение.</w:t>
      </w:r>
    </w:p>
    <w:p w:rsidR="00D117AB" w:rsidRPr="006C4CE9" w:rsidRDefault="00D117AB" w:rsidP="00D117AB">
      <w:pPr>
        <w:autoSpaceDE w:val="0"/>
        <w:autoSpaceDN w:val="0"/>
        <w:spacing w:before="70" w:after="0" w:line="230" w:lineRule="auto"/>
        <w:ind w:left="180"/>
        <w:rPr>
          <w:lang w:val="ru-RU"/>
        </w:rPr>
      </w:pPr>
      <w:r w:rsidRPr="006C4CE9">
        <w:rPr>
          <w:rFonts w:ascii="Times New Roman" w:eastAsia="Times New Roman" w:hAnsi="Times New Roman"/>
          <w:color w:val="000000"/>
          <w:sz w:val="24"/>
          <w:lang w:val="ru-RU"/>
        </w:rPr>
        <w:t>Виртуальные путешествия в главные художественные музеи и музеи местные (по выбору учителя).</w:t>
      </w:r>
    </w:p>
    <w:p w:rsidR="00D117AB" w:rsidRDefault="00D117AB">
      <w:pPr>
        <w:rPr>
          <w:lang w:val="ru-RU"/>
        </w:rPr>
      </w:pPr>
    </w:p>
    <w:p w:rsidR="00D117AB" w:rsidRDefault="00D117AB">
      <w:pPr>
        <w:rPr>
          <w:lang w:val="ru-RU"/>
        </w:rPr>
      </w:pPr>
      <w:r>
        <w:rPr>
          <w:lang w:val="ru-RU"/>
        </w:rPr>
        <w:t>4 класс</w:t>
      </w:r>
    </w:p>
    <w:p w:rsidR="00D117AB" w:rsidRDefault="00D117AB">
      <w:pPr>
        <w:rPr>
          <w:lang w:val="ru-RU"/>
        </w:rPr>
      </w:pPr>
    </w:p>
    <w:p w:rsidR="00D117AB" w:rsidRPr="006C4CE9" w:rsidRDefault="00D117AB" w:rsidP="00D117AB">
      <w:pPr>
        <w:tabs>
          <w:tab w:val="left" w:pos="180"/>
        </w:tabs>
        <w:autoSpaceDE w:val="0"/>
        <w:autoSpaceDN w:val="0"/>
        <w:spacing w:before="346" w:after="0"/>
        <w:ind w:right="288"/>
        <w:rPr>
          <w:lang w:val="ru-RU"/>
        </w:rPr>
      </w:pPr>
      <w:r w:rsidRPr="006C4CE9">
        <w:rPr>
          <w:rFonts w:ascii="Times New Roman" w:eastAsia="Times New Roman" w:hAnsi="Times New Roman"/>
          <w:b/>
          <w:color w:val="000000"/>
          <w:sz w:val="24"/>
          <w:lang w:val="ru-RU"/>
        </w:rPr>
        <w:t>Модуль «Графика»</w:t>
      </w:r>
      <w:r w:rsidRPr="006C4CE9">
        <w:rPr>
          <w:lang w:val="ru-RU"/>
        </w:rPr>
        <w:br/>
      </w:r>
      <w:r w:rsidRPr="006C4CE9">
        <w:rPr>
          <w:lang w:val="ru-RU"/>
        </w:rPr>
        <w:tab/>
      </w:r>
      <w:r w:rsidRPr="006C4CE9">
        <w:rPr>
          <w:rFonts w:ascii="Times New Roman" w:eastAsia="Times New Roman" w:hAnsi="Times New Roman"/>
          <w:color w:val="000000"/>
          <w:sz w:val="24"/>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D117AB" w:rsidRPr="006C4CE9" w:rsidRDefault="00D117AB" w:rsidP="00D117AB">
      <w:pPr>
        <w:tabs>
          <w:tab w:val="left" w:pos="180"/>
        </w:tabs>
        <w:autoSpaceDE w:val="0"/>
        <w:autoSpaceDN w:val="0"/>
        <w:spacing w:before="70" w:after="0" w:line="262" w:lineRule="auto"/>
        <w:ind w:right="720"/>
        <w:rPr>
          <w:lang w:val="ru-RU"/>
        </w:rPr>
      </w:pPr>
      <w:r w:rsidRPr="006C4CE9">
        <w:rPr>
          <w:lang w:val="ru-RU"/>
        </w:rPr>
        <w:tab/>
      </w:r>
      <w:r w:rsidRPr="006C4CE9">
        <w:rPr>
          <w:rFonts w:ascii="Times New Roman" w:eastAsia="Times New Roman" w:hAnsi="Times New Roman"/>
          <w:color w:val="000000"/>
          <w:sz w:val="24"/>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D117AB" w:rsidRPr="006C4CE9" w:rsidRDefault="00D117AB" w:rsidP="00D117AB">
      <w:pPr>
        <w:autoSpaceDE w:val="0"/>
        <w:autoSpaceDN w:val="0"/>
        <w:spacing w:before="70" w:after="0" w:line="230" w:lineRule="auto"/>
        <w:jc w:val="center"/>
        <w:rPr>
          <w:lang w:val="ru-RU"/>
        </w:rPr>
      </w:pPr>
      <w:r w:rsidRPr="006C4CE9">
        <w:rPr>
          <w:rFonts w:ascii="Times New Roman" w:eastAsia="Times New Roman" w:hAnsi="Times New Roman"/>
          <w:color w:val="000000"/>
          <w:sz w:val="24"/>
          <w:lang w:val="ru-RU"/>
        </w:rPr>
        <w:t>Эскиз плаката или афиши. Совмещение шрифта и изображения. Особенности композиции плаката.</w:t>
      </w:r>
    </w:p>
    <w:p w:rsidR="00D117AB" w:rsidRPr="006C4CE9" w:rsidRDefault="00D117AB" w:rsidP="00D117AB">
      <w:pPr>
        <w:tabs>
          <w:tab w:val="left" w:pos="180"/>
        </w:tabs>
        <w:autoSpaceDE w:val="0"/>
        <w:autoSpaceDN w:val="0"/>
        <w:spacing w:before="70" w:after="0" w:line="262" w:lineRule="auto"/>
        <w:ind w:right="1008"/>
        <w:rPr>
          <w:lang w:val="ru-RU"/>
        </w:rPr>
      </w:pPr>
      <w:r w:rsidRPr="006C4CE9">
        <w:rPr>
          <w:lang w:val="ru-RU"/>
        </w:rPr>
        <w:tab/>
      </w:r>
      <w:r w:rsidRPr="006C4CE9">
        <w:rPr>
          <w:rFonts w:ascii="Times New Roman" w:eastAsia="Times New Roman" w:hAnsi="Times New Roman"/>
          <w:color w:val="000000"/>
          <w:sz w:val="24"/>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rsidR="00D117AB" w:rsidRPr="006C4CE9" w:rsidRDefault="00D117AB" w:rsidP="00D117AB">
      <w:pPr>
        <w:autoSpaceDE w:val="0"/>
        <w:autoSpaceDN w:val="0"/>
        <w:spacing w:before="72" w:after="0" w:line="230" w:lineRule="auto"/>
        <w:ind w:left="180"/>
        <w:rPr>
          <w:lang w:val="ru-RU"/>
        </w:rPr>
      </w:pPr>
      <w:r w:rsidRPr="006C4CE9">
        <w:rPr>
          <w:rFonts w:ascii="Times New Roman" w:eastAsia="Times New Roman" w:hAnsi="Times New Roman"/>
          <w:color w:val="000000"/>
          <w:sz w:val="24"/>
          <w:lang w:val="ru-RU"/>
        </w:rPr>
        <w:t>Транспорт в городе. Рисунки реальных или фантастических машин.</w:t>
      </w:r>
    </w:p>
    <w:p w:rsidR="00D117AB" w:rsidRPr="006C4CE9" w:rsidRDefault="00D117AB" w:rsidP="00D117AB">
      <w:pPr>
        <w:autoSpaceDE w:val="0"/>
        <w:autoSpaceDN w:val="0"/>
        <w:spacing w:before="70" w:after="0" w:line="230" w:lineRule="auto"/>
        <w:ind w:left="180"/>
        <w:rPr>
          <w:lang w:val="ru-RU"/>
        </w:rPr>
      </w:pPr>
      <w:r w:rsidRPr="006C4CE9">
        <w:rPr>
          <w:rFonts w:ascii="Times New Roman" w:eastAsia="Times New Roman" w:hAnsi="Times New Roman"/>
          <w:color w:val="000000"/>
          <w:sz w:val="24"/>
          <w:lang w:val="ru-RU"/>
        </w:rPr>
        <w:t>Изображение лица человека. Строение, пропорции, взаиморасположение частей лица.</w:t>
      </w:r>
    </w:p>
    <w:p w:rsidR="00D117AB" w:rsidRPr="006C4CE9" w:rsidRDefault="00D117AB" w:rsidP="00D117AB">
      <w:pPr>
        <w:tabs>
          <w:tab w:val="left" w:pos="180"/>
        </w:tabs>
        <w:autoSpaceDE w:val="0"/>
        <w:autoSpaceDN w:val="0"/>
        <w:spacing w:before="70" w:after="0" w:line="262" w:lineRule="auto"/>
        <w:rPr>
          <w:lang w:val="ru-RU"/>
        </w:rPr>
      </w:pPr>
      <w:r w:rsidRPr="006C4CE9">
        <w:rPr>
          <w:lang w:val="ru-RU"/>
        </w:rPr>
        <w:tab/>
      </w:r>
      <w:r w:rsidRPr="006C4CE9">
        <w:rPr>
          <w:rFonts w:ascii="Times New Roman" w:eastAsia="Times New Roman" w:hAnsi="Times New Roman"/>
          <w:color w:val="000000"/>
          <w:sz w:val="24"/>
          <w:lang w:val="ru-RU"/>
        </w:rPr>
        <w:t>Эскиз маски для маскарада: изображение лица — маски персонажа с ярко выраженным характером. Аппликация из цветной бумаги.</w:t>
      </w:r>
    </w:p>
    <w:p w:rsidR="00D117AB" w:rsidRPr="006C4CE9" w:rsidRDefault="00D117AB" w:rsidP="00D117AB">
      <w:pPr>
        <w:tabs>
          <w:tab w:val="left" w:pos="180"/>
        </w:tabs>
        <w:autoSpaceDE w:val="0"/>
        <w:autoSpaceDN w:val="0"/>
        <w:spacing w:before="190" w:after="0" w:line="271" w:lineRule="auto"/>
        <w:ind w:right="432"/>
        <w:rPr>
          <w:lang w:val="ru-RU"/>
        </w:rPr>
      </w:pPr>
      <w:r w:rsidRPr="006C4CE9">
        <w:rPr>
          <w:lang w:val="ru-RU"/>
        </w:rPr>
        <w:tab/>
      </w:r>
      <w:r w:rsidRPr="006C4CE9">
        <w:rPr>
          <w:rFonts w:ascii="Times New Roman" w:eastAsia="Times New Roman" w:hAnsi="Times New Roman"/>
          <w:b/>
          <w:color w:val="000000"/>
          <w:sz w:val="24"/>
          <w:lang w:val="ru-RU"/>
        </w:rPr>
        <w:t>Модуль «Живопись»</w:t>
      </w:r>
      <w:r w:rsidRPr="006C4CE9">
        <w:rPr>
          <w:lang w:val="ru-RU"/>
        </w:rPr>
        <w:br/>
      </w:r>
      <w:r w:rsidRPr="006C4CE9">
        <w:rPr>
          <w:lang w:val="ru-RU"/>
        </w:rPr>
        <w:tab/>
      </w:r>
      <w:r w:rsidRPr="006C4CE9">
        <w:rPr>
          <w:rFonts w:ascii="Times New Roman" w:eastAsia="Times New Roman" w:hAnsi="Times New Roman"/>
          <w:color w:val="000000"/>
          <w:sz w:val="24"/>
          <w:lang w:val="ru-RU"/>
        </w:rPr>
        <w:t>Создание сюжетной композиции «В цирке», использование гуаши или карандаша и акварели (по памяти и представлению).</w:t>
      </w:r>
    </w:p>
    <w:p w:rsidR="00D117AB" w:rsidRPr="006C4CE9" w:rsidRDefault="00D117AB" w:rsidP="00D117AB">
      <w:pPr>
        <w:tabs>
          <w:tab w:val="left" w:pos="180"/>
        </w:tabs>
        <w:autoSpaceDE w:val="0"/>
        <w:autoSpaceDN w:val="0"/>
        <w:spacing w:before="70" w:after="0" w:line="262" w:lineRule="auto"/>
        <w:ind w:right="432"/>
        <w:rPr>
          <w:lang w:val="ru-RU"/>
        </w:rPr>
      </w:pPr>
      <w:r w:rsidRPr="006C4CE9">
        <w:rPr>
          <w:lang w:val="ru-RU"/>
        </w:rPr>
        <w:tab/>
      </w:r>
      <w:r w:rsidRPr="006C4CE9">
        <w:rPr>
          <w:rFonts w:ascii="Times New Roman" w:eastAsia="Times New Roman" w:hAnsi="Times New Roman"/>
          <w:color w:val="000000"/>
          <w:sz w:val="24"/>
          <w:lang w:val="ru-RU"/>
        </w:rPr>
        <w:t>Художник в театре: эскиз занавеса (или декораций сцены) для спектакля со сказочным сюжетом (сказка по выбору).</w:t>
      </w:r>
    </w:p>
    <w:p w:rsidR="00D117AB" w:rsidRPr="006C4CE9" w:rsidRDefault="00D117AB" w:rsidP="00D117AB">
      <w:pPr>
        <w:tabs>
          <w:tab w:val="left" w:pos="180"/>
        </w:tabs>
        <w:autoSpaceDE w:val="0"/>
        <w:autoSpaceDN w:val="0"/>
        <w:spacing w:before="70" w:after="0" w:line="262" w:lineRule="auto"/>
        <w:rPr>
          <w:lang w:val="ru-RU"/>
        </w:rPr>
      </w:pPr>
      <w:r w:rsidRPr="006C4CE9">
        <w:rPr>
          <w:lang w:val="ru-RU"/>
        </w:rPr>
        <w:tab/>
      </w:r>
      <w:r w:rsidRPr="006C4CE9">
        <w:rPr>
          <w:rFonts w:ascii="Times New Roman" w:eastAsia="Times New Roman" w:hAnsi="Times New Roman"/>
          <w:color w:val="000000"/>
          <w:sz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rsidR="00D117AB" w:rsidRPr="006C4CE9" w:rsidRDefault="00D117AB" w:rsidP="00D117AB">
      <w:pPr>
        <w:tabs>
          <w:tab w:val="left" w:pos="180"/>
        </w:tabs>
        <w:autoSpaceDE w:val="0"/>
        <w:autoSpaceDN w:val="0"/>
        <w:spacing w:before="70" w:after="0" w:line="262" w:lineRule="auto"/>
        <w:ind w:right="288"/>
        <w:rPr>
          <w:lang w:val="ru-RU"/>
        </w:rPr>
      </w:pPr>
      <w:r w:rsidRPr="006C4CE9">
        <w:rPr>
          <w:lang w:val="ru-RU"/>
        </w:rPr>
        <w:tab/>
      </w:r>
      <w:r w:rsidRPr="006C4CE9">
        <w:rPr>
          <w:rFonts w:ascii="Times New Roman" w:eastAsia="Times New Roman" w:hAnsi="Times New Roman"/>
          <w:color w:val="000000"/>
          <w:sz w:val="24"/>
          <w:lang w:val="ru-RU"/>
        </w:rPr>
        <w:t>Натюрморт из простых предметов с натуры или по представлению. «Натюрморт-автопортрет» из предметов, характеризующих личность ученика.</w:t>
      </w:r>
    </w:p>
    <w:p w:rsidR="00D117AB" w:rsidRPr="006C4CE9" w:rsidRDefault="00D117AB" w:rsidP="00D117AB">
      <w:pPr>
        <w:autoSpaceDE w:val="0"/>
        <w:autoSpaceDN w:val="0"/>
        <w:spacing w:before="70" w:after="0" w:line="271" w:lineRule="auto"/>
        <w:ind w:right="432" w:firstLine="180"/>
        <w:rPr>
          <w:lang w:val="ru-RU"/>
        </w:rPr>
      </w:pPr>
      <w:r w:rsidRPr="006C4CE9">
        <w:rPr>
          <w:rFonts w:ascii="Times New Roman" w:eastAsia="Times New Roman" w:hAnsi="Times New Roman"/>
          <w:color w:val="000000"/>
          <w:sz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D117AB" w:rsidRPr="006C4CE9" w:rsidRDefault="00D117AB" w:rsidP="00D117AB">
      <w:pPr>
        <w:autoSpaceDE w:val="0"/>
        <w:autoSpaceDN w:val="0"/>
        <w:spacing w:before="70" w:after="0" w:line="281" w:lineRule="auto"/>
        <w:ind w:right="144" w:firstLine="180"/>
        <w:rPr>
          <w:lang w:val="ru-RU"/>
        </w:rPr>
      </w:pPr>
      <w:r w:rsidRPr="006C4CE9">
        <w:rPr>
          <w:rFonts w:ascii="Times New Roman" w:eastAsia="Times New Roman" w:hAnsi="Times New Roman"/>
          <w:color w:val="000000"/>
          <w:sz w:val="24"/>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117AB" w:rsidRPr="006C4CE9" w:rsidRDefault="00D117AB" w:rsidP="00D117AB">
      <w:pPr>
        <w:tabs>
          <w:tab w:val="left" w:pos="180"/>
        </w:tabs>
        <w:autoSpaceDE w:val="0"/>
        <w:autoSpaceDN w:val="0"/>
        <w:spacing w:before="192" w:after="0" w:line="271" w:lineRule="auto"/>
        <w:ind w:right="720"/>
        <w:rPr>
          <w:lang w:val="ru-RU"/>
        </w:rPr>
      </w:pPr>
      <w:r w:rsidRPr="006C4CE9">
        <w:rPr>
          <w:lang w:val="ru-RU"/>
        </w:rPr>
        <w:tab/>
      </w:r>
      <w:r w:rsidRPr="006C4CE9">
        <w:rPr>
          <w:rFonts w:ascii="Times New Roman" w:eastAsia="Times New Roman" w:hAnsi="Times New Roman"/>
          <w:b/>
          <w:color w:val="000000"/>
          <w:sz w:val="24"/>
          <w:lang w:val="ru-RU"/>
        </w:rPr>
        <w:t>Модуль «Скульптура»</w:t>
      </w:r>
      <w:r w:rsidRPr="006C4CE9">
        <w:rPr>
          <w:lang w:val="ru-RU"/>
        </w:rPr>
        <w:br/>
      </w:r>
      <w:r w:rsidRPr="006C4CE9">
        <w:rPr>
          <w:lang w:val="ru-RU"/>
        </w:rPr>
        <w:tab/>
      </w:r>
      <w:r w:rsidRPr="006C4CE9">
        <w:rPr>
          <w:rFonts w:ascii="Times New Roman" w:eastAsia="Times New Roman" w:hAnsi="Times New Roman"/>
          <w:color w:val="000000"/>
          <w:sz w:val="24"/>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117AB" w:rsidRPr="006C4CE9" w:rsidRDefault="00D117AB" w:rsidP="00D117AB">
      <w:pPr>
        <w:tabs>
          <w:tab w:val="left" w:pos="180"/>
        </w:tabs>
        <w:autoSpaceDE w:val="0"/>
        <w:autoSpaceDN w:val="0"/>
        <w:spacing w:before="70" w:after="0" w:line="262" w:lineRule="auto"/>
        <w:ind w:right="576"/>
        <w:rPr>
          <w:lang w:val="ru-RU"/>
        </w:rPr>
      </w:pPr>
      <w:r w:rsidRPr="006C4CE9">
        <w:rPr>
          <w:lang w:val="ru-RU"/>
        </w:rPr>
        <w:lastRenderedPageBreak/>
        <w:tab/>
      </w:r>
      <w:r w:rsidRPr="006C4CE9">
        <w:rPr>
          <w:rFonts w:ascii="Times New Roman" w:eastAsia="Times New Roman" w:hAnsi="Times New Roman"/>
          <w:color w:val="000000"/>
          <w:sz w:val="24"/>
          <w:lang w:val="ru-RU"/>
        </w:rPr>
        <w:t>Лепка сказочного персонажа на основе сюжета известной сказки или создание этого персонажа путём бумагопластики.</w:t>
      </w:r>
    </w:p>
    <w:p w:rsidR="00D117AB" w:rsidRPr="006C4CE9" w:rsidRDefault="00D117AB" w:rsidP="00D117AB">
      <w:pPr>
        <w:tabs>
          <w:tab w:val="left" w:pos="180"/>
        </w:tabs>
        <w:autoSpaceDE w:val="0"/>
        <w:autoSpaceDN w:val="0"/>
        <w:spacing w:before="70" w:after="0" w:line="262" w:lineRule="auto"/>
        <w:ind w:right="1296"/>
        <w:rPr>
          <w:lang w:val="ru-RU"/>
        </w:rPr>
      </w:pPr>
      <w:r w:rsidRPr="006C4CE9">
        <w:rPr>
          <w:lang w:val="ru-RU"/>
        </w:rPr>
        <w:tab/>
      </w:r>
      <w:r w:rsidRPr="006C4CE9">
        <w:rPr>
          <w:rFonts w:ascii="Times New Roman" w:eastAsia="Times New Roman" w:hAnsi="Times New Roman"/>
          <w:color w:val="000000"/>
          <w:sz w:val="24"/>
          <w:lang w:val="ru-RU"/>
        </w:rPr>
        <w:t>Освоение знаний о видах скульптуры (по назначению) и жанрах скульптуры (по сюжету изображения).</w:t>
      </w:r>
    </w:p>
    <w:p w:rsidR="00D117AB" w:rsidRPr="006C4CE9" w:rsidRDefault="00D117AB" w:rsidP="00D117AB">
      <w:pPr>
        <w:tabs>
          <w:tab w:val="left" w:pos="180"/>
        </w:tabs>
        <w:autoSpaceDE w:val="0"/>
        <w:autoSpaceDN w:val="0"/>
        <w:spacing w:before="70" w:after="0" w:line="262" w:lineRule="auto"/>
        <w:ind w:right="1008"/>
        <w:rPr>
          <w:lang w:val="ru-RU"/>
        </w:rPr>
      </w:pPr>
      <w:r w:rsidRPr="006C4CE9">
        <w:rPr>
          <w:lang w:val="ru-RU"/>
        </w:rPr>
        <w:tab/>
      </w:r>
      <w:r w:rsidRPr="006C4CE9">
        <w:rPr>
          <w:rFonts w:ascii="Times New Roman" w:eastAsia="Times New Roman" w:hAnsi="Times New Roman"/>
          <w:color w:val="000000"/>
          <w:sz w:val="24"/>
          <w:lang w:val="ru-RU"/>
        </w:rPr>
        <w:t>Лепка эскиза парковой скульптуры. Выражение пластики движения в скульптуре. Работа с пластилином или глиной.</w:t>
      </w:r>
    </w:p>
    <w:p w:rsidR="00D117AB" w:rsidRPr="006C4CE9" w:rsidRDefault="00D117AB" w:rsidP="00D117AB">
      <w:pPr>
        <w:tabs>
          <w:tab w:val="left" w:pos="180"/>
        </w:tabs>
        <w:autoSpaceDE w:val="0"/>
        <w:autoSpaceDN w:val="0"/>
        <w:spacing w:before="190" w:after="0"/>
        <w:ind w:right="576"/>
        <w:rPr>
          <w:lang w:val="ru-RU"/>
        </w:rPr>
      </w:pPr>
      <w:r w:rsidRPr="006C4CE9">
        <w:rPr>
          <w:lang w:val="ru-RU"/>
        </w:rPr>
        <w:tab/>
      </w:r>
      <w:r w:rsidRPr="006C4CE9">
        <w:rPr>
          <w:rFonts w:ascii="Times New Roman" w:eastAsia="Times New Roman" w:hAnsi="Times New Roman"/>
          <w:b/>
          <w:color w:val="000000"/>
          <w:sz w:val="24"/>
          <w:lang w:val="ru-RU"/>
        </w:rPr>
        <w:t>Модуль «Декоративно-прикладное искусство»</w:t>
      </w:r>
      <w:r w:rsidRPr="006C4CE9">
        <w:rPr>
          <w:lang w:val="ru-RU"/>
        </w:rPr>
        <w:br/>
      </w:r>
      <w:r w:rsidRPr="006C4CE9">
        <w:rPr>
          <w:lang w:val="ru-RU"/>
        </w:rPr>
        <w:tab/>
      </w:r>
      <w:r w:rsidRPr="006C4CE9">
        <w:rPr>
          <w:rFonts w:ascii="Times New Roman" w:eastAsia="Times New Roman" w:hAnsi="Times New Roman"/>
          <w:color w:val="000000"/>
          <w:sz w:val="24"/>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D117AB" w:rsidRPr="006C4CE9" w:rsidRDefault="00D117AB" w:rsidP="00D117AB">
      <w:pPr>
        <w:rPr>
          <w:lang w:val="ru-RU"/>
        </w:rPr>
        <w:sectPr w:rsidR="00D117AB" w:rsidRPr="006C4CE9">
          <w:pgSz w:w="11900" w:h="16840"/>
          <w:pgMar w:top="298" w:right="650" w:bottom="444" w:left="666" w:header="720" w:footer="720" w:gutter="0"/>
          <w:cols w:space="720" w:equalWidth="0">
            <w:col w:w="10584" w:space="0"/>
          </w:cols>
          <w:docGrid w:linePitch="360"/>
        </w:sectPr>
      </w:pPr>
    </w:p>
    <w:p w:rsidR="00D117AB" w:rsidRPr="006C4CE9" w:rsidRDefault="00D117AB" w:rsidP="00D117AB">
      <w:pPr>
        <w:autoSpaceDE w:val="0"/>
        <w:autoSpaceDN w:val="0"/>
        <w:spacing w:after="78" w:line="220" w:lineRule="exact"/>
        <w:rPr>
          <w:lang w:val="ru-RU"/>
        </w:rPr>
      </w:pPr>
    </w:p>
    <w:p w:rsidR="00D117AB" w:rsidRPr="006C4CE9" w:rsidRDefault="00D117AB" w:rsidP="00D117AB">
      <w:pPr>
        <w:tabs>
          <w:tab w:val="left" w:pos="180"/>
        </w:tabs>
        <w:autoSpaceDE w:val="0"/>
        <w:autoSpaceDN w:val="0"/>
        <w:spacing w:after="0" w:line="262" w:lineRule="auto"/>
        <w:ind w:right="576"/>
        <w:rPr>
          <w:lang w:val="ru-RU"/>
        </w:rPr>
      </w:pPr>
      <w:r w:rsidRPr="006C4CE9">
        <w:rPr>
          <w:lang w:val="ru-RU"/>
        </w:rPr>
        <w:tab/>
      </w:r>
      <w:r w:rsidRPr="006C4CE9">
        <w:rPr>
          <w:rFonts w:ascii="Times New Roman" w:eastAsia="Times New Roman" w:hAnsi="Times New Roman"/>
          <w:color w:val="000000"/>
          <w:sz w:val="24"/>
          <w:lang w:val="ru-RU"/>
        </w:rPr>
        <w:t>Эскизы орнаментов для росписи тканей. Раппорт. Трафарет и создание орнамента при помощи печаток или штампов.</w:t>
      </w:r>
    </w:p>
    <w:p w:rsidR="00D117AB" w:rsidRPr="006C4CE9" w:rsidRDefault="00D117AB" w:rsidP="00D117AB">
      <w:pPr>
        <w:autoSpaceDE w:val="0"/>
        <w:autoSpaceDN w:val="0"/>
        <w:spacing w:before="70" w:after="0" w:line="271" w:lineRule="auto"/>
        <w:ind w:firstLine="180"/>
        <w:rPr>
          <w:lang w:val="ru-RU"/>
        </w:rPr>
      </w:pPr>
      <w:r w:rsidRPr="006C4CE9">
        <w:rPr>
          <w:rFonts w:ascii="Times New Roman" w:eastAsia="Times New Roman" w:hAnsi="Times New Roman"/>
          <w:color w:val="000000"/>
          <w:sz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117AB" w:rsidRPr="006C4CE9" w:rsidRDefault="00D117AB" w:rsidP="00D117AB">
      <w:pPr>
        <w:tabs>
          <w:tab w:val="left" w:pos="180"/>
        </w:tabs>
        <w:autoSpaceDE w:val="0"/>
        <w:autoSpaceDN w:val="0"/>
        <w:spacing w:before="70" w:after="0" w:line="262" w:lineRule="auto"/>
        <w:rPr>
          <w:lang w:val="ru-RU"/>
        </w:rPr>
      </w:pPr>
      <w:r w:rsidRPr="006C4CE9">
        <w:rPr>
          <w:lang w:val="ru-RU"/>
        </w:rPr>
        <w:tab/>
      </w:r>
      <w:r w:rsidRPr="006C4CE9">
        <w:rPr>
          <w:rFonts w:ascii="Times New Roman" w:eastAsia="Times New Roman" w:hAnsi="Times New Roman"/>
          <w:color w:val="000000"/>
          <w:sz w:val="24"/>
          <w:lang w:val="ru-RU"/>
        </w:rPr>
        <w:t>Проектирование (эскизы) декоративных украшений в городе: ажурные ограды, украшения фонарей, скамеек, киосков, подставок для цветов и др.</w:t>
      </w:r>
    </w:p>
    <w:p w:rsidR="00D117AB" w:rsidRPr="006C4CE9" w:rsidRDefault="00D117AB" w:rsidP="00D117AB">
      <w:pPr>
        <w:tabs>
          <w:tab w:val="left" w:pos="180"/>
        </w:tabs>
        <w:autoSpaceDE w:val="0"/>
        <w:autoSpaceDN w:val="0"/>
        <w:spacing w:before="190" w:after="0" w:line="271" w:lineRule="auto"/>
        <w:rPr>
          <w:lang w:val="ru-RU"/>
        </w:rPr>
      </w:pPr>
      <w:r w:rsidRPr="006C4CE9">
        <w:rPr>
          <w:lang w:val="ru-RU"/>
        </w:rPr>
        <w:tab/>
      </w:r>
      <w:r w:rsidRPr="006C4CE9">
        <w:rPr>
          <w:rFonts w:ascii="Times New Roman" w:eastAsia="Times New Roman" w:hAnsi="Times New Roman"/>
          <w:b/>
          <w:color w:val="000000"/>
          <w:sz w:val="24"/>
          <w:lang w:val="ru-RU"/>
        </w:rPr>
        <w:t>Модуль «Архитектура»</w:t>
      </w:r>
      <w:r w:rsidRPr="006C4CE9">
        <w:rPr>
          <w:lang w:val="ru-RU"/>
        </w:rPr>
        <w:br/>
      </w:r>
      <w:r w:rsidRPr="006C4CE9">
        <w:rPr>
          <w:lang w:val="ru-RU"/>
        </w:rPr>
        <w:tab/>
      </w:r>
      <w:r w:rsidRPr="006C4CE9">
        <w:rPr>
          <w:rFonts w:ascii="Times New Roman" w:eastAsia="Times New Roman" w:hAnsi="Times New Roman"/>
          <w:color w:val="000000"/>
          <w:sz w:val="24"/>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D117AB" w:rsidRPr="006C4CE9" w:rsidRDefault="00D117AB" w:rsidP="00D117AB">
      <w:pPr>
        <w:tabs>
          <w:tab w:val="left" w:pos="180"/>
        </w:tabs>
        <w:autoSpaceDE w:val="0"/>
        <w:autoSpaceDN w:val="0"/>
        <w:spacing w:before="72" w:after="0" w:line="262" w:lineRule="auto"/>
        <w:ind w:right="432"/>
        <w:rPr>
          <w:lang w:val="ru-RU"/>
        </w:rPr>
      </w:pPr>
      <w:r w:rsidRPr="006C4CE9">
        <w:rPr>
          <w:lang w:val="ru-RU"/>
        </w:rPr>
        <w:tab/>
      </w:r>
      <w:r w:rsidRPr="006C4CE9">
        <w:rPr>
          <w:rFonts w:ascii="Times New Roman" w:eastAsia="Times New Roman" w:hAnsi="Times New Roman"/>
          <w:color w:val="000000"/>
          <w:sz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D117AB" w:rsidRPr="006C4CE9" w:rsidRDefault="00D117AB" w:rsidP="00D117AB">
      <w:pPr>
        <w:autoSpaceDE w:val="0"/>
        <w:autoSpaceDN w:val="0"/>
        <w:spacing w:before="70" w:after="0" w:line="271" w:lineRule="auto"/>
        <w:ind w:firstLine="180"/>
        <w:rPr>
          <w:lang w:val="ru-RU"/>
        </w:rPr>
      </w:pPr>
      <w:r w:rsidRPr="006C4CE9">
        <w:rPr>
          <w:rFonts w:ascii="Times New Roman" w:eastAsia="Times New Roman" w:hAnsi="Times New Roman"/>
          <w:color w:val="000000"/>
          <w:sz w:val="24"/>
          <w:lang w:val="ru-RU"/>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117AB" w:rsidRPr="006C4CE9" w:rsidRDefault="00D117AB" w:rsidP="00D117AB">
      <w:pPr>
        <w:tabs>
          <w:tab w:val="left" w:pos="180"/>
        </w:tabs>
        <w:autoSpaceDE w:val="0"/>
        <w:autoSpaceDN w:val="0"/>
        <w:spacing w:before="190" w:after="0" w:line="271" w:lineRule="auto"/>
        <w:rPr>
          <w:lang w:val="ru-RU"/>
        </w:rPr>
      </w:pPr>
      <w:r w:rsidRPr="006C4CE9">
        <w:rPr>
          <w:lang w:val="ru-RU"/>
        </w:rPr>
        <w:tab/>
      </w:r>
      <w:r w:rsidRPr="006C4CE9">
        <w:rPr>
          <w:rFonts w:ascii="Times New Roman" w:eastAsia="Times New Roman" w:hAnsi="Times New Roman"/>
          <w:b/>
          <w:color w:val="000000"/>
          <w:sz w:val="24"/>
          <w:lang w:val="ru-RU"/>
        </w:rPr>
        <w:t>Модуль «Восприятие произведений искусства»</w:t>
      </w:r>
      <w:r w:rsidRPr="006C4CE9">
        <w:rPr>
          <w:lang w:val="ru-RU"/>
        </w:rPr>
        <w:br/>
      </w:r>
      <w:r w:rsidRPr="006C4CE9">
        <w:rPr>
          <w:lang w:val="ru-RU"/>
        </w:rPr>
        <w:tab/>
      </w:r>
      <w:r w:rsidRPr="006C4CE9">
        <w:rPr>
          <w:rFonts w:ascii="Times New Roman" w:eastAsia="Times New Roman" w:hAnsi="Times New Roman"/>
          <w:color w:val="000000"/>
          <w:sz w:val="24"/>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D117AB" w:rsidRPr="006C4CE9" w:rsidRDefault="00D117AB" w:rsidP="00D117AB">
      <w:pPr>
        <w:autoSpaceDE w:val="0"/>
        <w:autoSpaceDN w:val="0"/>
        <w:spacing w:before="70" w:after="0" w:line="271" w:lineRule="auto"/>
        <w:ind w:right="720" w:firstLine="180"/>
        <w:rPr>
          <w:lang w:val="ru-RU"/>
        </w:rPr>
      </w:pPr>
      <w:r w:rsidRPr="006C4CE9">
        <w:rPr>
          <w:rFonts w:ascii="Times New Roman" w:eastAsia="Times New Roman" w:hAnsi="Times New Roman"/>
          <w:color w:val="000000"/>
          <w:sz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D117AB" w:rsidRPr="006C4CE9" w:rsidRDefault="00D117AB" w:rsidP="00D117AB">
      <w:pPr>
        <w:tabs>
          <w:tab w:val="left" w:pos="180"/>
        </w:tabs>
        <w:autoSpaceDE w:val="0"/>
        <w:autoSpaceDN w:val="0"/>
        <w:spacing w:before="70" w:after="0" w:line="262" w:lineRule="auto"/>
        <w:ind w:right="1152"/>
        <w:rPr>
          <w:lang w:val="ru-RU"/>
        </w:rPr>
      </w:pPr>
      <w:r w:rsidRPr="006C4CE9">
        <w:rPr>
          <w:lang w:val="ru-RU"/>
        </w:rPr>
        <w:tab/>
      </w:r>
      <w:r w:rsidRPr="006C4CE9">
        <w:rPr>
          <w:rFonts w:ascii="Times New Roman" w:eastAsia="Times New Roman" w:hAnsi="Times New Roman"/>
          <w:color w:val="000000"/>
          <w:sz w:val="24"/>
          <w:lang w:val="ru-RU"/>
        </w:rPr>
        <w:t>Виртуальное путешествие: памятники архитектуры в Москве и Санкт-Петербурге (обзор памятников по выбору учителя).</w:t>
      </w:r>
    </w:p>
    <w:p w:rsidR="00D117AB" w:rsidRPr="006C4CE9" w:rsidRDefault="00D117AB" w:rsidP="00D117AB">
      <w:pPr>
        <w:autoSpaceDE w:val="0"/>
        <w:autoSpaceDN w:val="0"/>
        <w:spacing w:before="70" w:after="0" w:line="281" w:lineRule="auto"/>
        <w:ind w:firstLine="180"/>
        <w:rPr>
          <w:lang w:val="ru-RU"/>
        </w:rPr>
      </w:pPr>
      <w:r w:rsidRPr="006C4CE9">
        <w:rPr>
          <w:rFonts w:ascii="Times New Roman" w:eastAsia="Times New Roman" w:hAnsi="Times New Roman"/>
          <w:color w:val="000000"/>
          <w:sz w:val="24"/>
          <w:lang w:val="ru-RU"/>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w:t>
      </w:r>
      <w:r w:rsidRPr="006C4CE9">
        <w:rPr>
          <w:lang w:val="ru-RU"/>
        </w:rPr>
        <w:br/>
      </w:r>
      <w:r w:rsidRPr="006C4CE9">
        <w:rPr>
          <w:rFonts w:ascii="Times New Roman" w:eastAsia="Times New Roman" w:hAnsi="Times New Roman"/>
          <w:color w:val="000000"/>
          <w:sz w:val="24"/>
          <w:lang w:val="ru-RU"/>
        </w:rPr>
        <w:t>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117AB" w:rsidRPr="006C4CE9" w:rsidRDefault="00D117AB" w:rsidP="00D117AB">
      <w:pPr>
        <w:tabs>
          <w:tab w:val="left" w:pos="180"/>
        </w:tabs>
        <w:autoSpaceDE w:val="0"/>
        <w:autoSpaceDN w:val="0"/>
        <w:spacing w:before="70" w:after="0" w:line="262" w:lineRule="auto"/>
        <w:ind w:right="432"/>
        <w:rPr>
          <w:lang w:val="ru-RU"/>
        </w:rPr>
      </w:pPr>
      <w:r w:rsidRPr="006C4CE9">
        <w:rPr>
          <w:lang w:val="ru-RU"/>
        </w:rPr>
        <w:tab/>
      </w:r>
      <w:r w:rsidRPr="006C4CE9">
        <w:rPr>
          <w:rFonts w:ascii="Times New Roman" w:eastAsia="Times New Roman" w:hAnsi="Times New Roman"/>
          <w:color w:val="000000"/>
          <w:sz w:val="24"/>
          <w:lang w:val="ru-RU"/>
        </w:rPr>
        <w:t>Знания о видах пространственных искусств: виды определяются по назначению произведений в жизни людей.</w:t>
      </w:r>
    </w:p>
    <w:p w:rsidR="00D117AB" w:rsidRPr="006C4CE9" w:rsidRDefault="00D117AB" w:rsidP="00D117AB">
      <w:pPr>
        <w:autoSpaceDE w:val="0"/>
        <w:autoSpaceDN w:val="0"/>
        <w:spacing w:before="72" w:after="0" w:line="271" w:lineRule="auto"/>
        <w:ind w:right="432" w:firstLine="180"/>
        <w:rPr>
          <w:lang w:val="ru-RU"/>
        </w:rPr>
      </w:pPr>
      <w:r w:rsidRPr="006C4CE9">
        <w:rPr>
          <w:rFonts w:ascii="Times New Roman" w:eastAsia="Times New Roman" w:hAnsi="Times New Roman"/>
          <w:color w:val="000000"/>
          <w:sz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D117AB" w:rsidRPr="006C4CE9" w:rsidRDefault="00D117AB" w:rsidP="00D117AB">
      <w:pPr>
        <w:tabs>
          <w:tab w:val="left" w:pos="180"/>
        </w:tabs>
        <w:autoSpaceDE w:val="0"/>
        <w:autoSpaceDN w:val="0"/>
        <w:spacing w:before="70" w:after="0" w:line="262" w:lineRule="auto"/>
        <w:rPr>
          <w:lang w:val="ru-RU"/>
        </w:rPr>
      </w:pPr>
      <w:r w:rsidRPr="006C4CE9">
        <w:rPr>
          <w:lang w:val="ru-RU"/>
        </w:rPr>
        <w:tab/>
      </w:r>
      <w:r w:rsidRPr="006C4CE9">
        <w:rPr>
          <w:rFonts w:ascii="Times New Roman" w:eastAsia="Times New Roman" w:hAnsi="Times New Roman"/>
          <w:color w:val="000000"/>
          <w:sz w:val="24"/>
          <w:lang w:val="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D117AB" w:rsidRPr="006C4CE9" w:rsidRDefault="00D117AB" w:rsidP="00D117AB">
      <w:pPr>
        <w:tabs>
          <w:tab w:val="left" w:pos="180"/>
        </w:tabs>
        <w:autoSpaceDE w:val="0"/>
        <w:autoSpaceDN w:val="0"/>
        <w:spacing w:before="70" w:after="0" w:line="262" w:lineRule="auto"/>
        <w:ind w:right="288"/>
        <w:rPr>
          <w:lang w:val="ru-RU"/>
        </w:rPr>
      </w:pPr>
      <w:r w:rsidRPr="006C4CE9">
        <w:rPr>
          <w:lang w:val="ru-RU"/>
        </w:rPr>
        <w:tab/>
      </w:r>
      <w:r w:rsidRPr="006C4CE9">
        <w:rPr>
          <w:rFonts w:ascii="Times New Roman" w:eastAsia="Times New Roman" w:hAnsi="Times New Roman"/>
          <w:color w:val="000000"/>
          <w:sz w:val="24"/>
          <w:lang w:val="ru-RU"/>
        </w:rPr>
        <w:t>Представления о произведениях крупнейших отечественных портретистов: В. И. Сурикова, И. Е. Репина, В. А. Серова и др.</w:t>
      </w:r>
    </w:p>
    <w:p w:rsidR="00D117AB" w:rsidRPr="006C4CE9" w:rsidRDefault="00D117AB" w:rsidP="00D117AB">
      <w:pPr>
        <w:tabs>
          <w:tab w:val="left" w:pos="180"/>
        </w:tabs>
        <w:autoSpaceDE w:val="0"/>
        <w:autoSpaceDN w:val="0"/>
        <w:spacing w:before="190" w:after="0" w:line="281" w:lineRule="auto"/>
        <w:ind w:right="432"/>
        <w:rPr>
          <w:lang w:val="ru-RU"/>
        </w:rPr>
      </w:pPr>
      <w:r w:rsidRPr="006C4CE9">
        <w:rPr>
          <w:lang w:val="ru-RU"/>
        </w:rPr>
        <w:tab/>
      </w:r>
      <w:r w:rsidRPr="006C4CE9">
        <w:rPr>
          <w:rFonts w:ascii="Times New Roman" w:eastAsia="Times New Roman" w:hAnsi="Times New Roman"/>
          <w:b/>
          <w:color w:val="000000"/>
          <w:sz w:val="24"/>
          <w:lang w:val="ru-RU"/>
        </w:rPr>
        <w:t>Модуль «Азбука цифровой графики»</w:t>
      </w:r>
      <w:r w:rsidRPr="006C4CE9">
        <w:rPr>
          <w:lang w:val="ru-RU"/>
        </w:rPr>
        <w:br/>
      </w:r>
      <w:r w:rsidRPr="006C4CE9">
        <w:rPr>
          <w:lang w:val="ru-RU"/>
        </w:rPr>
        <w:tab/>
      </w:r>
      <w:r w:rsidRPr="006C4CE9">
        <w:rPr>
          <w:rFonts w:ascii="Times New Roman" w:eastAsia="Times New Roman" w:hAnsi="Times New Roman"/>
          <w:color w:val="000000"/>
          <w:sz w:val="24"/>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D117AB" w:rsidRPr="006C4CE9" w:rsidRDefault="00D117AB" w:rsidP="00D117AB">
      <w:pPr>
        <w:autoSpaceDE w:val="0"/>
        <w:autoSpaceDN w:val="0"/>
        <w:spacing w:before="70" w:after="0" w:line="262" w:lineRule="auto"/>
        <w:ind w:right="432"/>
        <w:jc w:val="center"/>
        <w:rPr>
          <w:lang w:val="ru-RU"/>
        </w:rPr>
      </w:pPr>
      <w:r w:rsidRPr="006C4CE9">
        <w:rPr>
          <w:rFonts w:ascii="Times New Roman" w:eastAsia="Times New Roman" w:hAnsi="Times New Roman"/>
          <w:color w:val="000000"/>
          <w:sz w:val="24"/>
          <w:lang w:val="ru-RU"/>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w:t>
      </w:r>
      <w:proofErr w:type="gramStart"/>
      <w:r w:rsidRPr="006C4CE9">
        <w:rPr>
          <w:rFonts w:ascii="Times New Roman" w:eastAsia="Times New Roman" w:hAnsi="Times New Roman"/>
          <w:color w:val="000000"/>
          <w:sz w:val="24"/>
          <w:lang w:val="ru-RU"/>
        </w:rPr>
        <w:t>в</w:t>
      </w:r>
      <w:proofErr w:type="gramEnd"/>
    </w:p>
    <w:p w:rsidR="00D117AB" w:rsidRPr="006C4CE9" w:rsidRDefault="00D117AB" w:rsidP="00D117AB">
      <w:pPr>
        <w:rPr>
          <w:lang w:val="ru-RU"/>
        </w:rPr>
        <w:sectPr w:rsidR="00D117AB" w:rsidRPr="006C4CE9">
          <w:pgSz w:w="11900" w:h="16840"/>
          <w:pgMar w:top="298" w:right="666" w:bottom="416" w:left="666" w:header="720" w:footer="720" w:gutter="0"/>
          <w:cols w:space="720" w:equalWidth="0">
            <w:col w:w="10568" w:space="0"/>
          </w:cols>
          <w:docGrid w:linePitch="360"/>
        </w:sectPr>
      </w:pPr>
    </w:p>
    <w:p w:rsidR="00D117AB" w:rsidRPr="006C4CE9" w:rsidRDefault="00D117AB" w:rsidP="00D117AB">
      <w:pPr>
        <w:autoSpaceDE w:val="0"/>
        <w:autoSpaceDN w:val="0"/>
        <w:spacing w:after="66" w:line="220" w:lineRule="exact"/>
        <w:rPr>
          <w:lang w:val="ru-RU"/>
        </w:rPr>
      </w:pPr>
    </w:p>
    <w:p w:rsidR="00D117AB" w:rsidRPr="006C4CE9" w:rsidRDefault="00D117AB" w:rsidP="00D117AB">
      <w:pPr>
        <w:autoSpaceDE w:val="0"/>
        <w:autoSpaceDN w:val="0"/>
        <w:spacing w:after="0" w:line="230" w:lineRule="auto"/>
        <w:rPr>
          <w:lang w:val="ru-RU"/>
        </w:rPr>
      </w:pPr>
      <w:proofErr w:type="gramStart"/>
      <w:r w:rsidRPr="006C4CE9">
        <w:rPr>
          <w:rFonts w:ascii="Times New Roman" w:eastAsia="Times New Roman" w:hAnsi="Times New Roman"/>
          <w:color w:val="000000"/>
          <w:sz w:val="24"/>
          <w:lang w:val="ru-RU"/>
        </w:rPr>
        <w:t>основе</w:t>
      </w:r>
      <w:proofErr w:type="gramEnd"/>
      <w:r w:rsidRPr="006C4CE9">
        <w:rPr>
          <w:rFonts w:ascii="Times New Roman" w:eastAsia="Times New Roman" w:hAnsi="Times New Roman"/>
          <w:color w:val="000000"/>
          <w:sz w:val="24"/>
          <w:lang w:val="ru-RU"/>
        </w:rPr>
        <w:t xml:space="preserve"> которого раппорт. Вариативное создание орнаментов на основе одного и того же элемента.</w:t>
      </w:r>
    </w:p>
    <w:p w:rsidR="00D117AB" w:rsidRPr="006C4CE9" w:rsidRDefault="00D117AB" w:rsidP="00D117AB">
      <w:pPr>
        <w:tabs>
          <w:tab w:val="left" w:pos="180"/>
        </w:tabs>
        <w:autoSpaceDE w:val="0"/>
        <w:autoSpaceDN w:val="0"/>
        <w:spacing w:before="70" w:after="0" w:line="271" w:lineRule="auto"/>
        <w:ind w:right="144"/>
        <w:rPr>
          <w:lang w:val="ru-RU"/>
        </w:rPr>
      </w:pPr>
      <w:r w:rsidRPr="006C4CE9">
        <w:rPr>
          <w:lang w:val="ru-RU"/>
        </w:rPr>
        <w:tab/>
      </w:r>
      <w:r w:rsidRPr="006C4CE9">
        <w:rPr>
          <w:rFonts w:ascii="Times New Roman" w:eastAsia="Times New Roman" w:hAnsi="Times New Roman"/>
          <w:color w:val="000000"/>
          <w:sz w:val="24"/>
          <w:lang w:val="ru-RU"/>
        </w:rPr>
        <w:t xml:space="preserve">Изображение и изучение мимики лица в программе </w:t>
      </w:r>
      <w:r>
        <w:rPr>
          <w:rFonts w:ascii="Times New Roman" w:eastAsia="Times New Roman" w:hAnsi="Times New Roman"/>
          <w:color w:val="000000"/>
          <w:sz w:val="24"/>
        </w:rPr>
        <w:t>Paint</w:t>
      </w:r>
      <w:r w:rsidRPr="006C4CE9">
        <w:rPr>
          <w:rFonts w:ascii="Times New Roman" w:eastAsia="Times New Roman" w:hAnsi="Times New Roman"/>
          <w:color w:val="000000"/>
          <w:sz w:val="24"/>
          <w:lang w:val="ru-RU"/>
        </w:rPr>
        <w:t xml:space="preserve"> (или другом графическом редакторе). </w:t>
      </w:r>
      <w:r w:rsidRPr="006C4CE9">
        <w:rPr>
          <w:lang w:val="ru-RU"/>
        </w:rPr>
        <w:tab/>
      </w:r>
      <w:r w:rsidRPr="006C4CE9">
        <w:rPr>
          <w:rFonts w:ascii="Times New Roman" w:eastAsia="Times New Roman" w:hAnsi="Times New Roman"/>
          <w:color w:val="000000"/>
          <w:sz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117AB" w:rsidRPr="006C4CE9" w:rsidRDefault="00D117AB" w:rsidP="00D117AB">
      <w:pPr>
        <w:tabs>
          <w:tab w:val="left" w:pos="180"/>
        </w:tabs>
        <w:autoSpaceDE w:val="0"/>
        <w:autoSpaceDN w:val="0"/>
        <w:spacing w:before="70" w:after="0" w:line="262" w:lineRule="auto"/>
        <w:ind w:right="1008"/>
        <w:rPr>
          <w:lang w:val="ru-RU"/>
        </w:rPr>
      </w:pPr>
      <w:r w:rsidRPr="006C4CE9">
        <w:rPr>
          <w:lang w:val="ru-RU"/>
        </w:rPr>
        <w:tab/>
      </w:r>
      <w:r w:rsidRPr="006C4CE9">
        <w:rPr>
          <w:rFonts w:ascii="Times New Roman" w:eastAsia="Times New Roman" w:hAnsi="Times New Roman"/>
          <w:color w:val="000000"/>
          <w:sz w:val="24"/>
          <w:lang w:val="ru-RU"/>
        </w:rPr>
        <w:t xml:space="preserve">Редактирование фотографий в программе </w:t>
      </w:r>
      <w:r>
        <w:rPr>
          <w:rFonts w:ascii="Times New Roman" w:eastAsia="Times New Roman" w:hAnsi="Times New Roman"/>
          <w:color w:val="000000"/>
          <w:sz w:val="24"/>
        </w:rPr>
        <w:t>Picture</w:t>
      </w:r>
      <w:r w:rsidRPr="006C4CE9">
        <w:rPr>
          <w:rFonts w:ascii="Times New Roman" w:eastAsia="Times New Roman" w:hAnsi="Times New Roman"/>
          <w:color w:val="000000"/>
          <w:sz w:val="24"/>
          <w:lang w:val="ru-RU"/>
        </w:rPr>
        <w:t xml:space="preserve"> </w:t>
      </w:r>
      <w:r>
        <w:rPr>
          <w:rFonts w:ascii="Times New Roman" w:eastAsia="Times New Roman" w:hAnsi="Times New Roman"/>
          <w:color w:val="000000"/>
          <w:sz w:val="24"/>
        </w:rPr>
        <w:t>Manager</w:t>
      </w:r>
      <w:r w:rsidRPr="006C4CE9">
        <w:rPr>
          <w:rFonts w:ascii="Times New Roman" w:eastAsia="Times New Roman" w:hAnsi="Times New Roman"/>
          <w:color w:val="000000"/>
          <w:sz w:val="24"/>
          <w:lang w:val="ru-RU"/>
        </w:rPr>
        <w:t>: изменение яркости, контраста, насыщенности цвета; обрезка, поворот, отражение.</w:t>
      </w:r>
    </w:p>
    <w:p w:rsidR="00D117AB" w:rsidRPr="006C4CE9" w:rsidRDefault="00D117AB" w:rsidP="00D117AB">
      <w:pPr>
        <w:autoSpaceDE w:val="0"/>
        <w:autoSpaceDN w:val="0"/>
        <w:spacing w:before="70" w:after="0" w:line="230" w:lineRule="auto"/>
        <w:ind w:left="180"/>
        <w:rPr>
          <w:lang w:val="ru-RU"/>
        </w:rPr>
      </w:pPr>
      <w:r w:rsidRPr="006C4CE9">
        <w:rPr>
          <w:rFonts w:ascii="Times New Roman" w:eastAsia="Times New Roman" w:hAnsi="Times New Roman"/>
          <w:color w:val="000000"/>
          <w:sz w:val="24"/>
          <w:lang w:val="ru-RU"/>
        </w:rPr>
        <w:t>Виртуальные путешествия в главные художественные музеи и музеи местные (по выбору учителя).</w:t>
      </w:r>
    </w:p>
    <w:p w:rsidR="00D117AB" w:rsidRPr="00DB121E" w:rsidRDefault="00D117AB">
      <w:pPr>
        <w:rPr>
          <w:lang w:val="ru-RU"/>
        </w:rPr>
        <w:sectPr w:rsidR="00D117AB" w:rsidRPr="00DB121E">
          <w:pgSz w:w="11900" w:h="16840"/>
          <w:pgMar w:top="298" w:right="678" w:bottom="1440" w:left="666" w:header="720" w:footer="720" w:gutter="0"/>
          <w:cols w:space="720" w:equalWidth="0">
            <w:col w:w="10556" w:space="0"/>
          </w:cols>
          <w:docGrid w:linePitch="360"/>
        </w:sectPr>
      </w:pPr>
    </w:p>
    <w:p w:rsidR="00943526" w:rsidRPr="00DB121E" w:rsidRDefault="00943526">
      <w:pPr>
        <w:autoSpaceDE w:val="0"/>
        <w:autoSpaceDN w:val="0"/>
        <w:spacing w:after="64" w:line="220" w:lineRule="exact"/>
        <w:rPr>
          <w:lang w:val="ru-RU"/>
        </w:rPr>
      </w:pPr>
    </w:p>
    <w:p w:rsidR="00943526" w:rsidRDefault="00DB121E">
      <w:pPr>
        <w:autoSpaceDE w:val="0"/>
        <w:autoSpaceDN w:val="0"/>
        <w:spacing w:after="92" w:line="374" w:lineRule="auto"/>
        <w:ind w:right="11952"/>
      </w:pPr>
      <w:r>
        <w:rPr>
          <w:rFonts w:ascii="Times New Roman" w:eastAsia="Times New Roman" w:hAnsi="Times New Roman"/>
          <w:b/>
          <w:color w:val="000000"/>
          <w:w w:val="101"/>
          <w:sz w:val="19"/>
        </w:rPr>
        <w:t xml:space="preserve">ТЕМАТИЧЕСКОЕ ПЛАНИРОВАНИЕ </w:t>
      </w:r>
      <w:r>
        <w:br/>
      </w:r>
      <w:r>
        <w:rPr>
          <w:rFonts w:ascii="Times New Roman" w:eastAsia="Times New Roman" w:hAnsi="Times New Roman"/>
          <w:b/>
          <w:color w:val="000000"/>
          <w:sz w:val="18"/>
        </w:rPr>
        <w:t>1 КЛАСС</w:t>
      </w:r>
    </w:p>
    <w:tbl>
      <w:tblPr>
        <w:tblW w:w="0" w:type="auto"/>
        <w:tblInd w:w="6" w:type="dxa"/>
        <w:tblLayout w:type="fixed"/>
        <w:tblLook w:val="04A0"/>
      </w:tblPr>
      <w:tblGrid>
        <w:gridCol w:w="468"/>
        <w:gridCol w:w="10362"/>
        <w:gridCol w:w="528"/>
        <w:gridCol w:w="1106"/>
        <w:gridCol w:w="1140"/>
        <w:gridCol w:w="1898"/>
      </w:tblGrid>
      <w:tr w:rsidR="00943526">
        <w:trPr>
          <w:trHeight w:hRule="exact" w:val="348"/>
        </w:trPr>
        <w:tc>
          <w:tcPr>
            <w:tcW w:w="468"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10362"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1898"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50" w:lineRule="auto"/>
              <w:ind w:left="72" w:right="576"/>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943526">
        <w:trPr>
          <w:trHeight w:hRule="exact" w:val="576"/>
        </w:trPr>
        <w:tc>
          <w:tcPr>
            <w:tcW w:w="2589" w:type="dxa"/>
            <w:vMerge/>
            <w:tcBorders>
              <w:top w:val="single" w:sz="4" w:space="0" w:color="000000"/>
              <w:left w:val="single" w:sz="4" w:space="0" w:color="000000"/>
              <w:bottom w:val="single" w:sz="5" w:space="0" w:color="000000"/>
              <w:right w:val="single" w:sz="4" w:space="0" w:color="000000"/>
            </w:tcBorders>
          </w:tcPr>
          <w:p w:rsidR="00943526" w:rsidRDefault="00943526"/>
        </w:tc>
        <w:tc>
          <w:tcPr>
            <w:tcW w:w="2589" w:type="dxa"/>
            <w:vMerge/>
            <w:tcBorders>
              <w:top w:val="single" w:sz="4" w:space="0" w:color="000000"/>
              <w:left w:val="single" w:sz="4" w:space="0" w:color="000000"/>
              <w:bottom w:val="single" w:sz="5" w:space="0" w:color="000000"/>
              <w:right w:val="single" w:sz="4" w:space="0" w:color="000000"/>
            </w:tcBorders>
          </w:tcPr>
          <w:p w:rsidR="00943526" w:rsidRDefault="00943526"/>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5" w:space="0" w:color="000000"/>
              <w:right w:val="single" w:sz="4" w:space="0" w:color="000000"/>
            </w:tcBorders>
          </w:tcPr>
          <w:p w:rsidR="00943526" w:rsidRDefault="00943526"/>
        </w:tc>
      </w:tr>
      <w:tr w:rsidR="00943526">
        <w:trPr>
          <w:trHeight w:hRule="exact" w:val="350"/>
        </w:trPr>
        <w:tc>
          <w:tcPr>
            <w:tcW w:w="15502"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Модуль 1.</w:t>
            </w:r>
            <w:r>
              <w:rPr>
                <w:rFonts w:ascii="Times New Roman" w:eastAsia="Times New Roman" w:hAnsi="Times New Roman"/>
                <w:b/>
                <w:color w:val="000000"/>
                <w:w w:val="97"/>
                <w:sz w:val="16"/>
              </w:rPr>
              <w:t xml:space="preserve"> Восприятие произведений искусства</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1.1.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Восприятие детских рисунков. Навыки восприятия произведений детского творчества и формирование зрительских умений.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https:\\urok.1sept.ru\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1.2.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Первые представления о композиции: на уровне образного восприятия. </w:t>
            </w:r>
            <w:r>
              <w:rPr>
                <w:rFonts w:ascii="Times New Roman" w:eastAsia="Times New Roman" w:hAnsi="Times New Roman"/>
                <w:b/>
                <w:color w:val="000000"/>
                <w:w w:val="97"/>
                <w:sz w:val="16"/>
              </w:rPr>
              <w:t>Представление о различных художественных материалах.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https:\\urok.1sept.ru\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1.3.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b/>
                <w:color w:val="000000"/>
                <w:w w:val="97"/>
                <w:sz w:val="16"/>
              </w:rPr>
              <w:t>Обсуждение содержания рисунка.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Итого по модулю 1</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2</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Графика</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b/>
                <w:color w:val="000000"/>
                <w:w w:val="97"/>
                <w:sz w:val="16"/>
              </w:rPr>
              <w:t>Линейный рисунок.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b/>
                <w:color w:val="000000"/>
                <w:w w:val="97"/>
                <w:sz w:val="16"/>
              </w:rPr>
              <w:t>Разные виды линий.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Линии в природе. Ветки (по фотографиям): тонкие — толстые, порывистые, угловатые, плавные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sidRPr="00DB121E">
              <w:rPr>
                <w:rFonts w:ascii="Times New Roman" w:eastAsia="Times New Roman" w:hAnsi="Times New Roman"/>
                <w:b/>
                <w:color w:val="000000"/>
                <w:w w:val="97"/>
                <w:sz w:val="16"/>
                <w:lang w:val="ru-RU"/>
              </w:rPr>
              <w:t xml:space="preserve">Графические материалы и их особенности. </w:t>
            </w:r>
            <w:r>
              <w:rPr>
                <w:rFonts w:ascii="Times New Roman" w:eastAsia="Times New Roman" w:hAnsi="Times New Roman"/>
                <w:b/>
                <w:color w:val="000000"/>
                <w:w w:val="97"/>
                <w:sz w:val="16"/>
              </w:rPr>
              <w:t>Приёмы рисования линией.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Рисунок с натуры: рисунок листьев разной формы (треугольный, круглый, овальный, длинный).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2.6.</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b/>
                <w:color w:val="000000"/>
                <w:w w:val="97"/>
                <w:sz w:val="16"/>
              </w:rPr>
              <w:t>Последовательность рисунка.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2.7.</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144"/>
              <w:rPr>
                <w:lang w:val="ru-RU"/>
              </w:rPr>
            </w:pPr>
            <w:r w:rsidRPr="00DB121E">
              <w:rPr>
                <w:rFonts w:ascii="Times New Roman" w:eastAsia="Times New Roman" w:hAnsi="Times New Roman"/>
                <w:b/>
                <w:color w:val="000000"/>
                <w:w w:val="97"/>
                <w:sz w:val="16"/>
                <w:lang w:val="ru-RU"/>
              </w:rPr>
              <w:t>Первичные навыки определения пропорций и понимания их значения. От одного пятна — «тела», меняя пропорции «лап» и «шеи», получаем рисунки разных животных.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2.8.</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288"/>
              <w:rPr>
                <w:lang w:val="ru-RU"/>
              </w:rPr>
            </w:pPr>
            <w:r w:rsidRPr="00DB121E">
              <w:rPr>
                <w:rFonts w:ascii="Times New Roman" w:eastAsia="Times New Roman" w:hAnsi="Times New Roman"/>
                <w:b/>
                <w:color w:val="000000"/>
                <w:w w:val="97"/>
                <w:sz w:val="16"/>
                <w:lang w:val="ru-RU"/>
              </w:rPr>
              <w:t>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2.9.</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864"/>
              <w:rPr>
                <w:lang w:val="ru-RU"/>
              </w:rPr>
            </w:pPr>
            <w:r w:rsidRPr="00DB121E">
              <w:rPr>
                <w:rFonts w:ascii="Times New Roman" w:eastAsia="Times New Roman" w:hAnsi="Times New Roman"/>
                <w:b/>
                <w:color w:val="000000"/>
                <w:w w:val="97"/>
                <w:sz w:val="16"/>
                <w:lang w:val="ru-RU"/>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 Пятно как основа графического изображения.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2.10.</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sidRPr="00DB121E">
              <w:rPr>
                <w:rFonts w:ascii="Times New Roman" w:eastAsia="Times New Roman" w:hAnsi="Times New Roman"/>
                <w:b/>
                <w:color w:val="000000"/>
                <w:w w:val="97"/>
                <w:sz w:val="16"/>
                <w:lang w:val="ru-RU"/>
              </w:rPr>
              <w:t xml:space="preserve">Тень как пример пятна. Теневой театр. </w:t>
            </w:r>
            <w:r>
              <w:rPr>
                <w:rFonts w:ascii="Times New Roman" w:eastAsia="Times New Roman" w:hAnsi="Times New Roman"/>
                <w:b/>
                <w:color w:val="000000"/>
                <w:w w:val="97"/>
                <w:sz w:val="16"/>
              </w:rPr>
              <w:t>Силуэт.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2.11.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Навыки работы на уроке с жидкой краской и кистью, уход за своим рабочим местом.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2.12.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Рассмотрение и анализ средств выражения — пятна и линии — в иллюстрациях художников к детским книгам.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50"/>
        </w:trPr>
        <w:tc>
          <w:tcPr>
            <w:tcW w:w="1083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Итого по модулю 2</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6</w:t>
            </w:r>
          </w:p>
        </w:tc>
        <w:tc>
          <w:tcPr>
            <w:tcW w:w="4144" w:type="dxa"/>
            <w:gridSpan w:val="3"/>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Живопись</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3.1.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Цвет как одно из главных средств выражения в изобразительном искусстве. </w:t>
            </w:r>
            <w:r>
              <w:rPr>
                <w:rFonts w:ascii="Times New Roman" w:eastAsia="Times New Roman" w:hAnsi="Times New Roman"/>
                <w:b/>
                <w:color w:val="000000"/>
                <w:w w:val="97"/>
                <w:sz w:val="16"/>
              </w:rPr>
              <w:t>Навыки работы гуашью в условиях урока.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3.2.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Три основных цвета. Ассоциативные представления, связанные с каждым из цветов. </w:t>
            </w:r>
            <w:r>
              <w:rPr>
                <w:rFonts w:ascii="Times New Roman" w:eastAsia="Times New Roman" w:hAnsi="Times New Roman"/>
                <w:b/>
                <w:color w:val="000000"/>
                <w:w w:val="97"/>
                <w:sz w:val="16"/>
              </w:rPr>
              <w:t>Навыки смешения красок и получения нового цвета.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3.3.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b/>
                <w:color w:val="000000"/>
                <w:w w:val="97"/>
                <w:sz w:val="16"/>
              </w:rPr>
              <w:t>Эмоциональная выразительность цвета.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32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3.4.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Цвет как выражение настроения, душевного состояния.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bl>
    <w:p w:rsidR="00943526" w:rsidRDefault="00943526">
      <w:pPr>
        <w:autoSpaceDE w:val="0"/>
        <w:autoSpaceDN w:val="0"/>
        <w:spacing w:after="0" w:line="14" w:lineRule="exact"/>
      </w:pPr>
    </w:p>
    <w:p w:rsidR="00943526" w:rsidRDefault="00943526">
      <w:pPr>
        <w:sectPr w:rsidR="00943526">
          <w:pgSz w:w="16840" w:h="11900"/>
          <w:pgMar w:top="282" w:right="640" w:bottom="352" w:left="666" w:header="720" w:footer="720" w:gutter="0"/>
          <w:cols w:space="720" w:equalWidth="0">
            <w:col w:w="15534" w:space="0"/>
          </w:cols>
          <w:docGrid w:linePitch="360"/>
        </w:sectPr>
      </w:pPr>
    </w:p>
    <w:p w:rsidR="00943526" w:rsidRDefault="00943526">
      <w:pPr>
        <w:autoSpaceDE w:val="0"/>
        <w:autoSpaceDN w:val="0"/>
        <w:spacing w:after="66" w:line="220" w:lineRule="exact"/>
      </w:pPr>
    </w:p>
    <w:tbl>
      <w:tblPr>
        <w:tblW w:w="0" w:type="auto"/>
        <w:tblInd w:w="6" w:type="dxa"/>
        <w:tblLayout w:type="fixed"/>
        <w:tblLook w:val="04A0"/>
      </w:tblPr>
      <w:tblGrid>
        <w:gridCol w:w="468"/>
        <w:gridCol w:w="10362"/>
        <w:gridCol w:w="528"/>
        <w:gridCol w:w="1106"/>
        <w:gridCol w:w="1140"/>
        <w:gridCol w:w="1898"/>
      </w:tblGrid>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3.5.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right="144"/>
            </w:pPr>
            <w:r w:rsidRPr="00DB121E">
              <w:rPr>
                <w:rFonts w:ascii="Times New Roman" w:eastAsia="Times New Roman" w:hAnsi="Times New Roman"/>
                <w:b/>
                <w:color w:val="000000"/>
                <w:w w:val="97"/>
                <w:sz w:val="16"/>
                <w:lang w:val="ru-RU"/>
              </w:rPr>
              <w:t xml:space="preserve">Наш мир украшают цветы. Живописное изображение по представлению и восприятию разных по цвету и формам цветков. </w:t>
            </w:r>
            <w:r>
              <w:rPr>
                <w:rFonts w:ascii="Times New Roman" w:eastAsia="Times New Roman" w:hAnsi="Times New Roman"/>
                <w:b/>
                <w:color w:val="000000"/>
                <w:w w:val="97"/>
                <w:sz w:val="16"/>
              </w:rPr>
              <w:t>Развитие навыков работы гуашью и навыков наблюдения.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3.6.</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right="576"/>
            </w:pPr>
            <w:r w:rsidRPr="00DB121E">
              <w:rPr>
                <w:rFonts w:ascii="Times New Roman" w:eastAsia="Times New Roman" w:hAnsi="Times New Roman"/>
                <w:b/>
                <w:color w:val="000000"/>
                <w:w w:val="97"/>
                <w:sz w:val="16"/>
                <w:lang w:val="ru-RU"/>
              </w:rPr>
              <w:t xml:space="preserve">Тематическая композиция «Времена года». Контрастные цветовые состояния времён года. </w:t>
            </w:r>
            <w:r>
              <w:rPr>
                <w:rFonts w:ascii="Times New Roman" w:eastAsia="Times New Roman" w:hAnsi="Times New Roman"/>
                <w:b/>
                <w:color w:val="000000"/>
                <w:w w:val="97"/>
                <w:sz w:val="16"/>
              </w:rPr>
              <w:t>Работа гуашью, в технике аппликации или в смешанной технике.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3.7.</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sidRPr="00DB121E">
              <w:rPr>
                <w:rFonts w:ascii="Times New Roman" w:eastAsia="Times New Roman" w:hAnsi="Times New Roman"/>
                <w:b/>
                <w:color w:val="000000"/>
                <w:w w:val="97"/>
                <w:sz w:val="16"/>
                <w:lang w:val="ru-RU"/>
              </w:rPr>
              <w:t xml:space="preserve">Техника монотипии. Представления о симметрии. </w:t>
            </w:r>
            <w:r>
              <w:rPr>
                <w:rFonts w:ascii="Times New Roman" w:eastAsia="Times New Roman" w:hAnsi="Times New Roman"/>
                <w:b/>
                <w:color w:val="000000"/>
                <w:w w:val="97"/>
                <w:sz w:val="16"/>
              </w:rPr>
              <w:t>Развитие ассоциативного воображения.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50"/>
        </w:trPr>
        <w:tc>
          <w:tcPr>
            <w:tcW w:w="1083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Итого по модулю 3</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5</w:t>
            </w:r>
          </w:p>
        </w:tc>
        <w:tc>
          <w:tcPr>
            <w:tcW w:w="4144" w:type="dxa"/>
            <w:gridSpan w:val="3"/>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ind w:left="72"/>
            </w:pPr>
            <w:r>
              <w:rPr>
                <w:rFonts w:ascii="Times New Roman" w:eastAsia="Times New Roman" w:hAnsi="Times New Roman"/>
                <w:color w:val="000000"/>
                <w:w w:val="97"/>
                <w:sz w:val="16"/>
              </w:rPr>
              <w:t>Модуль 4.</w:t>
            </w:r>
            <w:r>
              <w:rPr>
                <w:rFonts w:ascii="Times New Roman" w:eastAsia="Times New Roman" w:hAnsi="Times New Roman"/>
                <w:b/>
                <w:color w:val="000000"/>
                <w:w w:val="97"/>
                <w:sz w:val="16"/>
              </w:rPr>
              <w:t xml:space="preserve"> Скульптура</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4.1.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Изображение в объёме. Приёмы работы с пластилином; дощечка, стек, тряпочка.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4.2.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Лепка зверушек из цельной формы (черепашки, ёжика, зайчика и т. д.). </w:t>
            </w:r>
            <w:r>
              <w:rPr>
                <w:rFonts w:ascii="Times New Roman" w:eastAsia="Times New Roman" w:hAnsi="Times New Roman"/>
                <w:b/>
                <w:color w:val="000000"/>
                <w:w w:val="97"/>
                <w:sz w:val="16"/>
              </w:rPr>
              <w:t>Приёмы вытягивания, вдавливания, сгибания, скручивания.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4.3.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Бумажная пластика. Овладение первичными приёмами надрезания, закручивания, складывания в работе над объёмной аппликацией.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4.4.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144"/>
              <w:rPr>
                <w:lang w:val="ru-RU"/>
              </w:rPr>
            </w:pPr>
            <w:r w:rsidRPr="00DB121E">
              <w:rPr>
                <w:rFonts w:ascii="Times New Roman" w:eastAsia="Times New Roman" w:hAnsi="Times New Roman"/>
                <w:b/>
                <w:color w:val="000000"/>
                <w:w w:val="97"/>
                <w:sz w:val="16"/>
                <w:lang w:val="ru-RU"/>
              </w:rPr>
              <w:t>Лепка игрушки по мотивам одного из наиболее известных народных художественных промыслов (дымковская, каргопольская игрушки или по выбору учителя с учётом местных промыслов).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4.5.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Объёмная аппликация из бумаги и картона.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https:\\stranamasterov.ru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Итого по модулю 4</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4</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 xml:space="preserve">Модуль 5. </w:t>
            </w:r>
            <w:r>
              <w:rPr>
                <w:rFonts w:ascii="Times New Roman" w:eastAsia="Times New Roman" w:hAnsi="Times New Roman"/>
                <w:b/>
                <w:color w:val="000000"/>
                <w:w w:val="97"/>
                <w:sz w:val="16"/>
              </w:rPr>
              <w:t>Декоративно-прикладное искусство</w:t>
            </w:r>
          </w:p>
        </w:tc>
      </w:tr>
      <w:tr w:rsidR="00943526">
        <w:trPr>
          <w:trHeight w:hRule="exact" w:val="54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5.1.</w:t>
            </w:r>
          </w:p>
        </w:tc>
        <w:tc>
          <w:tcPr>
            <w:tcW w:w="10362"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b/>
                <w:color w:val="000000"/>
                <w:w w:val="97"/>
                <w:sz w:val="16"/>
              </w:rPr>
              <w:t>Узоры в природе.</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jc w:val="center"/>
            </w:pPr>
            <w:r>
              <w:rPr>
                <w:rFonts w:ascii="Times New Roman" w:eastAsia="Times New Roman" w:hAnsi="Times New Roman"/>
                <w:color w:val="000000"/>
                <w:w w:val="97"/>
                <w:sz w:val="16"/>
              </w:rPr>
              <w:t>5.2.</w:t>
            </w:r>
          </w:p>
        </w:tc>
        <w:tc>
          <w:tcPr>
            <w:tcW w:w="10362"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1008"/>
              <w:rPr>
                <w:lang w:val="ru-RU"/>
              </w:rPr>
            </w:pPr>
            <w:r w:rsidRPr="00DB121E">
              <w:rPr>
                <w:rFonts w:ascii="Times New Roman" w:eastAsia="Times New Roman" w:hAnsi="Times New Roman"/>
                <w:b/>
                <w:color w:val="000000"/>
                <w:w w:val="97"/>
                <w:sz w:val="16"/>
                <w:lang w:val="ru-RU"/>
              </w:rPr>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0.5</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0.25</w:t>
            </w:r>
          </w:p>
        </w:tc>
        <w:tc>
          <w:tcPr>
            <w:tcW w:w="189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5.3.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432"/>
              <w:rPr>
                <w:lang w:val="ru-RU"/>
              </w:rPr>
            </w:pPr>
            <w:r w:rsidRPr="00DB121E">
              <w:rPr>
                <w:rFonts w:ascii="Times New Roman" w:eastAsia="Times New Roman" w:hAnsi="Times New Roman"/>
                <w:b/>
                <w:color w:val="000000"/>
                <w:w w:val="97"/>
                <w:sz w:val="16"/>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5.4.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Узоры и орнаменты, создаваемые людьми, и разнообразие их видов. </w:t>
            </w:r>
            <w:r>
              <w:rPr>
                <w:rFonts w:ascii="Times New Roman" w:eastAsia="Times New Roman" w:hAnsi="Times New Roman"/>
                <w:b/>
                <w:color w:val="000000"/>
                <w:w w:val="97"/>
                <w:sz w:val="16"/>
              </w:rPr>
              <w:t>Орнаменты геометрические и растительные.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5.5.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Декоративная композиция в круге или полосе.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5.6.</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432"/>
              <w:rPr>
                <w:lang w:val="ru-RU"/>
              </w:rPr>
            </w:pPr>
            <w:r w:rsidRPr="00DB121E">
              <w:rPr>
                <w:rFonts w:ascii="Times New Roman" w:eastAsia="Times New Roman" w:hAnsi="Times New Roman"/>
                <w:b/>
                <w:color w:val="000000"/>
                <w:w w:val="97"/>
                <w:sz w:val="16"/>
                <w:lang w:val="ru-RU"/>
              </w:rPr>
              <w:t>Орнамент, характерный для игрушек одного из наиболее известных народных художественных промыслов. Дымковская, каргопольская игрушка или по выбору учителя с учётом местных промыслов.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5.7.</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sidRPr="00DB121E">
              <w:rPr>
                <w:rFonts w:ascii="Times New Roman" w:eastAsia="Times New Roman" w:hAnsi="Times New Roman"/>
                <w:b/>
                <w:color w:val="000000"/>
                <w:w w:val="97"/>
                <w:sz w:val="16"/>
                <w:lang w:val="ru-RU"/>
              </w:rPr>
              <w:t xml:space="preserve">Оригами — создание игрушки для новогодней ёлки. </w:t>
            </w:r>
            <w:r>
              <w:rPr>
                <w:rFonts w:ascii="Times New Roman" w:eastAsia="Times New Roman" w:hAnsi="Times New Roman"/>
                <w:b/>
                <w:color w:val="000000"/>
                <w:w w:val="97"/>
                <w:sz w:val="16"/>
              </w:rPr>
              <w:t>Приёмы складывания бумаги.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5.8.</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Форма и украшение бытовых предметов.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5.9.</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Приёмы бумагопластики. Сумка или упаковка и её декор.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Итого по модулю 5</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7</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2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 xml:space="preserve">Модуль 6. </w:t>
            </w:r>
            <w:r>
              <w:rPr>
                <w:rFonts w:ascii="Times New Roman" w:eastAsia="Times New Roman" w:hAnsi="Times New Roman"/>
                <w:b/>
                <w:color w:val="000000"/>
                <w:w w:val="97"/>
                <w:sz w:val="16"/>
              </w:rPr>
              <w:t xml:space="preserve">Архитектура </w:t>
            </w:r>
          </w:p>
        </w:tc>
      </w:tr>
    </w:tbl>
    <w:p w:rsidR="00943526" w:rsidRDefault="00943526">
      <w:pPr>
        <w:autoSpaceDE w:val="0"/>
        <w:autoSpaceDN w:val="0"/>
        <w:spacing w:after="0" w:line="14" w:lineRule="exact"/>
      </w:pPr>
    </w:p>
    <w:p w:rsidR="00943526" w:rsidRDefault="00943526">
      <w:pPr>
        <w:sectPr w:rsidR="00943526">
          <w:pgSz w:w="16840" w:h="11900"/>
          <w:pgMar w:top="284" w:right="640" w:bottom="502" w:left="666" w:header="720" w:footer="720" w:gutter="0"/>
          <w:cols w:space="720" w:equalWidth="0">
            <w:col w:w="15534" w:space="0"/>
          </w:cols>
          <w:docGrid w:linePitch="360"/>
        </w:sectPr>
      </w:pPr>
    </w:p>
    <w:p w:rsidR="00943526" w:rsidRDefault="00943526">
      <w:pPr>
        <w:autoSpaceDE w:val="0"/>
        <w:autoSpaceDN w:val="0"/>
        <w:spacing w:after="66" w:line="220" w:lineRule="exact"/>
      </w:pPr>
    </w:p>
    <w:tbl>
      <w:tblPr>
        <w:tblW w:w="0" w:type="auto"/>
        <w:tblInd w:w="6" w:type="dxa"/>
        <w:tblLayout w:type="fixed"/>
        <w:tblLook w:val="04A0"/>
      </w:tblPr>
      <w:tblGrid>
        <w:gridCol w:w="468"/>
        <w:gridCol w:w="10362"/>
        <w:gridCol w:w="528"/>
        <w:gridCol w:w="1106"/>
        <w:gridCol w:w="1140"/>
        <w:gridCol w:w="1898"/>
      </w:tblGrid>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6.1.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288"/>
              <w:rPr>
                <w:lang w:val="ru-RU"/>
              </w:rPr>
            </w:pPr>
            <w:r w:rsidRPr="00DB121E">
              <w:rPr>
                <w:rFonts w:ascii="Times New Roman" w:eastAsia="Times New Roman" w:hAnsi="Times New Roman"/>
                <w:b/>
                <w:color w:val="000000"/>
                <w:w w:val="97"/>
                <w:sz w:val="16"/>
                <w:lang w:val="ru-RU"/>
              </w:rPr>
              <w:t>Наблюдение разнообразия архитектурных построек в окружающем мире по фотографиям, обсуждение их особенностей и составных частей зданий.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6.2.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576"/>
              <w:rPr>
                <w:lang w:val="ru-RU"/>
              </w:rPr>
            </w:pPr>
            <w:r w:rsidRPr="00DB121E">
              <w:rPr>
                <w:rFonts w:ascii="Times New Roman" w:eastAsia="Times New Roman" w:hAnsi="Times New Roman"/>
                <w:b/>
                <w:color w:val="000000"/>
                <w:w w:val="97"/>
                <w:sz w:val="16"/>
                <w:lang w:val="ru-RU"/>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6.3.</w:t>
            </w:r>
          </w:p>
        </w:tc>
        <w:tc>
          <w:tcPr>
            <w:tcW w:w="10362"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Макетирование (или создание аппликации) пространственной среды сказочного города из бумаги, картона или пластилина.</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0.75</w:t>
            </w:r>
          </w:p>
        </w:tc>
        <w:tc>
          <w:tcPr>
            <w:tcW w:w="189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50"/>
        </w:trPr>
        <w:tc>
          <w:tcPr>
            <w:tcW w:w="10830"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Итого по модулю 6</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3</w:t>
            </w:r>
          </w:p>
        </w:tc>
        <w:tc>
          <w:tcPr>
            <w:tcW w:w="4144" w:type="dxa"/>
            <w:gridSpan w:val="3"/>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Восприятие произведений искусства</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7.1.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Восприятие произведений детского творчества. Обсуждение сюжетного и эмоционального содержания детских работ.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7.2.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720"/>
              <w:rPr>
                <w:lang w:val="ru-RU"/>
              </w:rPr>
            </w:pPr>
            <w:r w:rsidRPr="00DB121E">
              <w:rPr>
                <w:rFonts w:ascii="Times New Roman" w:eastAsia="Times New Roman" w:hAnsi="Times New Roman"/>
                <w:b/>
                <w:color w:val="000000"/>
                <w:w w:val="97"/>
                <w:sz w:val="16"/>
                <w:lang w:val="ru-RU"/>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7.3.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Рассматривание иллюстраций к детским книгам на основе содержательных установок учителя в соответствии с изучаемой темой.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7.4.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b/>
                <w:color w:val="000000"/>
                <w:w w:val="97"/>
                <w:sz w:val="16"/>
              </w:rPr>
              <w:t>Знакомство с живописной картиной.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7.5.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432"/>
              <w:rPr>
                <w:lang w:val="ru-RU"/>
              </w:rPr>
            </w:pPr>
            <w:r w:rsidRPr="00DB121E">
              <w:rPr>
                <w:rFonts w:ascii="Times New Roman" w:eastAsia="Times New Roman" w:hAnsi="Times New Roman"/>
                <w:b/>
                <w:color w:val="000000"/>
                <w:w w:val="97"/>
                <w:sz w:val="16"/>
                <w:lang w:val="ru-RU"/>
              </w:rPr>
              <w:t>Обсуждение произведений с ярко выраженным эмоциональным настроением или со сказочным сюжетом. Произведения В. М. Васнецова, М. А. Врубеля и других художников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7.6.</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Художник и зритель. Освоение зрительских умений на основе получаемых знаний и творческих установок наблюдения.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8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7.7.</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Ассоциации из личного опыта учащихся и оценка эмоционального содержания произведений.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7.8.</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432"/>
              <w:rPr>
                <w:lang w:val="ru-RU"/>
              </w:rPr>
            </w:pPr>
            <w:r w:rsidRPr="00DB121E">
              <w:rPr>
                <w:rFonts w:ascii="Times New Roman" w:eastAsia="Times New Roman" w:hAnsi="Times New Roman"/>
                <w:b/>
                <w:color w:val="000000"/>
                <w:w w:val="97"/>
                <w:sz w:val="16"/>
                <w:lang w:val="ru-RU"/>
              </w:rPr>
              <w:t>Произведения И. И. Левитана, А. Г. Венецианова И. И. Шишкина, А. А. Пластова, К. Моне, В. Ван Гога и других художников (по выбору учителя) по теме «Времена года»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Итого по модулю 7</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5</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 xml:space="preserve">Модуль 8. </w:t>
            </w:r>
            <w:r>
              <w:rPr>
                <w:rFonts w:ascii="Times New Roman" w:eastAsia="Times New Roman" w:hAnsi="Times New Roman"/>
                <w:b/>
                <w:color w:val="000000"/>
                <w:w w:val="97"/>
                <w:sz w:val="16"/>
              </w:rPr>
              <w:t>Азбука цифровой графики</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8.1.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Фотографирование мелких деталей природы, запечатление на фотографиях ярких зрительных впечатлений.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8.2.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Обсуждение в условиях урока ученических фотографий, соответствующих изучаемой теме.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50"/>
        </w:trPr>
        <w:tc>
          <w:tcPr>
            <w:tcW w:w="10830"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Итого по модулю 8</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4144" w:type="dxa"/>
            <w:gridSpan w:val="3"/>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943526"/>
        </w:tc>
      </w:tr>
      <w:tr w:rsidR="00943526">
        <w:trPr>
          <w:trHeight w:hRule="exact" w:val="348"/>
        </w:trPr>
        <w:tc>
          <w:tcPr>
            <w:tcW w:w="10830"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4" w:after="0" w:line="230" w:lineRule="auto"/>
              <w:ind w:left="72"/>
              <w:rPr>
                <w:lang w:val="ru-RU"/>
              </w:rPr>
            </w:pPr>
            <w:r w:rsidRPr="00DB121E">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ind w:left="72"/>
            </w:pPr>
            <w:r>
              <w:rPr>
                <w:rFonts w:ascii="Times New Roman" w:eastAsia="Times New Roman" w:hAnsi="Times New Roman"/>
                <w:color w:val="000000"/>
                <w:w w:val="97"/>
                <w:sz w:val="16"/>
              </w:rPr>
              <w:t>33</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ind w:left="72"/>
            </w:pPr>
            <w:r>
              <w:rPr>
                <w:rFonts w:ascii="Times New Roman" w:eastAsia="Times New Roman" w:hAnsi="Times New Roman"/>
                <w:color w:val="000000"/>
                <w:w w:val="97"/>
                <w:sz w:val="16"/>
              </w:rPr>
              <w:t>24.5</w:t>
            </w:r>
          </w:p>
        </w:tc>
        <w:tc>
          <w:tcPr>
            <w:tcW w:w="189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943526"/>
        </w:tc>
      </w:tr>
    </w:tbl>
    <w:p w:rsidR="00943526" w:rsidRDefault="00DB121E">
      <w:pPr>
        <w:autoSpaceDE w:val="0"/>
        <w:autoSpaceDN w:val="0"/>
        <w:spacing w:before="186" w:after="94" w:line="233" w:lineRule="auto"/>
      </w:pPr>
      <w:r>
        <w:rPr>
          <w:rFonts w:ascii="Times New Roman" w:eastAsia="Times New Roman" w:hAnsi="Times New Roman"/>
          <w:b/>
          <w:color w:val="000000"/>
          <w:sz w:val="18"/>
        </w:rPr>
        <w:t>2 КЛАСС</w:t>
      </w:r>
    </w:p>
    <w:tbl>
      <w:tblPr>
        <w:tblW w:w="0" w:type="auto"/>
        <w:tblInd w:w="6" w:type="dxa"/>
        <w:tblLayout w:type="fixed"/>
        <w:tblLook w:val="04A0"/>
      </w:tblPr>
      <w:tblGrid>
        <w:gridCol w:w="468"/>
        <w:gridCol w:w="10362"/>
        <w:gridCol w:w="528"/>
        <w:gridCol w:w="1106"/>
        <w:gridCol w:w="1140"/>
        <w:gridCol w:w="1898"/>
      </w:tblGrid>
      <w:tr w:rsidR="00943526">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1036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b/>
                <w:color w:val="000000"/>
                <w:w w:val="97"/>
                <w:sz w:val="16"/>
              </w:rPr>
              <w:t>Количество часов</w:t>
            </w:r>
          </w:p>
        </w:tc>
        <w:tc>
          <w:tcPr>
            <w:tcW w:w="189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50" w:lineRule="auto"/>
              <w:ind w:left="72" w:right="576"/>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943526">
        <w:trPr>
          <w:trHeight w:hRule="exact" w:val="556"/>
        </w:trPr>
        <w:tc>
          <w:tcPr>
            <w:tcW w:w="2589" w:type="dxa"/>
            <w:vMerge/>
            <w:tcBorders>
              <w:top w:val="single" w:sz="4" w:space="0" w:color="000000"/>
              <w:left w:val="single" w:sz="4" w:space="0" w:color="000000"/>
              <w:bottom w:val="single" w:sz="4" w:space="0" w:color="000000"/>
              <w:right w:val="single" w:sz="4" w:space="0" w:color="000000"/>
            </w:tcBorders>
          </w:tcPr>
          <w:p w:rsidR="00943526" w:rsidRDefault="00943526"/>
        </w:tc>
        <w:tc>
          <w:tcPr>
            <w:tcW w:w="2589" w:type="dxa"/>
            <w:vMerge/>
            <w:tcBorders>
              <w:top w:val="single" w:sz="4" w:space="0" w:color="000000"/>
              <w:left w:val="single" w:sz="4" w:space="0" w:color="000000"/>
              <w:bottom w:val="single" w:sz="4" w:space="0" w:color="000000"/>
              <w:right w:val="single" w:sz="4" w:space="0" w:color="000000"/>
            </w:tcBorders>
          </w:tcPr>
          <w:p w:rsidR="00943526" w:rsidRDefault="00943526"/>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b/>
                <w:color w:val="000000"/>
                <w:w w:val="97"/>
                <w:sz w:val="16"/>
              </w:rPr>
              <w:t>всего</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b/>
                <w:color w:val="000000"/>
                <w:w w:val="97"/>
                <w:sz w:val="16"/>
              </w:rPr>
              <w:t>практические работы</w:t>
            </w:r>
          </w:p>
        </w:tc>
        <w:tc>
          <w:tcPr>
            <w:tcW w:w="2589" w:type="dxa"/>
            <w:vMerge/>
            <w:tcBorders>
              <w:top w:val="single" w:sz="4" w:space="0" w:color="000000"/>
              <w:left w:val="single" w:sz="4" w:space="0" w:color="000000"/>
              <w:bottom w:val="single" w:sz="4" w:space="0" w:color="000000"/>
              <w:right w:val="single" w:sz="4" w:space="0" w:color="000000"/>
            </w:tcBorders>
          </w:tcPr>
          <w:p w:rsidR="00943526" w:rsidRDefault="00943526"/>
        </w:tc>
      </w:tr>
    </w:tbl>
    <w:p w:rsidR="00943526" w:rsidRDefault="00943526">
      <w:pPr>
        <w:autoSpaceDE w:val="0"/>
        <w:autoSpaceDN w:val="0"/>
        <w:spacing w:after="0" w:line="14" w:lineRule="exact"/>
      </w:pPr>
    </w:p>
    <w:p w:rsidR="00943526" w:rsidRDefault="00943526">
      <w:pPr>
        <w:sectPr w:rsidR="00943526">
          <w:pgSz w:w="16840" w:h="11900"/>
          <w:pgMar w:top="284" w:right="640" w:bottom="370" w:left="666" w:header="720" w:footer="720" w:gutter="0"/>
          <w:cols w:space="720" w:equalWidth="0">
            <w:col w:w="15534" w:space="0"/>
          </w:cols>
          <w:docGrid w:linePitch="360"/>
        </w:sectPr>
      </w:pPr>
    </w:p>
    <w:p w:rsidR="00943526" w:rsidRDefault="00943526">
      <w:pPr>
        <w:autoSpaceDE w:val="0"/>
        <w:autoSpaceDN w:val="0"/>
        <w:spacing w:after="66" w:line="220" w:lineRule="exact"/>
      </w:pPr>
    </w:p>
    <w:tbl>
      <w:tblPr>
        <w:tblW w:w="0" w:type="auto"/>
        <w:tblInd w:w="6" w:type="dxa"/>
        <w:tblLayout w:type="fixed"/>
        <w:tblLook w:val="04A0"/>
      </w:tblPr>
      <w:tblGrid>
        <w:gridCol w:w="468"/>
        <w:gridCol w:w="10362"/>
        <w:gridCol w:w="528"/>
        <w:gridCol w:w="1106"/>
        <w:gridCol w:w="1140"/>
        <w:gridCol w:w="1898"/>
      </w:tblGrid>
      <w:tr w:rsidR="00943526">
        <w:trPr>
          <w:trHeight w:hRule="exact" w:val="444"/>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Модуль 1.</w:t>
            </w:r>
            <w:r>
              <w:rPr>
                <w:rFonts w:ascii="Times New Roman" w:eastAsia="Times New Roman" w:hAnsi="Times New Roman"/>
                <w:b/>
                <w:color w:val="000000"/>
                <w:w w:val="97"/>
                <w:sz w:val="16"/>
              </w:rPr>
              <w:t xml:space="preserve"> Графика</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1.1.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right="576"/>
            </w:pPr>
            <w:r w:rsidRPr="00DB121E">
              <w:rPr>
                <w:rFonts w:ascii="Times New Roman" w:eastAsia="Times New Roman" w:hAnsi="Times New Roman"/>
                <w:b/>
                <w:color w:val="000000"/>
                <w:w w:val="97"/>
                <w:sz w:val="16"/>
                <w:lang w:val="ru-RU"/>
              </w:rPr>
              <w:t xml:space="preserve">Ритм линий. Выразительность линии. Художественные материалы для линейного рисунка и их свойства. </w:t>
            </w:r>
            <w:r>
              <w:rPr>
                <w:rFonts w:ascii="Times New Roman" w:eastAsia="Times New Roman" w:hAnsi="Times New Roman"/>
                <w:b/>
                <w:color w:val="000000"/>
                <w:w w:val="97"/>
                <w:sz w:val="16"/>
              </w:rPr>
              <w:t>Развитие навыков линейного рисунка.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1.2.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Пастель и мелки — особенности и выразительные свойства графических материалов, приёмы работы.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1.3.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720"/>
              <w:rPr>
                <w:lang w:val="ru-RU"/>
              </w:rPr>
            </w:pPr>
            <w:r w:rsidRPr="00DB121E">
              <w:rPr>
                <w:rFonts w:ascii="Times New Roman" w:eastAsia="Times New Roman" w:hAnsi="Times New Roman"/>
                <w:b/>
                <w:color w:val="000000"/>
                <w:w w:val="97"/>
                <w:sz w:val="16"/>
                <w:lang w:val="ru-RU"/>
              </w:rPr>
              <w:t>Ритм пятен: знакомство с основами композиции. Расположение пятна на плоскости листа: сгущение, разброс, доминанта, равновесие, спокойствие и движение.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1.4.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right="288"/>
            </w:pPr>
            <w:r w:rsidRPr="00DB121E">
              <w:rPr>
                <w:rFonts w:ascii="Times New Roman" w:eastAsia="Times New Roman" w:hAnsi="Times New Roman"/>
                <w:b/>
                <w:color w:val="000000"/>
                <w:w w:val="97"/>
                <w:sz w:val="16"/>
                <w:lang w:val="ru-RU"/>
              </w:rPr>
              <w:t xml:space="preserve">Пропорции — соотношение частей и целого. Развитие аналитических навыков сравнения пропорций. </w:t>
            </w:r>
            <w:r>
              <w:rPr>
                <w:rFonts w:ascii="Times New Roman" w:eastAsia="Times New Roman" w:hAnsi="Times New Roman"/>
                <w:b/>
                <w:color w:val="000000"/>
                <w:w w:val="97"/>
                <w:sz w:val="16"/>
              </w:rPr>
              <w:t>Выразительные свойства пропорций. Рисунки различных птиц.</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0.75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1.5.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Рисунок с натуры простого предмета.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1.6.</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288"/>
              <w:rPr>
                <w:lang w:val="ru-RU"/>
              </w:rPr>
            </w:pPr>
            <w:r w:rsidRPr="00DB121E">
              <w:rPr>
                <w:rFonts w:ascii="Times New Roman" w:eastAsia="Times New Roman" w:hAnsi="Times New Roman"/>
                <w:b/>
                <w:color w:val="000000"/>
                <w:w w:val="97"/>
                <w:sz w:val="16"/>
                <w:lang w:val="ru-RU"/>
              </w:rPr>
              <w:t>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1.7.</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1008"/>
              <w:rPr>
                <w:lang w:val="ru-RU"/>
              </w:rPr>
            </w:pPr>
            <w:r w:rsidRPr="00DB121E">
              <w:rPr>
                <w:rFonts w:ascii="Times New Roman" w:eastAsia="Times New Roman" w:hAnsi="Times New Roman"/>
                <w:b/>
                <w:color w:val="000000"/>
                <w:w w:val="97"/>
                <w:sz w:val="16"/>
                <w:lang w:val="ru-RU"/>
              </w:rPr>
              <w:t>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Итого по модулю 1</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5</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Живопись</w:t>
            </w:r>
          </w:p>
        </w:tc>
      </w:tr>
      <w:tr w:rsidR="00943526">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Цвета основные и составные. Развитие навыков смешивания красок и получения нового цвета.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2.2.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Приёмы работы гуашью. Разный характер мазков и движений кистью.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2.3.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Пастозное, плотное и прозрачное нанесение краски.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2.4.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Акварель и её свойства. Акварельные кисти. </w:t>
            </w:r>
            <w:r>
              <w:rPr>
                <w:rFonts w:ascii="Times New Roman" w:eastAsia="Times New Roman" w:hAnsi="Times New Roman"/>
                <w:b/>
                <w:color w:val="000000"/>
                <w:w w:val="97"/>
                <w:sz w:val="16"/>
              </w:rPr>
              <w:t>Приёмы работы акварелью.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Цвета тёплый и холодный (цветовой контраст).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2.6.</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Цвета тёмный и светлый (тональные отношения).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2.7.</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Затемнение цвета с помощью тёмной краски и разбеление цвета. Эмоциональная выразительность цветовых состояний и отношений.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jc w:val="center"/>
            </w:pPr>
            <w:r>
              <w:rPr>
                <w:rFonts w:ascii="Times New Roman" w:eastAsia="Times New Roman" w:hAnsi="Times New Roman"/>
                <w:color w:val="000000"/>
                <w:w w:val="97"/>
                <w:sz w:val="16"/>
              </w:rPr>
              <w:t>2.8.</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sidRPr="00DB121E">
              <w:rPr>
                <w:rFonts w:ascii="Times New Roman" w:eastAsia="Times New Roman" w:hAnsi="Times New Roman"/>
                <w:b/>
                <w:color w:val="000000"/>
                <w:w w:val="97"/>
                <w:sz w:val="16"/>
                <w:lang w:val="ru-RU"/>
              </w:rPr>
              <w:t xml:space="preserve">Цвет открытый — звонкий и цвет приглушённый — тихий. </w:t>
            </w:r>
            <w:r>
              <w:rPr>
                <w:rFonts w:ascii="Times New Roman" w:eastAsia="Times New Roman" w:hAnsi="Times New Roman"/>
                <w:b/>
                <w:color w:val="000000"/>
                <w:w w:val="97"/>
                <w:sz w:val="16"/>
              </w:rPr>
              <w:t>Эмоциональная выразительность цвета.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2.9.</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144"/>
              <w:rPr>
                <w:lang w:val="ru-RU"/>
              </w:rPr>
            </w:pPr>
            <w:r w:rsidRPr="00DB121E">
              <w:rPr>
                <w:rFonts w:ascii="Times New Roman" w:eastAsia="Times New Roman" w:hAnsi="Times New Roman"/>
                <w:b/>
                <w:color w:val="000000"/>
                <w:w w:val="97"/>
                <w:sz w:val="16"/>
                <w:lang w:val="ru-RU"/>
              </w:rPr>
              <w:t>Изображение природы (моря) в разных контрастных состояниях погоды и соответствующих цветовых состояниях (туман, нежное утро, гроза, буря, ветер;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2.10.</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Произведения художника-мариниста И. К. Айвазовского.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bl>
    <w:p w:rsidR="00943526" w:rsidRDefault="00943526">
      <w:pPr>
        <w:autoSpaceDE w:val="0"/>
        <w:autoSpaceDN w:val="0"/>
        <w:spacing w:after="0" w:line="14" w:lineRule="exact"/>
      </w:pPr>
    </w:p>
    <w:p w:rsidR="00943526" w:rsidRDefault="00943526">
      <w:pPr>
        <w:sectPr w:rsidR="00943526">
          <w:pgSz w:w="16840" w:h="11900"/>
          <w:pgMar w:top="284" w:right="640" w:bottom="496" w:left="666" w:header="720" w:footer="720" w:gutter="0"/>
          <w:cols w:space="720" w:equalWidth="0">
            <w:col w:w="15534" w:space="0"/>
          </w:cols>
          <w:docGrid w:linePitch="360"/>
        </w:sectPr>
      </w:pPr>
    </w:p>
    <w:p w:rsidR="00943526" w:rsidRDefault="00943526">
      <w:pPr>
        <w:autoSpaceDE w:val="0"/>
        <w:autoSpaceDN w:val="0"/>
        <w:spacing w:after="66" w:line="220" w:lineRule="exact"/>
      </w:pPr>
    </w:p>
    <w:tbl>
      <w:tblPr>
        <w:tblW w:w="0" w:type="auto"/>
        <w:tblInd w:w="6" w:type="dxa"/>
        <w:tblLayout w:type="fixed"/>
        <w:tblLook w:val="04A0"/>
      </w:tblPr>
      <w:tblGrid>
        <w:gridCol w:w="468"/>
        <w:gridCol w:w="10362"/>
        <w:gridCol w:w="528"/>
        <w:gridCol w:w="1106"/>
        <w:gridCol w:w="1140"/>
        <w:gridCol w:w="1898"/>
      </w:tblGrid>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2.11.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sidRPr="00DB121E">
              <w:rPr>
                <w:rFonts w:ascii="Times New Roman" w:eastAsia="Times New Roman" w:hAnsi="Times New Roman"/>
                <w:b/>
                <w:color w:val="000000"/>
                <w:w w:val="97"/>
                <w:sz w:val="16"/>
                <w:lang w:val="ru-RU"/>
              </w:rPr>
              <w:t xml:space="preserve">Изображение сказочного персонажа с ярко выраженным характером. </w:t>
            </w:r>
            <w:r>
              <w:rPr>
                <w:rFonts w:ascii="Times New Roman" w:eastAsia="Times New Roman" w:hAnsi="Times New Roman"/>
                <w:b/>
                <w:color w:val="000000"/>
                <w:w w:val="97"/>
                <w:sz w:val="16"/>
              </w:rPr>
              <w:t>Образ мужской или женский.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Итого по модулю 2</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8</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Скульптура</w:t>
            </w:r>
          </w:p>
        </w:tc>
      </w:tr>
      <w:tr w:rsidR="00943526">
        <w:trPr>
          <w:trHeight w:hRule="exact" w:val="542"/>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3.1.</w:t>
            </w:r>
          </w:p>
        </w:tc>
        <w:tc>
          <w:tcPr>
            <w:tcW w:w="10362"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864"/>
              <w:rPr>
                <w:lang w:val="ru-RU"/>
              </w:rPr>
            </w:pPr>
            <w:r w:rsidRPr="00DB121E">
              <w:rPr>
                <w:rFonts w:ascii="Times New Roman" w:eastAsia="Times New Roman" w:hAnsi="Times New Roman"/>
                <w:b/>
                <w:color w:val="000000"/>
                <w:w w:val="97"/>
                <w:sz w:val="16"/>
                <w:lang w:val="ru-RU"/>
              </w:rPr>
              <w:t>Лепка из пластилина или глины игрушки — сказочного животного по мотивам выбранного народного художественного промысла: филимоновская, дымковская, каргопольская игрушки (и другие по выбору учителя с учётом местных промыслов).</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jc w:val="center"/>
            </w:pPr>
            <w:r>
              <w:rPr>
                <w:rFonts w:ascii="Times New Roman" w:eastAsia="Times New Roman" w:hAnsi="Times New Roman"/>
                <w:color w:val="000000"/>
                <w:w w:val="97"/>
                <w:sz w:val="16"/>
              </w:rPr>
              <w:t>3.2.</w:t>
            </w:r>
          </w:p>
        </w:tc>
        <w:tc>
          <w:tcPr>
            <w:tcW w:w="10362"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4" w:after="0" w:line="230" w:lineRule="auto"/>
              <w:ind w:left="72"/>
              <w:rPr>
                <w:lang w:val="ru-RU"/>
              </w:rPr>
            </w:pPr>
            <w:r w:rsidRPr="00DB121E">
              <w:rPr>
                <w:rFonts w:ascii="Times New Roman" w:eastAsia="Times New Roman" w:hAnsi="Times New Roman"/>
                <w:b/>
                <w:color w:val="000000"/>
                <w:w w:val="97"/>
                <w:sz w:val="16"/>
                <w:lang w:val="ru-RU"/>
              </w:rPr>
              <w:t>Способ лепки в соответствии с традициями промысла.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ind w:left="72"/>
            </w:pPr>
            <w:r>
              <w:rPr>
                <w:rFonts w:ascii="Times New Roman" w:eastAsia="Times New Roman" w:hAnsi="Times New Roman"/>
                <w:color w:val="000000"/>
                <w:w w:val="97"/>
                <w:sz w:val="16"/>
              </w:rPr>
              <w:t>1</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30" w:lineRule="auto"/>
              <w:ind w:left="72"/>
            </w:pPr>
            <w:r>
              <w:rPr>
                <w:rFonts w:ascii="Times New Roman" w:eastAsia="Times New Roman" w:hAnsi="Times New Roman"/>
                <w:color w:val="000000"/>
                <w:w w:val="97"/>
                <w:sz w:val="16"/>
              </w:rPr>
              <w:t>1</w:t>
            </w:r>
          </w:p>
        </w:tc>
        <w:tc>
          <w:tcPr>
            <w:tcW w:w="189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4"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3.3.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right="144"/>
            </w:pPr>
            <w:r w:rsidRPr="00DB121E">
              <w:rPr>
                <w:rFonts w:ascii="Times New Roman" w:eastAsia="Times New Roman" w:hAnsi="Times New Roman"/>
                <w:b/>
                <w:color w:val="000000"/>
                <w:w w:val="97"/>
                <w:sz w:val="16"/>
                <w:lang w:val="ru-RU"/>
              </w:rPr>
              <w:t xml:space="preserve">Лепка из пластилина или глины животных с передачей характерной пластики движения. </w:t>
            </w:r>
            <w:r>
              <w:rPr>
                <w:rFonts w:ascii="Times New Roman" w:eastAsia="Times New Roman" w:hAnsi="Times New Roman"/>
                <w:b/>
                <w:color w:val="000000"/>
                <w:w w:val="97"/>
                <w:sz w:val="16"/>
              </w:rPr>
              <w:t>Соблюдение цельности формы, её преобразование и добавление детале.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Итого по модулю 3</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3</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 xml:space="preserve">Модуль 4. </w:t>
            </w:r>
            <w:r>
              <w:rPr>
                <w:rFonts w:ascii="Times New Roman" w:eastAsia="Times New Roman" w:hAnsi="Times New Roman"/>
                <w:b/>
                <w:color w:val="000000"/>
                <w:w w:val="97"/>
                <w:sz w:val="16"/>
              </w:rPr>
              <w:t>Декоративно-прикладное искусство</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4.1.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864"/>
              <w:rPr>
                <w:lang w:val="ru-RU"/>
              </w:rPr>
            </w:pPr>
            <w:r w:rsidRPr="00DB121E">
              <w:rPr>
                <w:rFonts w:ascii="Times New Roman" w:eastAsia="Times New Roman" w:hAnsi="Times New Roman"/>
                <w:b/>
                <w:color w:val="000000"/>
                <w:w w:val="97"/>
                <w:sz w:val="16"/>
                <w:lang w:val="ru-RU"/>
              </w:rPr>
              <w:t>Наблюдение узоров в природе (на основе фотографий в 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4.2.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Рисунок геометрического орнамента кружева или вышивки.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4.3.</w:t>
            </w:r>
          </w:p>
        </w:tc>
        <w:tc>
          <w:tcPr>
            <w:tcW w:w="10362"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Декоративная композиция. Ритм пятен в декоративной аппликации.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0.75</w:t>
            </w:r>
          </w:p>
        </w:tc>
        <w:tc>
          <w:tcPr>
            <w:tcW w:w="189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73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jc w:val="center"/>
            </w:pPr>
            <w:r>
              <w:rPr>
                <w:rFonts w:ascii="Times New Roman" w:eastAsia="Times New Roman" w:hAnsi="Times New Roman"/>
                <w:color w:val="000000"/>
                <w:w w:val="97"/>
                <w:sz w:val="16"/>
              </w:rPr>
              <w:t>4.4.</w:t>
            </w:r>
          </w:p>
        </w:tc>
        <w:tc>
          <w:tcPr>
            <w:tcW w:w="10362"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50" w:lineRule="auto"/>
              <w:ind w:left="72" w:right="144"/>
            </w:pPr>
            <w:r w:rsidRPr="00DB121E">
              <w:rPr>
                <w:rFonts w:ascii="Times New Roman" w:eastAsia="Times New Roman" w:hAnsi="Times New Roman"/>
                <w:b/>
                <w:color w:val="000000"/>
                <w:w w:val="97"/>
                <w:sz w:val="16"/>
                <w:lang w:val="ru-RU"/>
              </w:rPr>
              <w:t xml:space="preserve">Декоративные изображения животных в игрушках народных промыслов: филимоновский олень, дымковский петух, каргопольский Полкан (по выбору учителя с учётом местных промыслов). </w:t>
            </w:r>
            <w:r w:rsidRPr="00DB121E">
              <w:rPr>
                <w:lang w:val="ru-RU"/>
              </w:rPr>
              <w:br/>
            </w:r>
            <w:r>
              <w:rPr>
                <w:rFonts w:ascii="Times New Roman" w:eastAsia="Times New Roman" w:hAnsi="Times New Roman"/>
                <w:b/>
                <w:color w:val="000000"/>
                <w:w w:val="97"/>
                <w:sz w:val="16"/>
              </w:rPr>
              <w:t>Поделки из подручных нехудожественных материалов.</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1</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0.75</w:t>
            </w:r>
          </w:p>
        </w:tc>
        <w:tc>
          <w:tcPr>
            <w:tcW w:w="189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4.5.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Декор одежды человека. Разнообразие украшений. Традиционные (исторические, народные) женские и мужские украшения.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4.6.</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Назначение украшений и их значение в жизни людей.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Итого по модулю 4</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4</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 xml:space="preserve">Модуль 5. </w:t>
            </w:r>
            <w:r>
              <w:rPr>
                <w:rFonts w:ascii="Times New Roman" w:eastAsia="Times New Roman" w:hAnsi="Times New Roman"/>
                <w:b/>
                <w:color w:val="000000"/>
                <w:w w:val="97"/>
                <w:sz w:val="16"/>
              </w:rPr>
              <w:t xml:space="preserve">Архитектура </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5.1.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right="288"/>
            </w:pPr>
            <w:r w:rsidRPr="00DB121E">
              <w:rPr>
                <w:rFonts w:ascii="Times New Roman" w:eastAsia="Times New Roman" w:hAnsi="Times New Roman"/>
                <w:b/>
                <w:color w:val="000000"/>
                <w:w w:val="97"/>
                <w:sz w:val="16"/>
                <w:lang w:val="ru-RU"/>
              </w:rPr>
              <w:t xml:space="preserve">Конструирование из бумаги. Приёмы работы с полосой бумаги, разные варианты складывания, закручивания, надрезания. </w:t>
            </w:r>
            <w:r>
              <w:rPr>
                <w:rFonts w:ascii="Times New Roman" w:eastAsia="Times New Roman" w:hAnsi="Times New Roman"/>
                <w:b/>
                <w:color w:val="000000"/>
                <w:w w:val="97"/>
                <w:sz w:val="16"/>
              </w:rPr>
              <w:t>Макетирование пространства детской площадки.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62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5.2.</w:t>
            </w:r>
          </w:p>
        </w:tc>
        <w:tc>
          <w:tcPr>
            <w:tcW w:w="10362"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720"/>
              <w:rPr>
                <w:lang w:val="ru-RU"/>
              </w:rPr>
            </w:pPr>
            <w:r w:rsidRPr="00DB121E">
              <w:rPr>
                <w:rFonts w:ascii="Times New Roman" w:eastAsia="Times New Roman" w:hAnsi="Times New Roman"/>
                <w:b/>
                <w:color w:val="000000"/>
                <w:w w:val="97"/>
                <w:sz w:val="16"/>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приёмы завивания, скручивания и складывания полоски бумаги (например, гармошкой).</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jc w:val="center"/>
            </w:pPr>
            <w:r>
              <w:rPr>
                <w:rFonts w:ascii="Times New Roman" w:eastAsia="Times New Roman" w:hAnsi="Times New Roman"/>
                <w:color w:val="000000"/>
                <w:w w:val="97"/>
                <w:sz w:val="16"/>
              </w:rPr>
              <w:t>5.3.</w:t>
            </w:r>
          </w:p>
        </w:tc>
        <w:tc>
          <w:tcPr>
            <w:tcW w:w="10362"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0" w:lineRule="auto"/>
              <w:ind w:left="72"/>
              <w:rPr>
                <w:lang w:val="ru-RU"/>
              </w:rPr>
            </w:pPr>
            <w:r w:rsidRPr="00DB121E">
              <w:rPr>
                <w:rFonts w:ascii="Times New Roman" w:eastAsia="Times New Roman" w:hAnsi="Times New Roman"/>
                <w:b/>
                <w:color w:val="000000"/>
                <w:w w:val="97"/>
                <w:sz w:val="16"/>
                <w:lang w:val="ru-RU"/>
              </w:rPr>
              <w:t>Образ здания. Памятники отечественной и западноевропейской архитектуры с ярко выраженным характером здания.</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1</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0.25</w:t>
            </w:r>
          </w:p>
        </w:tc>
        <w:tc>
          <w:tcPr>
            <w:tcW w:w="189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5.4.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Рисунок дома для доброго и злого сказочных персонажей (иллюстрация сказки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Итого по модулю 5</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3</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2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 xml:space="preserve">Модуль 6. </w:t>
            </w:r>
            <w:r>
              <w:rPr>
                <w:rFonts w:ascii="Times New Roman" w:eastAsia="Times New Roman" w:hAnsi="Times New Roman"/>
                <w:b/>
                <w:color w:val="000000"/>
                <w:w w:val="97"/>
                <w:sz w:val="16"/>
              </w:rPr>
              <w:t>Восприятие произведений искусства</w:t>
            </w:r>
          </w:p>
        </w:tc>
      </w:tr>
    </w:tbl>
    <w:p w:rsidR="00943526" w:rsidRDefault="00943526">
      <w:pPr>
        <w:autoSpaceDE w:val="0"/>
        <w:autoSpaceDN w:val="0"/>
        <w:spacing w:after="0" w:line="14" w:lineRule="exact"/>
      </w:pPr>
    </w:p>
    <w:p w:rsidR="00943526" w:rsidRDefault="00943526">
      <w:pPr>
        <w:sectPr w:rsidR="00943526">
          <w:pgSz w:w="16840" w:h="11900"/>
          <w:pgMar w:top="284" w:right="640" w:bottom="346" w:left="666" w:header="720" w:footer="720" w:gutter="0"/>
          <w:cols w:space="720" w:equalWidth="0">
            <w:col w:w="15534" w:space="0"/>
          </w:cols>
          <w:docGrid w:linePitch="360"/>
        </w:sectPr>
      </w:pPr>
    </w:p>
    <w:p w:rsidR="00943526" w:rsidRDefault="00943526">
      <w:pPr>
        <w:autoSpaceDE w:val="0"/>
        <w:autoSpaceDN w:val="0"/>
        <w:spacing w:after="66" w:line="220" w:lineRule="exact"/>
      </w:pPr>
    </w:p>
    <w:tbl>
      <w:tblPr>
        <w:tblW w:w="0" w:type="auto"/>
        <w:tblInd w:w="6" w:type="dxa"/>
        <w:tblLayout w:type="fixed"/>
        <w:tblLook w:val="04A0"/>
      </w:tblPr>
      <w:tblGrid>
        <w:gridCol w:w="468"/>
        <w:gridCol w:w="10362"/>
        <w:gridCol w:w="528"/>
        <w:gridCol w:w="1106"/>
        <w:gridCol w:w="1140"/>
        <w:gridCol w:w="1898"/>
      </w:tblGrid>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6.1.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Восприятие произведений детского творчества. Обсуждение сюжетного и эмоционального содержания детских работ.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6.2.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right="144"/>
            </w:pPr>
            <w:r w:rsidRPr="00DB121E">
              <w:rPr>
                <w:rFonts w:ascii="Times New Roman" w:eastAsia="Times New Roman" w:hAnsi="Times New Roman"/>
                <w:b/>
                <w:color w:val="000000"/>
                <w:w w:val="97"/>
                <w:sz w:val="16"/>
                <w:lang w:val="ru-RU"/>
              </w:rPr>
              <w:t xml:space="preserve">Художественное наблюдение окружающей природы и красивых природных деталей; анализ их конструкции и эмоционального воздействия. </w:t>
            </w:r>
            <w:r>
              <w:rPr>
                <w:rFonts w:ascii="Times New Roman" w:eastAsia="Times New Roman" w:hAnsi="Times New Roman"/>
                <w:b/>
                <w:color w:val="000000"/>
                <w:w w:val="97"/>
                <w:sz w:val="16"/>
              </w:rPr>
              <w:t>Сопоставление их с рукотворными произведениями.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0.75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6.3.</w:t>
            </w:r>
          </w:p>
        </w:tc>
        <w:tc>
          <w:tcPr>
            <w:tcW w:w="10362"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Восприятие орнаментальных произведений декоративно-прикладного искусства (кружево, шитьё, резьба по дереву, чеканка и др.).</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0.25</w:t>
            </w:r>
          </w:p>
        </w:tc>
        <w:tc>
          <w:tcPr>
            <w:tcW w:w="1898" w:type="dxa"/>
            <w:tcBorders>
              <w:top w:val="single" w:sz="4" w:space="0" w:color="000000"/>
              <w:left w:val="single" w:sz="4" w:space="0" w:color="000000"/>
              <w:bottom w:val="single" w:sz="5"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jc w:val="center"/>
            </w:pPr>
            <w:r>
              <w:rPr>
                <w:rFonts w:ascii="Times New Roman" w:eastAsia="Times New Roman" w:hAnsi="Times New Roman"/>
                <w:color w:val="000000"/>
                <w:w w:val="97"/>
                <w:sz w:val="16"/>
              </w:rPr>
              <w:t>6.4.</w:t>
            </w:r>
          </w:p>
        </w:tc>
        <w:tc>
          <w:tcPr>
            <w:tcW w:w="10362"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0" w:lineRule="auto"/>
              <w:ind w:left="72"/>
              <w:rPr>
                <w:lang w:val="ru-RU"/>
              </w:rPr>
            </w:pPr>
            <w:r w:rsidRPr="00DB121E">
              <w:rPr>
                <w:rFonts w:ascii="Times New Roman" w:eastAsia="Times New Roman" w:hAnsi="Times New Roman"/>
                <w:b/>
                <w:color w:val="000000"/>
                <w:w w:val="97"/>
                <w:sz w:val="16"/>
                <w:lang w:val="ru-RU"/>
              </w:rPr>
              <w:t>Произведения живописи с активным выражением цветового состояния в погоде.</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1</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0" w:lineRule="auto"/>
              <w:ind w:left="72"/>
            </w:pPr>
            <w:r>
              <w:rPr>
                <w:rFonts w:ascii="Times New Roman" w:eastAsia="Times New Roman" w:hAnsi="Times New Roman"/>
                <w:color w:val="000000"/>
                <w:w w:val="97"/>
                <w:sz w:val="16"/>
              </w:rPr>
              <w:t>0.5</w:t>
            </w:r>
          </w:p>
        </w:tc>
        <w:tc>
          <w:tcPr>
            <w:tcW w:w="1898" w:type="dxa"/>
            <w:tcBorders>
              <w:top w:val="single" w:sz="5"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6.5.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Произведения пейзажистов И. И. Левитана, И. И. Шишкина, А. И. Куинджи, Н. П. Крымова.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6.6.</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144"/>
              <w:rPr>
                <w:lang w:val="ru-RU"/>
              </w:rPr>
            </w:pPr>
            <w:r w:rsidRPr="00DB121E">
              <w:rPr>
                <w:rFonts w:ascii="Times New Roman" w:eastAsia="Times New Roman" w:hAnsi="Times New Roman"/>
                <w:b/>
                <w:color w:val="000000"/>
                <w:w w:val="97"/>
                <w:sz w:val="16"/>
                <w:lang w:val="ru-RU"/>
              </w:rPr>
              <w:t>Произведения анималистического жанра в графике: В. В. Ватагин, Е. И. Чарушин; в скульптуре: В. В. Ватагин. Наблюдение за животными с точки зрения их пропорций, характера движений, пластики.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Итого по модулю 6</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6</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348"/>
        </w:trPr>
        <w:tc>
          <w:tcPr>
            <w:tcW w:w="1550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Азбука цифровой графики</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7.1.</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 xml:space="preserve">Компьютерные средства изображения. Виды линий (в программе </w:t>
            </w:r>
            <w:r>
              <w:rPr>
                <w:rFonts w:ascii="Times New Roman" w:eastAsia="Times New Roman" w:hAnsi="Times New Roman"/>
                <w:b/>
                <w:color w:val="000000"/>
                <w:w w:val="97"/>
                <w:sz w:val="16"/>
              </w:rPr>
              <w:t>Paint</w:t>
            </w:r>
            <w:r w:rsidRPr="00DB121E">
              <w:rPr>
                <w:rFonts w:ascii="Times New Roman" w:eastAsia="Times New Roman" w:hAnsi="Times New Roman"/>
                <w:b/>
                <w:color w:val="000000"/>
                <w:w w:val="97"/>
                <w:sz w:val="16"/>
                <w:lang w:val="ru-RU"/>
              </w:rPr>
              <w:t xml:space="preserve"> или в другом графическом редакторе).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7.2.</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right="864"/>
            </w:pPr>
            <w:r w:rsidRPr="00DB121E">
              <w:rPr>
                <w:rFonts w:ascii="Times New Roman" w:eastAsia="Times New Roman" w:hAnsi="Times New Roman"/>
                <w:b/>
                <w:color w:val="000000"/>
                <w:w w:val="97"/>
                <w:sz w:val="16"/>
                <w:lang w:val="ru-RU"/>
              </w:rPr>
              <w:t xml:space="preserve">Компьютерные средства изображения. Работа с геометрическими фигурами. </w:t>
            </w:r>
            <w:r>
              <w:rPr>
                <w:rFonts w:ascii="Times New Roman" w:eastAsia="Times New Roman" w:hAnsi="Times New Roman"/>
                <w:b/>
                <w:color w:val="000000"/>
                <w:w w:val="97"/>
                <w:sz w:val="16"/>
              </w:rPr>
              <w:t>Трансформация и копирование геометрических фигур в программе Paint.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jc w:val="center"/>
            </w:pPr>
            <w:r>
              <w:rPr>
                <w:rFonts w:ascii="Times New Roman" w:eastAsia="Times New Roman" w:hAnsi="Times New Roman"/>
                <w:color w:val="000000"/>
                <w:w w:val="97"/>
                <w:sz w:val="16"/>
              </w:rPr>
              <w:t>7.3.</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45" w:lineRule="auto"/>
              <w:ind w:left="72" w:right="720"/>
              <w:rPr>
                <w:lang w:val="ru-RU"/>
              </w:rPr>
            </w:pPr>
            <w:r w:rsidRPr="00DB121E">
              <w:rPr>
                <w:rFonts w:ascii="Times New Roman" w:eastAsia="Times New Roman" w:hAnsi="Times New Roman"/>
                <w:b/>
                <w:color w:val="000000"/>
                <w:w w:val="97"/>
                <w:sz w:val="16"/>
                <w:lang w:val="ru-RU"/>
              </w:rPr>
              <w:t xml:space="preserve">Освоение инструментов традиционного рисования (карандаш, кисточка, ластик и др.) в программе </w:t>
            </w:r>
            <w:r>
              <w:rPr>
                <w:rFonts w:ascii="Times New Roman" w:eastAsia="Times New Roman" w:hAnsi="Times New Roman"/>
                <w:b/>
                <w:color w:val="000000"/>
                <w:w w:val="97"/>
                <w:sz w:val="16"/>
              </w:rPr>
              <w:t>Paint</w:t>
            </w:r>
            <w:r w:rsidRPr="00DB121E">
              <w:rPr>
                <w:rFonts w:ascii="Times New Roman" w:eastAsia="Times New Roman" w:hAnsi="Times New Roman"/>
                <w:b/>
                <w:color w:val="000000"/>
                <w:w w:val="97"/>
                <w:sz w:val="16"/>
                <w:lang w:val="ru-RU"/>
              </w:rPr>
              <w:t xml:space="preserve"> на основе простых сюжетов (например, «Образ дерева»).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7.4.</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 xml:space="preserve">Освоение инструментов традиционного рисования в программе </w:t>
            </w:r>
            <w:r>
              <w:rPr>
                <w:rFonts w:ascii="Times New Roman" w:eastAsia="Times New Roman" w:hAnsi="Times New Roman"/>
                <w:b/>
                <w:color w:val="000000"/>
                <w:w w:val="97"/>
                <w:sz w:val="16"/>
              </w:rPr>
              <w:t>Paint</w:t>
            </w:r>
            <w:r w:rsidRPr="00DB121E">
              <w:rPr>
                <w:rFonts w:ascii="Times New Roman" w:eastAsia="Times New Roman" w:hAnsi="Times New Roman"/>
                <w:b/>
                <w:color w:val="000000"/>
                <w:w w:val="97"/>
                <w:sz w:val="16"/>
                <w:lang w:val="ru-RU"/>
              </w:rPr>
              <w:t xml:space="preserve"> на основе темы «Тёплые и холодные цвета».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jc w:val="center"/>
            </w:pPr>
            <w:r>
              <w:rPr>
                <w:rFonts w:ascii="Times New Roman" w:eastAsia="Times New Roman" w:hAnsi="Times New Roman"/>
                <w:color w:val="000000"/>
                <w:w w:val="97"/>
                <w:sz w:val="16"/>
              </w:rPr>
              <w:t>7.5.</w:t>
            </w:r>
          </w:p>
        </w:tc>
        <w:tc>
          <w:tcPr>
            <w:tcW w:w="10362"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6" w:after="0" w:line="245" w:lineRule="auto"/>
              <w:ind w:left="72" w:right="144"/>
              <w:rPr>
                <w:lang w:val="ru-RU"/>
              </w:rPr>
            </w:pPr>
            <w:r w:rsidRPr="00DB121E">
              <w:rPr>
                <w:rFonts w:ascii="Times New Roman" w:eastAsia="Times New Roman" w:hAnsi="Times New Roman"/>
                <w:b/>
                <w:color w:val="000000"/>
                <w:w w:val="97"/>
                <w:sz w:val="16"/>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1</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45" w:lineRule="auto"/>
              <w:ind w:left="72"/>
            </w:pPr>
            <w:r>
              <w:rPr>
                <w:rFonts w:ascii="Times New Roman" w:eastAsia="Times New Roman" w:hAnsi="Times New Roman"/>
                <w:color w:val="000000"/>
                <w:w w:val="97"/>
                <w:sz w:val="16"/>
              </w:rPr>
              <w:t>https:\\prostoykarandash.ru\ https:\\urok.1sept.ru\</w:t>
            </w:r>
          </w:p>
        </w:tc>
      </w:tr>
      <w:tr w:rsidR="00943526">
        <w:trPr>
          <w:trHeight w:hRule="exact" w:val="348"/>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Итого по модулю 7</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6" w:after="0" w:line="233" w:lineRule="auto"/>
              <w:ind w:left="72"/>
            </w:pPr>
            <w:r>
              <w:rPr>
                <w:rFonts w:ascii="Times New Roman" w:eastAsia="Times New Roman" w:hAnsi="Times New Roman"/>
                <w:color w:val="000000"/>
                <w:w w:val="97"/>
                <w:sz w:val="16"/>
              </w:rPr>
              <w:t>5</w:t>
            </w:r>
          </w:p>
        </w:tc>
        <w:tc>
          <w:tcPr>
            <w:tcW w:w="414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r w:rsidR="00943526">
        <w:trPr>
          <w:trHeight w:hRule="exact" w:val="420"/>
        </w:trPr>
        <w:tc>
          <w:tcPr>
            <w:tcW w:w="108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Pr="00DB121E" w:rsidRDefault="00DB121E">
            <w:pPr>
              <w:autoSpaceDE w:val="0"/>
              <w:autoSpaceDN w:val="0"/>
              <w:spacing w:before="78" w:after="0" w:line="230" w:lineRule="auto"/>
              <w:ind w:left="72"/>
              <w:rPr>
                <w:lang w:val="ru-RU"/>
              </w:rPr>
            </w:pPr>
            <w:r w:rsidRPr="00DB121E">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34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0.5</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DB121E">
            <w:pPr>
              <w:autoSpaceDE w:val="0"/>
              <w:autoSpaceDN w:val="0"/>
              <w:spacing w:before="78" w:after="0" w:line="230" w:lineRule="auto"/>
              <w:ind w:left="72"/>
            </w:pPr>
            <w:r>
              <w:rPr>
                <w:rFonts w:ascii="Times New Roman" w:eastAsia="Times New Roman" w:hAnsi="Times New Roman"/>
                <w:color w:val="000000"/>
                <w:w w:val="97"/>
                <w:sz w:val="16"/>
              </w:rPr>
              <w:t>21.75</w:t>
            </w:r>
          </w:p>
        </w:tc>
        <w:tc>
          <w:tcPr>
            <w:tcW w:w="1898" w:type="dxa"/>
            <w:tcBorders>
              <w:top w:val="single" w:sz="4" w:space="0" w:color="000000"/>
              <w:left w:val="single" w:sz="4" w:space="0" w:color="000000"/>
              <w:bottom w:val="single" w:sz="4" w:space="0" w:color="000000"/>
              <w:right w:val="single" w:sz="4" w:space="0" w:color="000000"/>
            </w:tcBorders>
            <w:tcMar>
              <w:left w:w="0" w:type="dxa"/>
              <w:right w:w="0" w:type="dxa"/>
            </w:tcMar>
          </w:tcPr>
          <w:p w:rsidR="00943526" w:rsidRDefault="00943526"/>
        </w:tc>
      </w:tr>
    </w:tbl>
    <w:p w:rsidR="00943526" w:rsidRPr="00DB121E" w:rsidRDefault="00943526">
      <w:pPr>
        <w:autoSpaceDE w:val="0"/>
        <w:autoSpaceDN w:val="0"/>
        <w:spacing w:after="0" w:line="14" w:lineRule="exact"/>
        <w:rPr>
          <w:lang w:val="ru-RU"/>
        </w:rPr>
      </w:pPr>
    </w:p>
    <w:p w:rsidR="006327D3" w:rsidRPr="00D117AB" w:rsidRDefault="006327D3" w:rsidP="00D117AB">
      <w:pPr>
        <w:ind w:firstLine="720"/>
        <w:rPr>
          <w:lang w:val="ru-RU"/>
        </w:rPr>
      </w:pPr>
      <w:r>
        <w:rPr>
          <w:lang w:val="ru-RU"/>
        </w:rPr>
        <w:t>3 класс</w:t>
      </w:r>
      <w:r>
        <w:rPr>
          <w:rFonts w:ascii="Times New Roman" w:eastAsia="Times New Roman" w:hAnsi="Times New Roman"/>
          <w:b/>
          <w:color w:val="000000"/>
          <w:w w:val="101"/>
          <w:sz w:val="19"/>
        </w:rPr>
        <w:t xml:space="preserve"> </w:t>
      </w:r>
    </w:p>
    <w:tbl>
      <w:tblPr>
        <w:tblW w:w="0" w:type="auto"/>
        <w:tblInd w:w="6" w:type="dxa"/>
        <w:tblLayout w:type="fixed"/>
        <w:tblLook w:val="04A0"/>
      </w:tblPr>
      <w:tblGrid>
        <w:gridCol w:w="396"/>
        <w:gridCol w:w="5956"/>
        <w:gridCol w:w="528"/>
        <w:gridCol w:w="1104"/>
        <w:gridCol w:w="1142"/>
        <w:gridCol w:w="864"/>
        <w:gridCol w:w="2378"/>
        <w:gridCol w:w="1080"/>
        <w:gridCol w:w="2054"/>
      </w:tblGrid>
      <w:tr w:rsidR="006327D3" w:rsidTr="006327D3">
        <w:trPr>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595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23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205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45" w:lineRule="auto"/>
              <w:jc w:val="center"/>
            </w:pPr>
            <w:r>
              <w:rPr>
                <w:rFonts w:ascii="Times New Roman" w:eastAsia="Times New Roman" w:hAnsi="Times New Roman"/>
                <w:b/>
                <w:color w:val="000000"/>
                <w:w w:val="97"/>
                <w:sz w:val="16"/>
              </w:rPr>
              <w:t>Электронные (цифровые) образовательные ресурсы</w:t>
            </w:r>
          </w:p>
        </w:tc>
      </w:tr>
      <w:tr w:rsidR="006327D3" w:rsidTr="006327D3">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c>
          <w:tcPr>
            <w:tcW w:w="1726"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c>
          <w:tcPr>
            <w:tcW w:w="1726"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c>
          <w:tcPr>
            <w:tcW w:w="1726"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c>
          <w:tcPr>
            <w:tcW w:w="1726"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r>
      <w:tr w:rsidR="006327D3" w:rsidTr="006327D3">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Модуль 1.</w:t>
            </w:r>
            <w:r>
              <w:rPr>
                <w:rFonts w:ascii="Times New Roman" w:eastAsia="Times New Roman" w:hAnsi="Times New Roman"/>
                <w:b/>
                <w:color w:val="000000"/>
                <w:w w:val="97"/>
                <w:sz w:val="16"/>
              </w:rPr>
              <w:t xml:space="preserve"> Графика</w:t>
            </w:r>
          </w:p>
        </w:tc>
      </w:tr>
      <w:tr w:rsidR="006327D3" w:rsidTr="006327D3">
        <w:trPr>
          <w:trHeight w:hRule="exact" w:val="15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30" w:lineRule="auto"/>
              <w:jc w:val="center"/>
            </w:pPr>
            <w:r>
              <w:rPr>
                <w:rFonts w:ascii="Times New Roman" w:eastAsia="Times New Roman" w:hAnsi="Times New Roman"/>
                <w:color w:val="000000"/>
                <w:w w:val="97"/>
                <w:sz w:val="16"/>
              </w:rPr>
              <w:t>1.1.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50" w:lineRule="auto"/>
              <w:ind w:left="72" w:right="432"/>
            </w:pPr>
            <w:r w:rsidRPr="006C4CE9">
              <w:rPr>
                <w:rFonts w:ascii="Times New Roman" w:eastAsia="Times New Roman" w:hAnsi="Times New Roman"/>
                <w:b/>
                <w:color w:val="000000"/>
                <w:w w:val="97"/>
                <w:sz w:val="16"/>
                <w:lang w:val="ru-RU"/>
              </w:rPr>
              <w:t xml:space="preserve">Поздравительная открытка. Открытка-пожелание. Композиция открытки: совмещение текста (шрифта) и изображения. </w:t>
            </w:r>
            <w:r>
              <w:rPr>
                <w:rFonts w:ascii="Times New Roman" w:eastAsia="Times New Roman" w:hAnsi="Times New Roman"/>
                <w:b/>
                <w:color w:val="000000"/>
                <w:w w:val="97"/>
                <w:sz w:val="16"/>
              </w:rPr>
              <w:t>Рисунок открытки или аппликация.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30" w:lineRule="auto"/>
              <w:jc w:val="center"/>
            </w:pPr>
            <w:r>
              <w:rPr>
                <w:rFonts w:ascii="Times New Roman" w:eastAsia="Times New Roman" w:hAnsi="Times New Roman"/>
                <w:color w:val="000000"/>
                <w:w w:val="97"/>
                <w:sz w:val="16"/>
              </w:rPr>
              <w:t>02.09.2022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54" w:lineRule="auto"/>
              <w:ind w:left="72"/>
            </w:pPr>
            <w:r w:rsidRPr="006C4CE9">
              <w:rPr>
                <w:rFonts w:ascii="Times New Roman" w:eastAsia="Times New Roman" w:hAnsi="Times New Roman"/>
                <w:color w:val="000000"/>
                <w:w w:val="97"/>
                <w:sz w:val="16"/>
                <w:lang w:val="ru-RU"/>
              </w:rPr>
              <w:t>Начать осваивать выразительные возможности шрифта</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Создать рисунок буквицы к </w:t>
            </w:r>
            <w:r w:rsidRPr="006C4CE9">
              <w:rPr>
                <w:lang w:val="ru-RU"/>
              </w:rPr>
              <w:br/>
            </w:r>
            <w:r w:rsidRPr="006C4CE9">
              <w:rPr>
                <w:rFonts w:ascii="Times New Roman" w:eastAsia="Times New Roman" w:hAnsi="Times New Roman"/>
                <w:color w:val="000000"/>
                <w:w w:val="97"/>
                <w:sz w:val="16"/>
                <w:lang w:val="ru-RU"/>
              </w:rPr>
              <w:t xml:space="preserve">выбранной сказке.; </w:t>
            </w:r>
            <w:r w:rsidRPr="006C4CE9">
              <w:rPr>
                <w:lang w:val="ru-RU"/>
              </w:rPr>
              <w:br/>
            </w:r>
            <w:r w:rsidRPr="006C4CE9">
              <w:rPr>
                <w:rFonts w:ascii="Times New Roman" w:eastAsia="Times New Roman" w:hAnsi="Times New Roman"/>
                <w:color w:val="000000"/>
                <w:w w:val="97"/>
                <w:sz w:val="16"/>
                <w:lang w:val="ru-RU"/>
              </w:rPr>
              <w:t xml:space="preserve">Создать поздравительную </w:t>
            </w:r>
            <w:r w:rsidRPr="006C4CE9">
              <w:rPr>
                <w:lang w:val="ru-RU"/>
              </w:rPr>
              <w:br/>
            </w:r>
            <w:r>
              <w:rPr>
                <w:rFonts w:ascii="Times New Roman" w:eastAsia="Times New Roman" w:hAnsi="Times New Roman"/>
                <w:color w:val="000000"/>
                <w:w w:val="97"/>
                <w:sz w:val="16"/>
              </w:rPr>
              <w:t xml:space="preserve">открытку, совмещая в ней </w:t>
            </w:r>
            <w:r>
              <w:br/>
            </w:r>
            <w:r>
              <w:rPr>
                <w:rFonts w:ascii="Times New Roman" w:eastAsia="Times New Roman" w:hAnsi="Times New Roman"/>
                <w:color w:val="000000"/>
                <w:w w:val="97"/>
                <w:sz w:val="16"/>
              </w:rPr>
              <w:t>рисунок с коротким текстом.;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lastRenderedPageBreak/>
              <w:t>1.2.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288"/>
              <w:rPr>
                <w:lang w:val="ru-RU"/>
              </w:rPr>
            </w:pPr>
            <w:r w:rsidRPr="006C4CE9">
              <w:rPr>
                <w:rFonts w:ascii="Times New Roman" w:eastAsia="Times New Roman" w:hAnsi="Times New Roman"/>
                <w:b/>
                <w:color w:val="000000"/>
                <w:w w:val="97"/>
                <w:sz w:val="16"/>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09.09.2022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288"/>
              <w:rPr>
                <w:lang w:val="ru-RU"/>
              </w:rPr>
            </w:pPr>
            <w:r w:rsidRPr="006C4CE9">
              <w:rPr>
                <w:rFonts w:ascii="Times New Roman" w:eastAsia="Times New Roman" w:hAnsi="Times New Roman"/>
                <w:color w:val="000000"/>
                <w:w w:val="97"/>
                <w:sz w:val="16"/>
                <w:lang w:val="ru-RU"/>
              </w:rPr>
              <w:t>Нарисовать иллюстрацию к выбранному сюжету детской книги</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1116"/>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1.3.</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0" w:lineRule="auto"/>
              <w:ind w:left="72" w:right="144"/>
              <w:rPr>
                <w:lang w:val="ru-RU"/>
              </w:rPr>
            </w:pPr>
            <w:r w:rsidRPr="006C4CE9">
              <w:rPr>
                <w:rFonts w:ascii="Times New Roman" w:eastAsia="Times New Roman" w:hAnsi="Times New Roman"/>
                <w:b/>
                <w:color w:val="000000"/>
                <w:w w:val="97"/>
                <w:sz w:val="16"/>
                <w:lang w:val="ru-RU"/>
              </w:rPr>
              <w:t>Знакомство с творчеством некоторых известных отечественных иллюстраторов детской книги (И. Я. Билибин, Е. И. Рачёв, Б. А. Дехтерёв, В. Г. Сутеев, Ю. А. Васнецов, В. А. Чижиков, Е. И. Чарушин, Л. В. Владимирский, Н. Г. Гольц — по выбору учителя и учащихся).</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16.09.2022</w:t>
            </w:r>
          </w:p>
        </w:tc>
        <w:tc>
          <w:tcPr>
            <w:tcW w:w="2378"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2" w:lineRule="auto"/>
              <w:ind w:left="72"/>
              <w:rPr>
                <w:lang w:val="ru-RU"/>
              </w:rPr>
            </w:pPr>
            <w:r w:rsidRPr="006C4CE9">
              <w:rPr>
                <w:rFonts w:ascii="Times New Roman" w:eastAsia="Times New Roman" w:hAnsi="Times New Roman"/>
                <w:color w:val="000000"/>
                <w:w w:val="97"/>
                <w:sz w:val="16"/>
                <w:lang w:val="ru-RU"/>
              </w:rPr>
              <w:t xml:space="preserve">Наблюдать и исследовать </w:t>
            </w:r>
            <w:r w:rsidRPr="006C4CE9">
              <w:rPr>
                <w:lang w:val="ru-RU"/>
              </w:rPr>
              <w:br/>
            </w:r>
            <w:r w:rsidRPr="006C4CE9">
              <w:rPr>
                <w:rFonts w:ascii="Times New Roman" w:eastAsia="Times New Roman" w:hAnsi="Times New Roman"/>
                <w:color w:val="000000"/>
                <w:w w:val="97"/>
                <w:sz w:val="16"/>
                <w:lang w:val="ru-RU"/>
              </w:rPr>
              <w:t xml:space="preserve">композицию, совмещение текста и изображения в плакатах и </w:t>
            </w:r>
            <w:r w:rsidRPr="006C4CE9">
              <w:rPr>
                <w:lang w:val="ru-RU"/>
              </w:rPr>
              <w:br/>
            </w:r>
            <w:r w:rsidRPr="006C4CE9">
              <w:rPr>
                <w:rFonts w:ascii="Times New Roman" w:eastAsia="Times New Roman" w:hAnsi="Times New Roman"/>
                <w:color w:val="000000"/>
                <w:w w:val="97"/>
                <w:sz w:val="16"/>
                <w:lang w:val="ru-RU"/>
              </w:rPr>
              <w:t xml:space="preserve">афишах известных </w:t>
            </w:r>
            <w:r w:rsidRPr="006C4CE9">
              <w:rPr>
                <w:lang w:val="ru-RU"/>
              </w:rPr>
              <w:br/>
            </w:r>
            <w:r w:rsidRPr="006C4CE9">
              <w:rPr>
                <w:rFonts w:ascii="Times New Roman" w:eastAsia="Times New Roman" w:hAnsi="Times New Roman"/>
                <w:color w:val="000000"/>
                <w:w w:val="97"/>
                <w:sz w:val="16"/>
                <w:lang w:val="ru-RU"/>
              </w:rPr>
              <w:t>отечественных художников</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1.4.</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45" w:lineRule="auto"/>
              <w:ind w:left="72" w:right="288"/>
            </w:pPr>
            <w:r w:rsidRPr="006C4CE9">
              <w:rPr>
                <w:rFonts w:ascii="Times New Roman" w:eastAsia="Times New Roman" w:hAnsi="Times New Roman"/>
                <w:b/>
                <w:color w:val="000000"/>
                <w:w w:val="97"/>
                <w:sz w:val="16"/>
                <w:lang w:val="ru-RU"/>
              </w:rPr>
              <w:t xml:space="preserve">Эскиз плаката или афиши. Совмещение шрифта и изображения. </w:t>
            </w:r>
            <w:r>
              <w:rPr>
                <w:rFonts w:ascii="Times New Roman" w:eastAsia="Times New Roman" w:hAnsi="Times New Roman"/>
                <w:b/>
                <w:color w:val="000000"/>
                <w:w w:val="97"/>
                <w:sz w:val="16"/>
              </w:rPr>
              <w:t>Особенности композиции плаката.</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23.09.2022</w:t>
            </w:r>
          </w:p>
        </w:tc>
        <w:tc>
          <w:tcPr>
            <w:tcW w:w="2378"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Выполнить эскиз плаката для спектакля на выбранный сюжет из репертуара детских театров</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1.5.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144"/>
              <w:rPr>
                <w:lang w:val="ru-RU"/>
              </w:rPr>
            </w:pPr>
            <w:r w:rsidRPr="006C4CE9">
              <w:rPr>
                <w:rFonts w:ascii="Times New Roman" w:eastAsia="Times New Roman" w:hAnsi="Times New Roman"/>
                <w:b/>
                <w:color w:val="000000"/>
                <w:w w:val="97"/>
                <w:sz w:val="16"/>
                <w:lang w:val="ru-RU"/>
              </w:rPr>
              <w:t>Изображение лица человека. Строение: пропорции, взаиморасположение частей лица.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30.09.2022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 xml:space="preserve">Осваивать строение и </w:t>
            </w:r>
            <w:r w:rsidRPr="006C4CE9">
              <w:rPr>
                <w:lang w:val="ru-RU"/>
              </w:rPr>
              <w:br/>
            </w:r>
            <w:r w:rsidRPr="006C4CE9">
              <w:rPr>
                <w:rFonts w:ascii="Times New Roman" w:eastAsia="Times New Roman" w:hAnsi="Times New Roman"/>
                <w:color w:val="000000"/>
                <w:w w:val="97"/>
                <w:sz w:val="16"/>
                <w:lang w:val="ru-RU"/>
              </w:rPr>
              <w:t>пропорциональные отношения лица человека на основе схемы лица</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1.6.</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Эскиз маски для маскарада: изображение лица-маски персонажа с ярко выраженным характером.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 xml:space="preserve">Выполнить в технике </w:t>
            </w:r>
            <w:r w:rsidRPr="006C4CE9">
              <w:rPr>
                <w:lang w:val="ru-RU"/>
              </w:rPr>
              <w:br/>
            </w:r>
            <w:r w:rsidRPr="006C4CE9">
              <w:rPr>
                <w:rFonts w:ascii="Times New Roman" w:eastAsia="Times New Roman" w:hAnsi="Times New Roman"/>
                <w:color w:val="000000"/>
                <w:w w:val="97"/>
                <w:sz w:val="16"/>
                <w:lang w:val="ru-RU"/>
              </w:rPr>
              <w:t xml:space="preserve">аппликации или в виде рисунка маску для сказочного </w:t>
            </w:r>
            <w:r w:rsidRPr="006C4CE9">
              <w:rPr>
                <w:lang w:val="ru-RU"/>
              </w:rPr>
              <w:br/>
            </w:r>
            <w:r w:rsidRPr="006C4CE9">
              <w:rPr>
                <w:rFonts w:ascii="Times New Roman" w:eastAsia="Times New Roman" w:hAnsi="Times New Roman"/>
                <w:color w:val="000000"/>
                <w:w w:val="97"/>
                <w:sz w:val="16"/>
                <w:lang w:val="ru-RU"/>
              </w:rPr>
              <w:t>персонажа;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Итого по модулю 1</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5</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r w:rsidR="006327D3" w:rsidTr="006327D3">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Живопись</w:t>
            </w:r>
          </w:p>
        </w:tc>
      </w:tr>
      <w:tr w:rsidR="006327D3" w:rsidTr="006327D3">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45" w:lineRule="auto"/>
              <w:ind w:left="72" w:right="1008"/>
            </w:pPr>
            <w:r w:rsidRPr="006C4CE9">
              <w:rPr>
                <w:rFonts w:ascii="Times New Roman" w:eastAsia="Times New Roman" w:hAnsi="Times New Roman"/>
                <w:b/>
                <w:color w:val="000000"/>
                <w:w w:val="97"/>
                <w:sz w:val="16"/>
                <w:lang w:val="ru-RU"/>
              </w:rPr>
              <w:t xml:space="preserve">Натюрморт из простых предметов с натуры или по представлению. </w:t>
            </w:r>
            <w:r>
              <w:rPr>
                <w:rFonts w:ascii="Times New Roman" w:eastAsia="Times New Roman" w:hAnsi="Times New Roman"/>
                <w:b/>
                <w:color w:val="000000"/>
                <w:w w:val="97"/>
                <w:sz w:val="16"/>
              </w:rPr>
              <w:t>Композиционный натюрморт.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07.10.2022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7" w:lineRule="auto"/>
              <w:ind w:left="72" w:right="144"/>
              <w:rPr>
                <w:lang w:val="ru-RU"/>
              </w:rPr>
            </w:pPr>
            <w:r w:rsidRPr="006C4CE9">
              <w:rPr>
                <w:rFonts w:ascii="Times New Roman" w:eastAsia="Times New Roman" w:hAnsi="Times New Roman"/>
                <w:color w:val="000000"/>
                <w:w w:val="97"/>
                <w:sz w:val="16"/>
                <w:lang w:val="ru-RU"/>
              </w:rPr>
              <w:t>Осваивать приёмы композиции натюрморта по наблюдению натуры или по представлению</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432"/>
              <w:rPr>
                <w:lang w:val="ru-RU"/>
              </w:rPr>
            </w:pPr>
            <w:r w:rsidRPr="006C4CE9">
              <w:rPr>
                <w:rFonts w:ascii="Times New Roman" w:eastAsia="Times New Roman" w:hAnsi="Times New Roman"/>
                <w:b/>
                <w:color w:val="000000"/>
                <w:w w:val="97"/>
                <w:sz w:val="16"/>
                <w:lang w:val="ru-RU"/>
              </w:rPr>
              <w:t>Знакомство с жанром натюрморта в творчестве отечественных художников (например, И. И. Машков, К. С. Петров-Водкин, К. А. Коровин, П. П. Кончаловский, М. С. Сарьян, В. Ф. Стожаров) и западноевропейских художников (например, В. Ван Гог, А. Матисс, П. Сезанн).</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144"/>
              <w:rPr>
                <w:lang w:val="ru-RU"/>
              </w:rPr>
            </w:pPr>
            <w:r w:rsidRPr="006C4CE9">
              <w:rPr>
                <w:rFonts w:ascii="Times New Roman" w:eastAsia="Times New Roman" w:hAnsi="Times New Roman"/>
                <w:color w:val="000000"/>
                <w:w w:val="97"/>
                <w:sz w:val="16"/>
                <w:lang w:val="ru-RU"/>
              </w:rPr>
              <w:t>Узнавать портреты кисти В. И. Сурикова, И. Е. Репина, В. А.</w:t>
            </w:r>
          </w:p>
          <w:p w:rsidR="006327D3" w:rsidRPr="006C4CE9" w:rsidRDefault="006327D3" w:rsidP="006327D3">
            <w:pPr>
              <w:autoSpaceDE w:val="0"/>
              <w:autoSpaceDN w:val="0"/>
              <w:spacing w:before="18" w:after="0" w:line="250" w:lineRule="auto"/>
              <w:ind w:left="72" w:right="288"/>
              <w:rPr>
                <w:lang w:val="ru-RU"/>
              </w:rPr>
            </w:pPr>
            <w:r w:rsidRPr="006C4CE9">
              <w:rPr>
                <w:rFonts w:ascii="Times New Roman" w:eastAsia="Times New Roman" w:hAnsi="Times New Roman"/>
                <w:color w:val="000000"/>
                <w:w w:val="97"/>
                <w:sz w:val="16"/>
                <w:lang w:val="ru-RU"/>
              </w:rPr>
              <w:t xml:space="preserve">Серова, А. Г. Венецианова, З. Е. Серебряковой (и других художников по выбору </w:t>
            </w:r>
            <w:r w:rsidRPr="006C4CE9">
              <w:rPr>
                <w:lang w:val="ru-RU"/>
              </w:rPr>
              <w:br/>
            </w:r>
            <w:r w:rsidRPr="006C4CE9">
              <w:rPr>
                <w:rFonts w:ascii="Times New Roman" w:eastAsia="Times New Roman" w:hAnsi="Times New Roman"/>
                <w:color w:val="000000"/>
                <w:w w:val="97"/>
                <w:sz w:val="16"/>
                <w:lang w:val="ru-RU"/>
              </w:rPr>
              <w:t>учителя</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bl>
    <w:p w:rsidR="006327D3" w:rsidRDefault="006327D3" w:rsidP="006327D3">
      <w:pPr>
        <w:autoSpaceDE w:val="0"/>
        <w:autoSpaceDN w:val="0"/>
        <w:spacing w:after="0" w:line="14" w:lineRule="exact"/>
      </w:pPr>
    </w:p>
    <w:p w:rsidR="006327D3" w:rsidRDefault="006327D3" w:rsidP="006327D3">
      <w:pPr>
        <w:sectPr w:rsidR="006327D3">
          <w:pgSz w:w="16840" w:h="11900"/>
          <w:pgMar w:top="282" w:right="640" w:bottom="280" w:left="666" w:header="720" w:footer="720" w:gutter="0"/>
          <w:cols w:space="720" w:equalWidth="0">
            <w:col w:w="15534" w:space="0"/>
          </w:cols>
          <w:docGrid w:linePitch="360"/>
        </w:sectPr>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6327D3" w:rsidTr="006327D3">
        <w:trPr>
          <w:trHeight w:hRule="exact" w:val="1314"/>
        </w:trPr>
        <w:tc>
          <w:tcPr>
            <w:tcW w:w="396"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c>
          <w:tcPr>
            <w:tcW w:w="5956"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c>
          <w:tcPr>
            <w:tcW w:w="528"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04"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080"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054" w:type="dxa"/>
            <w:tcBorders>
              <w:left w:val="single" w:sz="4" w:space="0" w:color="000000"/>
              <w:bottom w:val="single" w:sz="4" w:space="0" w:color="000000"/>
              <w:right w:val="single" w:sz="4" w:space="0" w:color="000000"/>
            </w:tcBorders>
            <w:tcMar>
              <w:left w:w="0" w:type="dxa"/>
              <w:right w:w="0" w:type="dxa"/>
            </w:tcMar>
          </w:tcPr>
          <w:p w:rsidR="006327D3" w:rsidRDefault="006327D3" w:rsidP="006327D3"/>
        </w:tc>
      </w:tr>
    </w:tbl>
    <w:p w:rsidR="006327D3" w:rsidRDefault="006327D3" w:rsidP="006327D3">
      <w:pPr>
        <w:autoSpaceDE w:val="0"/>
        <w:autoSpaceDN w:val="0"/>
        <w:spacing w:after="0" w:line="1302"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6327D3" w:rsidTr="006327D3">
        <w:trPr>
          <w:trHeight w:hRule="exact" w:val="13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«Натюрморт-автопортрет» из предметов, характеризующих личность ученика.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2" w:lineRule="auto"/>
              <w:ind w:left="72" w:right="288"/>
              <w:rPr>
                <w:lang w:val="ru-RU"/>
              </w:rPr>
            </w:pPr>
            <w:r w:rsidRPr="006C4CE9">
              <w:rPr>
                <w:rFonts w:ascii="Times New Roman" w:eastAsia="Times New Roman" w:hAnsi="Times New Roman"/>
                <w:color w:val="000000"/>
                <w:w w:val="97"/>
                <w:sz w:val="16"/>
                <w:lang w:val="ru-RU"/>
              </w:rPr>
              <w:t xml:space="preserve">Рассматривать, эстетически анализировать сюжет и </w:t>
            </w:r>
            <w:r w:rsidRPr="006C4CE9">
              <w:rPr>
                <w:lang w:val="ru-RU"/>
              </w:rPr>
              <w:br/>
            </w:r>
            <w:r w:rsidRPr="006C4CE9">
              <w:rPr>
                <w:rFonts w:ascii="Times New Roman" w:eastAsia="Times New Roman" w:hAnsi="Times New Roman"/>
                <w:color w:val="000000"/>
                <w:w w:val="97"/>
                <w:sz w:val="16"/>
                <w:lang w:val="ru-RU"/>
              </w:rPr>
              <w:t xml:space="preserve">композицию, эмоциональное настроение, выраженное в натюрмортах известных </w:t>
            </w:r>
            <w:r w:rsidRPr="006C4CE9">
              <w:rPr>
                <w:lang w:val="ru-RU"/>
              </w:rPr>
              <w:br/>
            </w:r>
            <w:r w:rsidRPr="006C4CE9">
              <w:rPr>
                <w:rFonts w:ascii="Times New Roman" w:eastAsia="Times New Roman" w:hAnsi="Times New Roman"/>
                <w:color w:val="000000"/>
                <w:w w:val="97"/>
                <w:sz w:val="16"/>
                <w:lang w:val="ru-RU"/>
              </w:rPr>
              <w:t>отечественных художников</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2.4.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sidRPr="006C4CE9">
              <w:rPr>
                <w:rFonts w:ascii="Times New Roman" w:eastAsia="Times New Roman" w:hAnsi="Times New Roman"/>
                <w:b/>
                <w:color w:val="000000"/>
                <w:w w:val="97"/>
                <w:sz w:val="16"/>
                <w:lang w:val="ru-RU"/>
              </w:rPr>
              <w:t xml:space="preserve">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w:t>
            </w:r>
            <w:r>
              <w:rPr>
                <w:rFonts w:ascii="Times New Roman" w:eastAsia="Times New Roman" w:hAnsi="Times New Roman"/>
                <w:b/>
                <w:color w:val="000000"/>
                <w:w w:val="97"/>
                <w:sz w:val="16"/>
              </w:rPr>
              <w:t>Показать в изображении состояние неба.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14.10.2022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Pr>
                <w:lang w:val="ru-RU"/>
              </w:rPr>
            </w:pPr>
            <w:r w:rsidRPr="006C4CE9">
              <w:rPr>
                <w:rFonts w:ascii="Times New Roman" w:eastAsia="Times New Roman" w:hAnsi="Times New Roman"/>
                <w:color w:val="000000"/>
                <w:w w:val="97"/>
                <w:sz w:val="16"/>
                <w:lang w:val="ru-RU"/>
              </w:rPr>
              <w:t xml:space="preserve">Создать творческую </w:t>
            </w:r>
            <w:r w:rsidRPr="006C4CE9">
              <w:rPr>
                <w:lang w:val="ru-RU"/>
              </w:rPr>
              <w:br/>
            </w:r>
            <w:r w:rsidRPr="006C4CE9">
              <w:rPr>
                <w:rFonts w:ascii="Times New Roman" w:eastAsia="Times New Roman" w:hAnsi="Times New Roman"/>
                <w:color w:val="000000"/>
                <w:w w:val="97"/>
                <w:sz w:val="16"/>
                <w:lang w:val="ru-RU"/>
              </w:rPr>
              <w:t>композицию на тему «Пейзаж</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135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Портрет человека (по памяти и по представлению, с опорой на натуру).</w:t>
            </w:r>
          </w:p>
          <w:p w:rsidR="006327D3" w:rsidRPr="006C4CE9" w:rsidRDefault="006327D3" w:rsidP="006327D3">
            <w:pPr>
              <w:autoSpaceDE w:val="0"/>
              <w:autoSpaceDN w:val="0"/>
              <w:spacing w:before="20" w:after="0" w:line="252" w:lineRule="auto"/>
              <w:ind w:left="72"/>
              <w:rPr>
                <w:lang w:val="ru-RU"/>
              </w:rPr>
            </w:pPr>
            <w:r w:rsidRPr="006C4CE9">
              <w:rPr>
                <w:rFonts w:ascii="Times New Roman" w:eastAsia="Times New Roman" w:hAnsi="Times New Roman"/>
                <w:b/>
                <w:color w:val="000000"/>
                <w:w w:val="97"/>
                <w:sz w:val="16"/>
                <w:lang w:val="ru-RU"/>
              </w:rPr>
              <w:t>Выражение в портрете (автопортрете) характера человека, особенностей его личности; использование выразительных возможностей композиционного размещения изображения в плоскости листа. 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21.10.2022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7" w:lineRule="auto"/>
              <w:ind w:left="72"/>
              <w:rPr>
                <w:lang w:val="ru-RU"/>
              </w:rPr>
            </w:pPr>
            <w:r w:rsidRPr="006C4CE9">
              <w:rPr>
                <w:rFonts w:ascii="Times New Roman" w:eastAsia="Times New Roman" w:hAnsi="Times New Roman"/>
                <w:color w:val="000000"/>
                <w:w w:val="97"/>
                <w:sz w:val="16"/>
                <w:lang w:val="ru-RU"/>
              </w:rPr>
              <w:t xml:space="preserve">Выполнить творческую </w:t>
            </w:r>
            <w:r w:rsidRPr="006C4CE9">
              <w:rPr>
                <w:lang w:val="ru-RU"/>
              </w:rPr>
              <w:br/>
            </w:r>
            <w:r w:rsidRPr="006C4CE9">
              <w:rPr>
                <w:rFonts w:ascii="Times New Roman" w:eastAsia="Times New Roman" w:hAnsi="Times New Roman"/>
                <w:color w:val="000000"/>
                <w:w w:val="97"/>
                <w:sz w:val="16"/>
                <w:lang w:val="ru-RU"/>
              </w:rPr>
              <w:t>работу — портрет товарища или автопортрет</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11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2.6.</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Сюжетная композиция «В цирке» (по памяти и по представлению).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28.10.2022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2" w:lineRule="auto"/>
              <w:ind w:left="72" w:right="144"/>
              <w:rPr>
                <w:lang w:val="ru-RU"/>
              </w:rPr>
            </w:pPr>
            <w:r w:rsidRPr="006C4CE9">
              <w:rPr>
                <w:rFonts w:ascii="Times New Roman" w:eastAsia="Times New Roman" w:hAnsi="Times New Roman"/>
                <w:color w:val="000000"/>
                <w:w w:val="97"/>
                <w:sz w:val="16"/>
                <w:lang w:val="ru-RU"/>
              </w:rPr>
              <w:t>Знакомиться с деятельностью и ролью художника в театре</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Выполнить эскиз театрального занавеса или декораций по </w:t>
            </w:r>
            <w:r w:rsidRPr="006C4CE9">
              <w:rPr>
                <w:lang w:val="ru-RU"/>
              </w:rPr>
              <w:br/>
            </w:r>
            <w:r w:rsidRPr="006C4CE9">
              <w:rPr>
                <w:rFonts w:ascii="Times New Roman" w:eastAsia="Times New Roman" w:hAnsi="Times New Roman"/>
                <w:color w:val="000000"/>
                <w:w w:val="97"/>
                <w:sz w:val="16"/>
                <w:lang w:val="ru-RU"/>
              </w:rPr>
              <w:t>выбранному сюжету.;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2.7.</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Pr>
                <w:lang w:val="ru-RU"/>
              </w:rPr>
            </w:pPr>
            <w:r w:rsidRPr="006C4CE9">
              <w:rPr>
                <w:rFonts w:ascii="Times New Roman" w:eastAsia="Times New Roman" w:hAnsi="Times New Roman"/>
                <w:b/>
                <w:color w:val="000000"/>
                <w:w w:val="97"/>
                <w:sz w:val="16"/>
                <w:lang w:val="ru-RU"/>
              </w:rPr>
              <w:t>Художник в театре: эскиз занавеса (или декораций) для спектакля со сказочным сюжетом (сказка по выбору).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11.11.2022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 xml:space="preserve">Выполнить эскиз театрального занавеса или декораций по </w:t>
            </w:r>
            <w:r w:rsidRPr="006C4CE9">
              <w:rPr>
                <w:lang w:val="ru-RU"/>
              </w:rPr>
              <w:br/>
            </w:r>
            <w:r w:rsidRPr="006C4CE9">
              <w:rPr>
                <w:rFonts w:ascii="Times New Roman" w:eastAsia="Times New Roman" w:hAnsi="Times New Roman"/>
                <w:color w:val="000000"/>
                <w:w w:val="97"/>
                <w:sz w:val="16"/>
                <w:lang w:val="ru-RU"/>
              </w:rPr>
              <w:t>выбранному сюжету</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2.8.</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5" w:lineRule="auto"/>
              <w:ind w:left="72" w:right="432"/>
              <w:rPr>
                <w:lang w:val="ru-RU"/>
              </w:rPr>
            </w:pPr>
            <w:r w:rsidRPr="006C4CE9">
              <w:rPr>
                <w:rFonts w:ascii="Times New Roman" w:eastAsia="Times New Roman" w:hAnsi="Times New Roman"/>
                <w:b/>
                <w:color w:val="000000"/>
                <w:w w:val="97"/>
                <w:sz w:val="16"/>
                <w:lang w:val="ru-RU"/>
              </w:rPr>
              <w:t>Тематическая композиция «Праздник в городе» (гуашь по цветной бумаге, возможно совмещение с наклейками в виде коллажа или аппликации).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18.11.2022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0" w:lineRule="auto"/>
              <w:ind w:left="72"/>
              <w:rPr>
                <w:lang w:val="ru-RU"/>
              </w:rPr>
            </w:pPr>
            <w:r w:rsidRPr="006C4CE9">
              <w:rPr>
                <w:rFonts w:ascii="Times New Roman" w:eastAsia="Times New Roman" w:hAnsi="Times New Roman"/>
                <w:color w:val="000000"/>
                <w:w w:val="97"/>
                <w:sz w:val="16"/>
                <w:lang w:val="ru-RU"/>
              </w:rPr>
              <w:t xml:space="preserve">Выполнить тематическую </w:t>
            </w:r>
            <w:r w:rsidRPr="006C4CE9">
              <w:rPr>
                <w:lang w:val="ru-RU"/>
              </w:rPr>
              <w:br/>
            </w:r>
            <w:r w:rsidRPr="006C4CE9">
              <w:rPr>
                <w:rFonts w:ascii="Times New Roman" w:eastAsia="Times New Roman" w:hAnsi="Times New Roman"/>
                <w:color w:val="000000"/>
                <w:w w:val="97"/>
                <w:sz w:val="16"/>
                <w:lang w:val="ru-RU"/>
              </w:rPr>
              <w:t xml:space="preserve">композицию «Праздник в </w:t>
            </w:r>
            <w:r w:rsidRPr="006C4CE9">
              <w:rPr>
                <w:lang w:val="ru-RU"/>
              </w:rPr>
              <w:br/>
            </w:r>
            <w:r w:rsidRPr="006C4CE9">
              <w:rPr>
                <w:rFonts w:ascii="Times New Roman" w:eastAsia="Times New Roman" w:hAnsi="Times New Roman"/>
                <w:color w:val="000000"/>
                <w:w w:val="97"/>
                <w:sz w:val="16"/>
                <w:lang w:val="ru-RU"/>
              </w:rPr>
              <w:t>городе» (на основе наблюдений, по памяти и по представлению);</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Итого по модулю 2</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6</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r w:rsidR="006327D3" w:rsidTr="006327D3">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Скульптура</w:t>
            </w:r>
          </w:p>
        </w:tc>
      </w:tr>
      <w:tr w:rsidR="006327D3" w:rsidTr="006327D3">
        <w:trPr>
          <w:trHeight w:hRule="exact" w:val="205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lastRenderedPageBreak/>
              <w:t>3.1.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5" w:lineRule="auto"/>
              <w:ind w:left="72" w:right="288"/>
              <w:rPr>
                <w:lang w:val="ru-RU"/>
              </w:rPr>
            </w:pPr>
            <w:r w:rsidRPr="006C4CE9">
              <w:rPr>
                <w:rFonts w:ascii="Times New Roman" w:eastAsia="Times New Roman" w:hAnsi="Times New Roman"/>
                <w:b/>
                <w:color w:val="000000"/>
                <w:w w:val="97"/>
                <w:sz w:val="16"/>
                <w:lang w:val="ru-RU"/>
              </w:rPr>
              <w:t>Лепка сказочного персонажа на основе сюжета известной сказки или создание этого персонажа в технике бумагопластики.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25.11.2022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4" w:lineRule="auto"/>
              <w:ind w:left="72"/>
              <w:rPr>
                <w:lang w:val="ru-RU"/>
              </w:rPr>
            </w:pPr>
            <w:r w:rsidRPr="006C4CE9">
              <w:rPr>
                <w:rFonts w:ascii="Times New Roman" w:eastAsia="Times New Roman" w:hAnsi="Times New Roman"/>
                <w:color w:val="000000"/>
                <w:w w:val="97"/>
                <w:sz w:val="16"/>
                <w:lang w:val="ru-RU"/>
              </w:rPr>
              <w:t xml:space="preserve">Выполнить творческую </w:t>
            </w:r>
            <w:r w:rsidRPr="006C4CE9">
              <w:rPr>
                <w:lang w:val="ru-RU"/>
              </w:rPr>
              <w:br/>
            </w:r>
            <w:r w:rsidRPr="006C4CE9">
              <w:rPr>
                <w:rFonts w:ascii="Times New Roman" w:eastAsia="Times New Roman" w:hAnsi="Times New Roman"/>
                <w:color w:val="000000"/>
                <w:w w:val="97"/>
                <w:sz w:val="16"/>
                <w:lang w:val="ru-RU"/>
              </w:rPr>
              <w:t xml:space="preserve">работу — лепку образа </w:t>
            </w:r>
            <w:r w:rsidRPr="006C4CE9">
              <w:rPr>
                <w:lang w:val="ru-RU"/>
              </w:rPr>
              <w:br/>
            </w:r>
            <w:r w:rsidRPr="006C4CE9">
              <w:rPr>
                <w:rFonts w:ascii="Times New Roman" w:eastAsia="Times New Roman" w:hAnsi="Times New Roman"/>
                <w:color w:val="000000"/>
                <w:w w:val="97"/>
                <w:sz w:val="16"/>
                <w:lang w:val="ru-RU"/>
              </w:rPr>
              <w:t xml:space="preserve">персонажа (или создание образа в технике бумагопластики) с </w:t>
            </w:r>
            <w:r w:rsidRPr="006C4CE9">
              <w:rPr>
                <w:lang w:val="ru-RU"/>
              </w:rPr>
              <w:br/>
            </w:r>
            <w:r w:rsidRPr="006C4CE9">
              <w:rPr>
                <w:rFonts w:ascii="Times New Roman" w:eastAsia="Times New Roman" w:hAnsi="Times New Roman"/>
                <w:color w:val="000000"/>
                <w:w w:val="97"/>
                <w:sz w:val="16"/>
                <w:lang w:val="ru-RU"/>
              </w:rPr>
              <w:t xml:space="preserve">ярко выраженным характером (из выбранной сказки). Работа может быть коллективной: </w:t>
            </w:r>
            <w:r w:rsidRPr="006C4CE9">
              <w:rPr>
                <w:lang w:val="ru-RU"/>
              </w:rPr>
              <w:br/>
            </w:r>
            <w:r w:rsidRPr="006C4CE9">
              <w:rPr>
                <w:rFonts w:ascii="Times New Roman" w:eastAsia="Times New Roman" w:hAnsi="Times New Roman"/>
                <w:color w:val="000000"/>
                <w:w w:val="97"/>
                <w:sz w:val="16"/>
                <w:lang w:val="ru-RU"/>
              </w:rPr>
              <w:t xml:space="preserve">совмещение в общей </w:t>
            </w:r>
            <w:r w:rsidRPr="006C4CE9">
              <w:rPr>
                <w:lang w:val="ru-RU"/>
              </w:rPr>
              <w:br/>
            </w:r>
            <w:r w:rsidRPr="006C4CE9">
              <w:rPr>
                <w:rFonts w:ascii="Times New Roman" w:eastAsia="Times New Roman" w:hAnsi="Times New Roman"/>
                <w:color w:val="000000"/>
                <w:w w:val="97"/>
                <w:sz w:val="16"/>
                <w:lang w:val="ru-RU"/>
              </w:rPr>
              <w:t>композиции разных персонажей сказки</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bl>
    <w:p w:rsidR="006327D3" w:rsidRDefault="006327D3" w:rsidP="006327D3">
      <w:pPr>
        <w:autoSpaceDE w:val="0"/>
        <w:autoSpaceDN w:val="0"/>
        <w:spacing w:after="0" w:line="14" w:lineRule="exact"/>
      </w:pPr>
    </w:p>
    <w:p w:rsidR="006327D3" w:rsidRDefault="006327D3" w:rsidP="006327D3">
      <w:pPr>
        <w:autoSpaceDE w:val="0"/>
        <w:autoSpaceDN w:val="0"/>
        <w:spacing w:after="0" w:line="14" w:lineRule="exact"/>
      </w:pPr>
    </w:p>
    <w:p w:rsidR="006327D3" w:rsidRDefault="006327D3" w:rsidP="006327D3">
      <w:pPr>
        <w:sectPr w:rsidR="006327D3">
          <w:pgSz w:w="16840" w:h="11900"/>
          <w:pgMar w:top="0" w:right="640" w:bottom="340" w:left="666" w:header="720" w:footer="720" w:gutter="0"/>
          <w:cols w:space="720" w:equalWidth="0">
            <w:col w:w="15534" w:space="0"/>
          </w:cols>
          <w:docGrid w:linePitch="360"/>
        </w:sectPr>
      </w:pPr>
    </w:p>
    <w:p w:rsidR="006327D3" w:rsidRDefault="006327D3" w:rsidP="006327D3">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6327D3" w:rsidTr="006327D3">
        <w:trPr>
          <w:trHeight w:hRule="exact" w:val="18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3.2.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7" w:lineRule="auto"/>
              <w:ind w:left="72" w:right="144"/>
              <w:rPr>
                <w:lang w:val="ru-RU"/>
              </w:rPr>
            </w:pPr>
            <w:r w:rsidRPr="006C4CE9">
              <w:rPr>
                <w:rFonts w:ascii="Times New Roman" w:eastAsia="Times New Roman" w:hAnsi="Times New Roman"/>
                <w:b/>
                <w:color w:val="000000"/>
                <w:w w:val="97"/>
                <w:sz w:val="16"/>
                <w:lang w:val="ru-RU"/>
              </w:rPr>
              <w:t>Создание игрушки из подручного нехудожественного материала, придание ей одушевлённого образа путём добавления деталей лепных или из бумаги, ниток или других материалов.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02.12.2022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4" w:lineRule="auto"/>
              <w:ind w:left="72" w:right="144"/>
              <w:rPr>
                <w:lang w:val="ru-RU"/>
              </w:rPr>
            </w:pPr>
            <w:r w:rsidRPr="006C4CE9">
              <w:rPr>
                <w:rFonts w:ascii="Times New Roman" w:eastAsia="Times New Roman" w:hAnsi="Times New Roman"/>
                <w:color w:val="000000"/>
                <w:w w:val="97"/>
                <w:sz w:val="16"/>
                <w:lang w:val="ru-RU"/>
              </w:rPr>
              <w:t xml:space="preserve">Учиться осознавать, что </w:t>
            </w:r>
            <w:r w:rsidRPr="006C4CE9">
              <w:rPr>
                <w:lang w:val="ru-RU"/>
              </w:rPr>
              <w:br/>
            </w:r>
            <w:r w:rsidRPr="006C4CE9">
              <w:rPr>
                <w:rFonts w:ascii="Times New Roman" w:eastAsia="Times New Roman" w:hAnsi="Times New Roman"/>
                <w:color w:val="000000"/>
                <w:w w:val="97"/>
                <w:sz w:val="16"/>
                <w:lang w:val="ru-RU"/>
              </w:rPr>
              <w:t xml:space="preserve">художественный образ </w:t>
            </w:r>
            <w:r w:rsidRPr="006C4CE9">
              <w:rPr>
                <w:lang w:val="ru-RU"/>
              </w:rPr>
              <w:br/>
            </w:r>
            <w:r w:rsidRPr="006C4CE9">
              <w:rPr>
                <w:rFonts w:ascii="Times New Roman" w:eastAsia="Times New Roman" w:hAnsi="Times New Roman"/>
                <w:color w:val="000000"/>
                <w:w w:val="97"/>
                <w:sz w:val="16"/>
                <w:lang w:val="ru-RU"/>
              </w:rPr>
              <w:t xml:space="preserve">(игрушка, кукла) может быть создан художником из любого подручного материала путём добавления некоторых деталей для придания характера, </w:t>
            </w:r>
            <w:r w:rsidRPr="006C4CE9">
              <w:rPr>
                <w:lang w:val="ru-RU"/>
              </w:rPr>
              <w:br/>
            </w:r>
            <w:r w:rsidRPr="006C4CE9">
              <w:rPr>
                <w:rFonts w:ascii="Times New Roman" w:eastAsia="Times New Roman" w:hAnsi="Times New Roman"/>
                <w:color w:val="000000"/>
                <w:w w:val="97"/>
                <w:sz w:val="16"/>
                <w:lang w:val="ru-RU"/>
              </w:rPr>
              <w:t xml:space="preserve">увиденного в предмете </w:t>
            </w:r>
            <w:r w:rsidRPr="006C4CE9">
              <w:rPr>
                <w:lang w:val="ru-RU"/>
              </w:rPr>
              <w:br/>
            </w:r>
            <w:r w:rsidRPr="006C4CE9">
              <w:rPr>
                <w:rFonts w:ascii="Times New Roman" w:eastAsia="Times New Roman" w:hAnsi="Times New Roman"/>
                <w:color w:val="000000"/>
                <w:w w:val="97"/>
                <w:sz w:val="16"/>
                <w:lang w:val="ru-RU"/>
              </w:rPr>
              <w:t>(«одушевление</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30" w:lineRule="auto"/>
              <w:jc w:val="center"/>
            </w:pPr>
            <w:r>
              <w:rPr>
                <w:rFonts w:ascii="Times New Roman" w:eastAsia="Times New Roman" w:hAnsi="Times New Roman"/>
                <w:color w:val="000000"/>
                <w:w w:val="97"/>
                <w:sz w:val="16"/>
              </w:rPr>
              <w:t>3.3.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80" w:after="0" w:line="245" w:lineRule="auto"/>
              <w:ind w:left="72" w:right="144"/>
              <w:rPr>
                <w:lang w:val="ru-RU"/>
              </w:rPr>
            </w:pPr>
            <w:r w:rsidRPr="006C4CE9">
              <w:rPr>
                <w:rFonts w:ascii="Times New Roman" w:eastAsia="Times New Roman" w:hAnsi="Times New Roman"/>
                <w:b/>
                <w:color w:val="000000"/>
                <w:w w:val="97"/>
                <w:sz w:val="16"/>
                <w:lang w:val="ru-RU"/>
              </w:rPr>
              <w:t>Освоение знаний о видах скульптуры (по назначению) и жанрах скульптуры (по сюжету изображения).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30" w:lineRule="auto"/>
              <w:jc w:val="center"/>
            </w:pPr>
            <w:r>
              <w:rPr>
                <w:rFonts w:ascii="Times New Roman" w:eastAsia="Times New Roman" w:hAnsi="Times New Roman"/>
                <w:color w:val="000000"/>
                <w:w w:val="97"/>
                <w:sz w:val="16"/>
              </w:rPr>
              <w:t>09.12.2022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80" w:after="0" w:line="250" w:lineRule="auto"/>
              <w:ind w:left="72" w:right="144"/>
              <w:rPr>
                <w:lang w:val="ru-RU"/>
              </w:rPr>
            </w:pPr>
            <w:r w:rsidRPr="006C4CE9">
              <w:rPr>
                <w:rFonts w:ascii="Times New Roman" w:eastAsia="Times New Roman" w:hAnsi="Times New Roman"/>
                <w:color w:val="000000"/>
                <w:w w:val="97"/>
                <w:sz w:val="16"/>
                <w:lang w:val="ru-RU"/>
              </w:rPr>
              <w:t xml:space="preserve">Выполнять несложные игрушки из подручного (различных </w:t>
            </w:r>
            <w:r w:rsidRPr="006C4CE9">
              <w:rPr>
                <w:lang w:val="ru-RU"/>
              </w:rPr>
              <w:br/>
            </w:r>
            <w:r w:rsidRPr="006C4CE9">
              <w:rPr>
                <w:rFonts w:ascii="Times New Roman" w:eastAsia="Times New Roman" w:hAnsi="Times New Roman"/>
                <w:color w:val="000000"/>
                <w:w w:val="97"/>
                <w:sz w:val="16"/>
                <w:lang w:val="ru-RU"/>
              </w:rPr>
              <w:t>упаковок и др.) или природного материала</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80"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3.4.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Лепка эскиза парковой скульптуры (пластилин или глина). Выражение пластики движения в скульптуре.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16.12.2022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576"/>
              <w:rPr>
                <w:lang w:val="ru-RU"/>
              </w:rPr>
            </w:pPr>
            <w:r w:rsidRPr="006C4CE9">
              <w:rPr>
                <w:rFonts w:ascii="Times New Roman" w:eastAsia="Times New Roman" w:hAnsi="Times New Roman"/>
                <w:color w:val="000000"/>
                <w:w w:val="97"/>
                <w:sz w:val="16"/>
                <w:lang w:val="ru-RU"/>
              </w:rPr>
              <w:t>Выполнить лепку эскиза парковой скульптуры;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Итого по модулю 3</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4</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r w:rsidR="006327D3" w:rsidTr="006327D3">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 xml:space="preserve">Модуль 4. </w:t>
            </w:r>
            <w:r>
              <w:rPr>
                <w:rFonts w:ascii="Times New Roman" w:eastAsia="Times New Roman" w:hAnsi="Times New Roman"/>
                <w:b/>
                <w:color w:val="000000"/>
                <w:w w:val="97"/>
                <w:sz w:val="16"/>
              </w:rPr>
              <w:t>Декоративно-прикладное искусство</w:t>
            </w:r>
          </w:p>
        </w:tc>
      </w:tr>
      <w:tr w:rsidR="006327D3" w:rsidTr="006327D3">
        <w:trPr>
          <w:trHeight w:hRule="exact" w:val="924"/>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4.1.</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7" w:lineRule="auto"/>
              <w:ind w:left="72"/>
              <w:rPr>
                <w:lang w:val="ru-RU"/>
              </w:rPr>
            </w:pPr>
            <w:r w:rsidRPr="006C4CE9">
              <w:rPr>
                <w:rFonts w:ascii="Times New Roman" w:eastAsia="Times New Roman" w:hAnsi="Times New Roman"/>
                <w:b/>
                <w:color w:val="000000"/>
                <w:w w:val="97"/>
                <w:sz w:val="16"/>
                <w:lang w:val="ru-RU"/>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23.12.2022</w:t>
            </w:r>
          </w:p>
        </w:tc>
        <w:tc>
          <w:tcPr>
            <w:tcW w:w="2378"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0" w:lineRule="auto"/>
              <w:ind w:left="72" w:right="144"/>
              <w:rPr>
                <w:lang w:val="ru-RU"/>
              </w:rPr>
            </w:pPr>
            <w:r w:rsidRPr="006C4CE9">
              <w:rPr>
                <w:rFonts w:ascii="Times New Roman" w:eastAsia="Times New Roman" w:hAnsi="Times New Roman"/>
                <w:color w:val="000000"/>
                <w:w w:val="97"/>
                <w:sz w:val="16"/>
                <w:lang w:val="ru-RU"/>
              </w:rPr>
              <w:t xml:space="preserve">Узнать о создании глиняной и деревянной посуды, о Гжели, Хохломе — народных </w:t>
            </w:r>
            <w:r w:rsidRPr="006C4CE9">
              <w:rPr>
                <w:lang w:val="ru-RU"/>
              </w:rPr>
              <w:br/>
            </w:r>
            <w:r w:rsidRPr="006C4CE9">
              <w:rPr>
                <w:rFonts w:ascii="Times New Roman" w:eastAsia="Times New Roman" w:hAnsi="Times New Roman"/>
                <w:color w:val="000000"/>
                <w:w w:val="97"/>
                <w:sz w:val="16"/>
                <w:lang w:val="ru-RU"/>
              </w:rPr>
              <w:t>художественных промыслах</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4.2.</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Эскизы орнаментов для росписи тканей. Раппорт. Трафарет и создание орнамента при помощи печаток или штампов.</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13.01.2023</w:t>
            </w:r>
          </w:p>
        </w:tc>
        <w:tc>
          <w:tcPr>
            <w:tcW w:w="2378"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 xml:space="preserve">Выполнять эскизы орнамента, украшающего посуду (по </w:t>
            </w:r>
            <w:r w:rsidRPr="006C4CE9">
              <w:rPr>
                <w:lang w:val="ru-RU"/>
              </w:rPr>
              <w:br/>
            </w:r>
            <w:r w:rsidRPr="006C4CE9">
              <w:rPr>
                <w:rFonts w:ascii="Times New Roman" w:eastAsia="Times New Roman" w:hAnsi="Times New Roman"/>
                <w:color w:val="000000"/>
                <w:w w:val="97"/>
                <w:sz w:val="16"/>
                <w:lang w:val="ru-RU"/>
              </w:rPr>
              <w:t xml:space="preserve">мотивам выбранного </w:t>
            </w:r>
            <w:r w:rsidRPr="006C4CE9">
              <w:rPr>
                <w:lang w:val="ru-RU"/>
              </w:rPr>
              <w:br/>
            </w:r>
            <w:r w:rsidRPr="006C4CE9">
              <w:rPr>
                <w:rFonts w:ascii="Times New Roman" w:eastAsia="Times New Roman" w:hAnsi="Times New Roman"/>
                <w:color w:val="000000"/>
                <w:w w:val="97"/>
                <w:sz w:val="16"/>
                <w:lang w:val="ru-RU"/>
              </w:rPr>
              <w:t>художественного промысла</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69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4.3.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right="144"/>
            </w:pPr>
            <w:r w:rsidRPr="006C4CE9">
              <w:rPr>
                <w:rFonts w:ascii="Times New Roman" w:eastAsia="Times New Roman" w:hAnsi="Times New Roman"/>
                <w:b/>
                <w:color w:val="000000"/>
                <w:w w:val="97"/>
                <w:sz w:val="16"/>
                <w:lang w:val="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и др. </w:t>
            </w:r>
            <w:r>
              <w:rPr>
                <w:rFonts w:ascii="Times New Roman" w:eastAsia="Times New Roman" w:hAnsi="Times New Roman"/>
                <w:b/>
                <w:color w:val="000000"/>
                <w:w w:val="97"/>
                <w:sz w:val="16"/>
              </w:rPr>
              <w:t xml:space="preserve">Рассмотрение </w:t>
            </w:r>
            <w:r>
              <w:br/>
            </w:r>
            <w:r>
              <w:rPr>
                <w:rFonts w:ascii="Times New Roman" w:eastAsia="Times New Roman" w:hAnsi="Times New Roman"/>
                <w:b/>
                <w:color w:val="000000"/>
                <w:w w:val="97"/>
                <w:sz w:val="16"/>
              </w:rPr>
              <w:t>павловопосадских платков.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20.01.2023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4" w:lineRule="auto"/>
              <w:ind w:left="72"/>
              <w:rPr>
                <w:lang w:val="ru-RU"/>
              </w:rPr>
            </w:pPr>
            <w:r w:rsidRPr="006C4CE9">
              <w:rPr>
                <w:rFonts w:ascii="Times New Roman" w:eastAsia="Times New Roman" w:hAnsi="Times New Roman"/>
                <w:color w:val="000000"/>
                <w:w w:val="97"/>
                <w:sz w:val="16"/>
                <w:lang w:val="ru-RU"/>
              </w:rPr>
              <w:t xml:space="preserve">Стараться увидеть красоту, </w:t>
            </w:r>
            <w:r w:rsidRPr="006C4CE9">
              <w:rPr>
                <w:lang w:val="ru-RU"/>
              </w:rPr>
              <w:br/>
            </w:r>
            <w:r w:rsidRPr="006C4CE9">
              <w:rPr>
                <w:rFonts w:ascii="Times New Roman" w:eastAsia="Times New Roman" w:hAnsi="Times New Roman"/>
                <w:color w:val="000000"/>
                <w:w w:val="97"/>
                <w:sz w:val="16"/>
                <w:lang w:val="ru-RU"/>
              </w:rPr>
              <w:t xml:space="preserve">анализировать композицию, </w:t>
            </w:r>
            <w:r w:rsidRPr="006C4CE9">
              <w:rPr>
                <w:lang w:val="ru-RU"/>
              </w:rPr>
              <w:br/>
            </w:r>
            <w:r w:rsidRPr="006C4CE9">
              <w:rPr>
                <w:rFonts w:ascii="Times New Roman" w:eastAsia="Times New Roman" w:hAnsi="Times New Roman"/>
                <w:color w:val="000000"/>
                <w:w w:val="97"/>
                <w:sz w:val="16"/>
                <w:lang w:val="ru-RU"/>
              </w:rPr>
              <w:t xml:space="preserve">особенности применения </w:t>
            </w:r>
            <w:r w:rsidRPr="006C4CE9">
              <w:rPr>
                <w:lang w:val="ru-RU"/>
              </w:rPr>
              <w:br/>
            </w:r>
            <w:r w:rsidRPr="006C4CE9">
              <w:rPr>
                <w:rFonts w:ascii="Times New Roman" w:eastAsia="Times New Roman" w:hAnsi="Times New Roman"/>
                <w:color w:val="000000"/>
                <w:w w:val="97"/>
                <w:sz w:val="16"/>
                <w:lang w:val="ru-RU"/>
              </w:rPr>
              <w:t>сетчатых орнаментов (а также модульных орнаментов</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Рассуждать о проявлениях </w:t>
            </w:r>
            <w:r w:rsidRPr="006C4CE9">
              <w:rPr>
                <w:lang w:val="ru-RU"/>
              </w:rPr>
              <w:br/>
            </w:r>
            <w:r w:rsidRPr="006C4CE9">
              <w:rPr>
                <w:rFonts w:ascii="Times New Roman" w:eastAsia="Times New Roman" w:hAnsi="Times New Roman"/>
                <w:color w:val="000000"/>
                <w:w w:val="97"/>
                <w:sz w:val="16"/>
                <w:lang w:val="ru-RU"/>
              </w:rPr>
              <w:t>симметрии и её видах в сетчатом орнаменте.;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Итого по модулю 4</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3</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r w:rsidR="006327D3" w:rsidTr="006327D3">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 xml:space="preserve">Модуль 5. </w:t>
            </w:r>
            <w:r>
              <w:rPr>
                <w:rFonts w:ascii="Times New Roman" w:eastAsia="Times New Roman" w:hAnsi="Times New Roman"/>
                <w:b/>
                <w:color w:val="000000"/>
                <w:w w:val="97"/>
                <w:sz w:val="16"/>
              </w:rPr>
              <w:t xml:space="preserve">Архитектура </w:t>
            </w:r>
          </w:p>
        </w:tc>
      </w:tr>
      <w:tr w:rsidR="006327D3" w:rsidTr="006327D3">
        <w:trPr>
          <w:trHeight w:hRule="exact" w:val="148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5.1.</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144"/>
              <w:rPr>
                <w:lang w:val="ru-RU"/>
              </w:rPr>
            </w:pPr>
            <w:r w:rsidRPr="006C4CE9">
              <w:rPr>
                <w:rFonts w:ascii="Times New Roman" w:eastAsia="Times New Roman" w:hAnsi="Times New Roman"/>
                <w:b/>
                <w:color w:val="000000"/>
                <w:w w:val="97"/>
                <w:sz w:val="16"/>
                <w:lang w:val="ru-RU"/>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27.01.2023</w:t>
            </w:r>
          </w:p>
        </w:tc>
        <w:tc>
          <w:tcPr>
            <w:tcW w:w="2378"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4" w:lineRule="auto"/>
              <w:ind w:left="72"/>
              <w:rPr>
                <w:lang w:val="ru-RU"/>
              </w:rPr>
            </w:pPr>
            <w:r w:rsidRPr="006C4CE9">
              <w:rPr>
                <w:rFonts w:ascii="Times New Roman" w:eastAsia="Times New Roman" w:hAnsi="Times New Roman"/>
                <w:color w:val="000000"/>
                <w:w w:val="97"/>
                <w:sz w:val="16"/>
                <w:lang w:val="ru-RU"/>
              </w:rPr>
              <w:t xml:space="preserve">Выполнить зарисовки или </w:t>
            </w:r>
            <w:r w:rsidRPr="006C4CE9">
              <w:rPr>
                <w:lang w:val="ru-RU"/>
              </w:rPr>
              <w:br/>
            </w:r>
            <w:r w:rsidRPr="006C4CE9">
              <w:rPr>
                <w:rFonts w:ascii="Times New Roman" w:eastAsia="Times New Roman" w:hAnsi="Times New Roman"/>
                <w:color w:val="000000"/>
                <w:w w:val="97"/>
                <w:sz w:val="16"/>
                <w:lang w:val="ru-RU"/>
              </w:rPr>
              <w:t xml:space="preserve">творческие рисунки по памяти и по представлению на тему </w:t>
            </w:r>
            <w:r w:rsidRPr="006C4CE9">
              <w:rPr>
                <w:lang w:val="ru-RU"/>
              </w:rPr>
              <w:br/>
            </w:r>
            <w:r w:rsidRPr="006C4CE9">
              <w:rPr>
                <w:rFonts w:ascii="Times New Roman" w:eastAsia="Times New Roman" w:hAnsi="Times New Roman"/>
                <w:color w:val="000000"/>
                <w:w w:val="97"/>
                <w:sz w:val="16"/>
                <w:lang w:val="ru-RU"/>
              </w:rPr>
              <w:t xml:space="preserve">исторических памятников или архитектурных </w:t>
            </w:r>
            <w:r w:rsidRPr="006C4CE9">
              <w:rPr>
                <w:lang w:val="ru-RU"/>
              </w:rPr>
              <w:br/>
            </w:r>
            <w:r w:rsidRPr="006C4CE9">
              <w:rPr>
                <w:rFonts w:ascii="Times New Roman" w:eastAsia="Times New Roman" w:hAnsi="Times New Roman"/>
                <w:color w:val="000000"/>
                <w:w w:val="97"/>
                <w:sz w:val="16"/>
                <w:lang w:val="ru-RU"/>
              </w:rPr>
              <w:t>достопримечательностей своего города (села</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https://resh.edu.ru/subject/7/3/</w:t>
            </w:r>
          </w:p>
        </w:tc>
      </w:tr>
    </w:tbl>
    <w:p w:rsidR="006327D3" w:rsidRDefault="006327D3" w:rsidP="006327D3">
      <w:pPr>
        <w:autoSpaceDE w:val="0"/>
        <w:autoSpaceDN w:val="0"/>
        <w:spacing w:after="0" w:line="14" w:lineRule="exact"/>
      </w:pPr>
    </w:p>
    <w:p w:rsidR="006327D3" w:rsidRDefault="006327D3" w:rsidP="006327D3">
      <w:pPr>
        <w:sectPr w:rsidR="006327D3">
          <w:pgSz w:w="16840" w:h="11900"/>
          <w:pgMar w:top="284" w:right="640" w:bottom="574" w:left="666" w:header="720" w:footer="720" w:gutter="0"/>
          <w:cols w:space="720" w:equalWidth="0">
            <w:col w:w="15534" w:space="0"/>
          </w:cols>
          <w:docGrid w:linePitch="360"/>
        </w:sectPr>
      </w:pPr>
    </w:p>
    <w:p w:rsidR="006327D3" w:rsidRDefault="006327D3" w:rsidP="006327D3">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5.2.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7" w:lineRule="auto"/>
              <w:ind w:left="72" w:right="288"/>
              <w:rPr>
                <w:lang w:val="ru-RU"/>
              </w:rPr>
            </w:pPr>
            <w:r w:rsidRPr="006C4CE9">
              <w:rPr>
                <w:rFonts w:ascii="Times New Roman" w:eastAsia="Times New Roman" w:hAnsi="Times New Roman"/>
                <w:b/>
                <w:color w:val="000000"/>
                <w:w w:val="97"/>
                <w:sz w:val="16"/>
                <w:lang w:val="ru-RU"/>
              </w:rPr>
              <w:t>Проектирование садово-паркового пространства на плоскости (аппликация, коллаж) или в пространственном макете (использование бумаги, картона, пенопласта и других подручных материалов).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03.02.2023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7" w:lineRule="auto"/>
              <w:ind w:left="72"/>
              <w:rPr>
                <w:lang w:val="ru-RU"/>
              </w:rPr>
            </w:pPr>
            <w:r w:rsidRPr="006C4CE9">
              <w:rPr>
                <w:rFonts w:ascii="Times New Roman" w:eastAsia="Times New Roman" w:hAnsi="Times New Roman"/>
                <w:color w:val="000000"/>
                <w:w w:val="97"/>
                <w:sz w:val="16"/>
                <w:lang w:val="ru-RU"/>
              </w:rPr>
              <w:t xml:space="preserve">Познакомиться с особенностями творческой деятельности </w:t>
            </w:r>
            <w:r w:rsidRPr="006C4CE9">
              <w:rPr>
                <w:lang w:val="ru-RU"/>
              </w:rPr>
              <w:br/>
            </w:r>
            <w:r w:rsidRPr="006C4CE9">
              <w:rPr>
                <w:rFonts w:ascii="Times New Roman" w:eastAsia="Times New Roman" w:hAnsi="Times New Roman"/>
                <w:color w:val="000000"/>
                <w:w w:val="97"/>
                <w:sz w:val="16"/>
                <w:lang w:val="ru-RU"/>
              </w:rPr>
              <w:t>ландшафтных дизайнеров</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5.3.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b/>
                <w:color w:val="000000"/>
                <w:w w:val="97"/>
                <w:sz w:val="16"/>
              </w:rPr>
              <w:t>Дизайн в городе.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10.02.2023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7" w:lineRule="auto"/>
              <w:ind w:left="72" w:right="144"/>
              <w:rPr>
                <w:lang w:val="ru-RU"/>
              </w:rPr>
            </w:pPr>
            <w:r w:rsidRPr="006C4CE9">
              <w:rPr>
                <w:rFonts w:ascii="Times New Roman" w:eastAsia="Times New Roman" w:hAnsi="Times New Roman"/>
                <w:color w:val="000000"/>
                <w:w w:val="97"/>
                <w:sz w:val="16"/>
                <w:lang w:val="ru-RU"/>
              </w:rPr>
              <w:t>Создать проект образа парка в виде макета или рисунка (или аппликации</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Письменный контроль;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79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5.4.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5" w:lineRule="auto"/>
              <w:ind w:right="576"/>
              <w:jc w:val="center"/>
              <w:rPr>
                <w:lang w:val="ru-RU"/>
              </w:rPr>
            </w:pPr>
            <w:proofErr w:type="gramStart"/>
            <w:r w:rsidRPr="006C4CE9">
              <w:rPr>
                <w:rFonts w:ascii="Times New Roman" w:eastAsia="Times New Roman" w:hAnsi="Times New Roman"/>
                <w:b/>
                <w:color w:val="000000"/>
                <w:w w:val="97"/>
                <w:sz w:val="16"/>
                <w:lang w:val="ru-RU"/>
              </w:rPr>
              <w:t>Проектирование (эскизы) малых архитектурных форм в городе (ажурные ограды, фонари, остановки транспорта, скамейки, киоски, беседки и др.).</w:t>
            </w:r>
            <w:proofErr w:type="gram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4" w:lineRule="auto"/>
              <w:ind w:left="72" w:right="144"/>
              <w:rPr>
                <w:lang w:val="ru-RU"/>
              </w:rPr>
            </w:pPr>
            <w:r w:rsidRPr="006C4CE9">
              <w:rPr>
                <w:rFonts w:ascii="Times New Roman" w:eastAsia="Times New Roman" w:hAnsi="Times New Roman"/>
                <w:color w:val="000000"/>
                <w:w w:val="97"/>
                <w:sz w:val="16"/>
                <w:lang w:val="ru-RU"/>
              </w:rPr>
              <w:t xml:space="preserve">Создать эскизы разнообразных малых архитектурных форм, наполняющих городское </w:t>
            </w:r>
            <w:r w:rsidRPr="006C4CE9">
              <w:rPr>
                <w:lang w:val="ru-RU"/>
              </w:rPr>
              <w:br/>
            </w:r>
            <w:r w:rsidRPr="006C4CE9">
              <w:rPr>
                <w:rFonts w:ascii="Times New Roman" w:eastAsia="Times New Roman" w:hAnsi="Times New Roman"/>
                <w:color w:val="000000"/>
                <w:w w:val="97"/>
                <w:sz w:val="16"/>
                <w:lang w:val="ru-RU"/>
              </w:rPr>
              <w:t xml:space="preserve">пространство (в виде рисунков, аппликаций из цветной бумаги, путём вырезания и </w:t>
            </w:r>
            <w:r w:rsidRPr="006C4CE9">
              <w:rPr>
                <w:lang w:val="ru-RU"/>
              </w:rPr>
              <w:br/>
            </w:r>
            <w:r w:rsidRPr="006C4CE9">
              <w:rPr>
                <w:rFonts w:ascii="Times New Roman" w:eastAsia="Times New Roman" w:hAnsi="Times New Roman"/>
                <w:color w:val="000000"/>
                <w:w w:val="97"/>
                <w:sz w:val="16"/>
                <w:lang w:val="ru-RU"/>
              </w:rPr>
              <w:t>макетирования — по выбору учителя</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5.5.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b/>
                <w:color w:val="000000"/>
                <w:w w:val="97"/>
                <w:sz w:val="16"/>
              </w:rPr>
              <w:t>Дизайн транспортных средств.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17.02.2023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0" w:lineRule="auto"/>
              <w:ind w:left="72" w:right="144"/>
              <w:rPr>
                <w:lang w:val="ru-RU"/>
              </w:rPr>
            </w:pPr>
            <w:r w:rsidRPr="006C4CE9">
              <w:rPr>
                <w:rFonts w:ascii="Times New Roman" w:eastAsia="Times New Roman" w:hAnsi="Times New Roman"/>
                <w:color w:val="000000"/>
                <w:w w:val="97"/>
                <w:sz w:val="16"/>
                <w:lang w:val="ru-RU"/>
              </w:rPr>
              <w:t>Узнать о работе художник</w:t>
            </w:r>
            <w:proofErr w:type="gramStart"/>
            <w:r w:rsidRPr="006C4CE9">
              <w:rPr>
                <w:rFonts w:ascii="Times New Roman" w:eastAsia="Times New Roman" w:hAnsi="Times New Roman"/>
                <w:color w:val="000000"/>
                <w:w w:val="97"/>
                <w:sz w:val="16"/>
                <w:lang w:val="ru-RU"/>
              </w:rPr>
              <w:t>а-</w:t>
            </w:r>
            <w:proofErr w:type="gramEnd"/>
            <w:r w:rsidRPr="006C4CE9">
              <w:rPr>
                <w:lang w:val="ru-RU"/>
              </w:rPr>
              <w:br/>
            </w:r>
            <w:r w:rsidRPr="006C4CE9">
              <w:rPr>
                <w:rFonts w:ascii="Times New Roman" w:eastAsia="Times New Roman" w:hAnsi="Times New Roman"/>
                <w:color w:val="000000"/>
                <w:w w:val="97"/>
                <w:sz w:val="16"/>
                <w:lang w:val="ru-RU"/>
              </w:rPr>
              <w:t xml:space="preserve">дизайнера по разработке формы автомобилей и других видов </w:t>
            </w:r>
            <w:r w:rsidRPr="006C4CE9">
              <w:rPr>
                <w:lang w:val="ru-RU"/>
              </w:rPr>
              <w:br/>
            </w:r>
            <w:r w:rsidRPr="006C4CE9">
              <w:rPr>
                <w:rFonts w:ascii="Times New Roman" w:eastAsia="Times New Roman" w:hAnsi="Times New Roman"/>
                <w:color w:val="000000"/>
                <w:w w:val="97"/>
                <w:sz w:val="16"/>
                <w:lang w:val="ru-RU"/>
              </w:rPr>
              <w:t>транспорта.;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5.6.</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Транспорт в городе. Рисунки реальных или фантастических машин.</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0" w:lineRule="auto"/>
              <w:ind w:left="72" w:right="144"/>
              <w:rPr>
                <w:lang w:val="ru-RU"/>
              </w:rPr>
            </w:pPr>
            <w:r w:rsidRPr="006C4CE9">
              <w:rPr>
                <w:rFonts w:ascii="Times New Roman" w:eastAsia="Times New Roman" w:hAnsi="Times New Roman"/>
                <w:color w:val="000000"/>
                <w:w w:val="97"/>
                <w:sz w:val="16"/>
                <w:lang w:val="ru-RU"/>
              </w:rPr>
              <w:t xml:space="preserve">Придумать и нарисовать (или выполнить в технике </w:t>
            </w:r>
            <w:r w:rsidRPr="006C4CE9">
              <w:rPr>
                <w:lang w:val="ru-RU"/>
              </w:rPr>
              <w:br/>
            </w:r>
            <w:r w:rsidRPr="006C4CE9">
              <w:rPr>
                <w:rFonts w:ascii="Times New Roman" w:eastAsia="Times New Roman" w:hAnsi="Times New Roman"/>
                <w:color w:val="000000"/>
                <w:w w:val="97"/>
                <w:sz w:val="16"/>
                <w:lang w:val="ru-RU"/>
              </w:rPr>
              <w:t>бумагопластики) транспортное средство</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5.7.</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288"/>
              <w:rPr>
                <w:lang w:val="ru-RU"/>
              </w:rPr>
            </w:pPr>
            <w:r w:rsidRPr="006C4CE9">
              <w:rPr>
                <w:rFonts w:ascii="Times New Roman" w:eastAsia="Times New Roman" w:hAnsi="Times New Roman"/>
                <w:b/>
                <w:color w:val="000000"/>
                <w:w w:val="97"/>
                <w:sz w:val="16"/>
                <w:lang w:val="ru-RU"/>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03.03.2023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2" w:lineRule="auto"/>
              <w:ind w:left="72"/>
              <w:rPr>
                <w:lang w:val="ru-RU"/>
              </w:rPr>
            </w:pPr>
            <w:r w:rsidRPr="006C4CE9">
              <w:rPr>
                <w:rFonts w:ascii="Times New Roman" w:eastAsia="Times New Roman" w:hAnsi="Times New Roman"/>
                <w:color w:val="000000"/>
                <w:w w:val="97"/>
                <w:sz w:val="16"/>
                <w:lang w:val="ru-RU"/>
              </w:rPr>
              <w:t xml:space="preserve">Выполнить творческий </w:t>
            </w:r>
            <w:r w:rsidRPr="006C4CE9">
              <w:rPr>
                <w:lang w:val="ru-RU"/>
              </w:rPr>
              <w:br/>
            </w:r>
            <w:r w:rsidRPr="006C4CE9">
              <w:rPr>
                <w:rFonts w:ascii="Times New Roman" w:eastAsia="Times New Roman" w:hAnsi="Times New Roman"/>
                <w:color w:val="000000"/>
                <w:w w:val="97"/>
                <w:sz w:val="16"/>
                <w:lang w:val="ru-RU"/>
              </w:rPr>
              <w:t xml:space="preserve">рисунок — создать графический образ своего города или села </w:t>
            </w:r>
            <w:r w:rsidRPr="006C4CE9">
              <w:rPr>
                <w:lang w:val="ru-RU"/>
              </w:rPr>
              <w:br/>
            </w:r>
            <w:r w:rsidRPr="006C4CE9">
              <w:rPr>
                <w:rFonts w:ascii="Times New Roman" w:eastAsia="Times New Roman" w:hAnsi="Times New Roman"/>
                <w:color w:val="000000"/>
                <w:w w:val="97"/>
                <w:sz w:val="16"/>
                <w:lang w:val="ru-RU"/>
              </w:rPr>
              <w:t>(или участвовать в коллективной работе);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Итого по модулю 5</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5</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r w:rsidR="006327D3" w:rsidTr="006327D3">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 xml:space="preserve">Модуль 6. </w:t>
            </w:r>
            <w:r>
              <w:rPr>
                <w:rFonts w:ascii="Times New Roman" w:eastAsia="Times New Roman" w:hAnsi="Times New Roman"/>
                <w:b/>
                <w:color w:val="000000"/>
                <w:w w:val="97"/>
                <w:sz w:val="16"/>
              </w:rPr>
              <w:t>Восприятие произведений искусства</w:t>
            </w:r>
          </w:p>
        </w:tc>
      </w:tr>
      <w:tr w:rsidR="006327D3" w:rsidTr="006327D3">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6.1.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Иллюстрации в детских книгах и дизайн детской книги.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10.03.2023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0" w:lineRule="auto"/>
              <w:ind w:left="72" w:right="432"/>
              <w:rPr>
                <w:lang w:val="ru-RU"/>
              </w:rPr>
            </w:pPr>
            <w:r w:rsidRPr="006C4CE9">
              <w:rPr>
                <w:rFonts w:ascii="Times New Roman" w:eastAsia="Times New Roman" w:hAnsi="Times New Roman"/>
                <w:color w:val="000000"/>
                <w:w w:val="97"/>
                <w:sz w:val="16"/>
                <w:lang w:val="ru-RU"/>
              </w:rPr>
              <w:t xml:space="preserve">Рассматривать и обсуждать иллюстрации известных </w:t>
            </w:r>
            <w:r w:rsidRPr="006C4CE9">
              <w:rPr>
                <w:lang w:val="ru-RU"/>
              </w:rPr>
              <w:br/>
            </w:r>
            <w:r w:rsidRPr="006C4CE9">
              <w:rPr>
                <w:rFonts w:ascii="Times New Roman" w:eastAsia="Times New Roman" w:hAnsi="Times New Roman"/>
                <w:color w:val="000000"/>
                <w:w w:val="97"/>
                <w:sz w:val="16"/>
                <w:lang w:val="ru-RU"/>
              </w:rPr>
              <w:t>отечественных художников детских книг</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11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6.2.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7" w:lineRule="auto"/>
              <w:ind w:left="72" w:right="144"/>
              <w:rPr>
                <w:lang w:val="ru-RU"/>
              </w:rPr>
            </w:pPr>
            <w:r w:rsidRPr="006C4CE9">
              <w:rPr>
                <w:rFonts w:ascii="Times New Roman" w:eastAsia="Times New Roman" w:hAnsi="Times New Roman"/>
                <w:b/>
                <w:color w:val="000000"/>
                <w:w w:val="97"/>
                <w:sz w:val="16"/>
                <w:lang w:val="ru-RU"/>
              </w:rPr>
              <w:t>Наблюдение окружающего мира по теме «Архитектура, улицы моего города». Памятники архитектуры и архитектурные достопримечательности (по выбору учителя), их значение в современном мире.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17.03.2023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2" w:lineRule="auto"/>
              <w:ind w:left="72" w:right="288"/>
              <w:rPr>
                <w:lang w:val="ru-RU"/>
              </w:rPr>
            </w:pPr>
            <w:r w:rsidRPr="006C4CE9">
              <w:rPr>
                <w:rFonts w:ascii="Times New Roman" w:eastAsia="Times New Roman" w:hAnsi="Times New Roman"/>
                <w:color w:val="000000"/>
                <w:w w:val="97"/>
                <w:sz w:val="16"/>
                <w:lang w:val="ru-RU"/>
              </w:rPr>
              <w:t>Рассматривать и обсуждать структурные компоненты и архитектурные особенности классических произведений архитектуры</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90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6.3.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Виртуальное путешествие: памятники архитектуры Москвы и Санкт-Петербурга (обзор памятников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Pr>
                <w:lang w:val="ru-RU"/>
              </w:rPr>
            </w:pPr>
            <w:r w:rsidRPr="006C4CE9">
              <w:rPr>
                <w:rFonts w:ascii="Times New Roman" w:eastAsia="Times New Roman" w:hAnsi="Times New Roman"/>
                <w:color w:val="000000"/>
                <w:w w:val="97"/>
                <w:sz w:val="16"/>
                <w:lang w:val="ru-RU"/>
              </w:rPr>
              <w:t xml:space="preserve">Уметь узнавать некоторые </w:t>
            </w:r>
            <w:r w:rsidRPr="006C4CE9">
              <w:rPr>
                <w:lang w:val="ru-RU"/>
              </w:rPr>
              <w:br/>
            </w:r>
            <w:r w:rsidRPr="006C4CE9">
              <w:rPr>
                <w:rFonts w:ascii="Times New Roman" w:eastAsia="Times New Roman" w:hAnsi="Times New Roman"/>
                <w:color w:val="000000"/>
                <w:w w:val="97"/>
                <w:sz w:val="16"/>
                <w:lang w:val="ru-RU"/>
              </w:rPr>
              <w:t>произведения этих художников и рассуждать об их содержании</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bl>
    <w:p w:rsidR="006327D3" w:rsidRDefault="006327D3" w:rsidP="006327D3">
      <w:pPr>
        <w:autoSpaceDE w:val="0"/>
        <w:autoSpaceDN w:val="0"/>
        <w:spacing w:after="0" w:line="14" w:lineRule="exact"/>
      </w:pPr>
    </w:p>
    <w:p w:rsidR="006327D3" w:rsidRDefault="006327D3" w:rsidP="006327D3">
      <w:pPr>
        <w:sectPr w:rsidR="006327D3">
          <w:pgSz w:w="16840" w:h="11900"/>
          <w:pgMar w:top="284" w:right="640" w:bottom="526" w:left="666" w:header="720" w:footer="720" w:gutter="0"/>
          <w:cols w:space="720" w:equalWidth="0">
            <w:col w:w="15534" w:space="0"/>
          </w:cols>
          <w:docGrid w:linePitch="360"/>
        </w:sectPr>
      </w:pPr>
    </w:p>
    <w:p w:rsidR="006327D3" w:rsidRDefault="006327D3" w:rsidP="006327D3">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6327D3" w:rsidTr="006327D3">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6.4.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5" w:lineRule="auto"/>
              <w:ind w:left="72" w:right="144"/>
              <w:rPr>
                <w:lang w:val="ru-RU"/>
              </w:rPr>
            </w:pPr>
            <w:r w:rsidRPr="006C4CE9">
              <w:rPr>
                <w:rFonts w:ascii="Times New Roman" w:eastAsia="Times New Roman" w:hAnsi="Times New Roman"/>
                <w:b/>
                <w:color w:val="000000"/>
                <w:w w:val="97"/>
                <w:sz w:val="16"/>
                <w:lang w:val="ru-RU"/>
              </w:rPr>
              <w:t>Знания о видах пространственных искусств: виды определяются по назначению произведений в жизни людей.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24.03.2023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4" w:lineRule="auto"/>
              <w:ind w:left="72"/>
              <w:rPr>
                <w:lang w:val="ru-RU"/>
              </w:rPr>
            </w:pPr>
            <w:r w:rsidRPr="006C4CE9">
              <w:rPr>
                <w:rFonts w:ascii="Times New Roman" w:eastAsia="Times New Roman" w:hAnsi="Times New Roman"/>
                <w:color w:val="000000"/>
                <w:w w:val="97"/>
                <w:sz w:val="16"/>
                <w:lang w:val="ru-RU"/>
              </w:rPr>
              <w:t xml:space="preserve">Получать представления о </w:t>
            </w:r>
            <w:r w:rsidRPr="006C4CE9">
              <w:rPr>
                <w:lang w:val="ru-RU"/>
              </w:rPr>
              <w:br/>
            </w:r>
            <w:r w:rsidRPr="006C4CE9">
              <w:rPr>
                <w:rFonts w:ascii="Times New Roman" w:eastAsia="Times New Roman" w:hAnsi="Times New Roman"/>
                <w:color w:val="000000"/>
                <w:w w:val="97"/>
                <w:sz w:val="16"/>
                <w:lang w:val="ru-RU"/>
              </w:rPr>
              <w:t xml:space="preserve">наиболее знаменитых картинах и знать имена крупнейших </w:t>
            </w:r>
            <w:r w:rsidRPr="006C4CE9">
              <w:rPr>
                <w:lang w:val="ru-RU"/>
              </w:rPr>
              <w:br/>
            </w:r>
            <w:r w:rsidRPr="006C4CE9">
              <w:rPr>
                <w:rFonts w:ascii="Times New Roman" w:eastAsia="Times New Roman" w:hAnsi="Times New Roman"/>
                <w:color w:val="000000"/>
                <w:w w:val="97"/>
                <w:sz w:val="16"/>
                <w:lang w:val="ru-RU"/>
              </w:rPr>
              <w:t>отечественных художнико</w:t>
            </w:r>
            <w:proofErr w:type="gramStart"/>
            <w:r w:rsidRPr="006C4CE9">
              <w:rPr>
                <w:rFonts w:ascii="Times New Roman" w:eastAsia="Times New Roman" w:hAnsi="Times New Roman"/>
                <w:color w:val="000000"/>
                <w:w w:val="97"/>
                <w:sz w:val="16"/>
                <w:lang w:val="ru-RU"/>
              </w:rPr>
              <w:t>в-</w:t>
            </w:r>
            <w:proofErr w:type="gramEnd"/>
            <w:r w:rsidRPr="006C4CE9">
              <w:rPr>
                <w:lang w:val="ru-RU"/>
              </w:rPr>
              <w:br/>
            </w:r>
            <w:r w:rsidRPr="006C4CE9">
              <w:rPr>
                <w:rFonts w:ascii="Times New Roman" w:eastAsia="Times New Roman" w:hAnsi="Times New Roman"/>
                <w:color w:val="000000"/>
                <w:w w:val="97"/>
                <w:sz w:val="16"/>
                <w:lang w:val="ru-RU"/>
              </w:rPr>
              <w:t xml:space="preserve">портретистов.; </w:t>
            </w:r>
            <w:r w:rsidRPr="006C4CE9">
              <w:rPr>
                <w:lang w:val="ru-RU"/>
              </w:rPr>
              <w:br/>
            </w:r>
            <w:r w:rsidRPr="006C4CE9">
              <w:rPr>
                <w:rFonts w:ascii="Times New Roman" w:eastAsia="Times New Roman" w:hAnsi="Times New Roman"/>
                <w:color w:val="000000"/>
                <w:w w:val="97"/>
                <w:sz w:val="16"/>
                <w:lang w:val="ru-RU"/>
              </w:rPr>
              <w:t xml:space="preserve">Уметь узнавать некоторые </w:t>
            </w:r>
            <w:r w:rsidRPr="006C4CE9">
              <w:rPr>
                <w:lang w:val="ru-RU"/>
              </w:rPr>
              <w:br/>
            </w:r>
            <w:r w:rsidRPr="006C4CE9">
              <w:rPr>
                <w:rFonts w:ascii="Times New Roman" w:eastAsia="Times New Roman" w:hAnsi="Times New Roman"/>
                <w:color w:val="000000"/>
                <w:w w:val="97"/>
                <w:sz w:val="16"/>
                <w:lang w:val="ru-RU"/>
              </w:rPr>
              <w:t>произведения этих художников и рассуждать об их содержании.;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6.5.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Pr>
                <w:lang w:val="ru-RU"/>
              </w:rPr>
            </w:pPr>
            <w:r w:rsidRPr="006C4CE9">
              <w:rPr>
                <w:rFonts w:ascii="Times New Roman" w:eastAsia="Times New Roman" w:hAnsi="Times New Roman"/>
                <w:b/>
                <w:color w:val="000000"/>
                <w:w w:val="97"/>
                <w:sz w:val="16"/>
                <w:lang w:val="ru-RU"/>
              </w:rPr>
              <w:t xml:space="preserve">Жанры в изобразительном искусстве — живописи, графике, скульптуре </w:t>
            </w:r>
            <w:proofErr w:type="gramStart"/>
            <w:r w:rsidRPr="006C4CE9">
              <w:rPr>
                <w:rFonts w:ascii="Times New Roman" w:eastAsia="Times New Roman" w:hAnsi="Times New Roman"/>
                <w:b/>
                <w:color w:val="000000"/>
                <w:w w:val="97"/>
                <w:sz w:val="16"/>
                <w:lang w:val="ru-RU"/>
              </w:rPr>
              <w:t>—о</w:t>
            </w:r>
            <w:proofErr w:type="gramEnd"/>
            <w:r w:rsidRPr="006C4CE9">
              <w:rPr>
                <w:rFonts w:ascii="Times New Roman" w:eastAsia="Times New Roman" w:hAnsi="Times New Roman"/>
                <w:b/>
                <w:color w:val="000000"/>
                <w:w w:val="97"/>
                <w:sz w:val="16"/>
                <w:lang w:val="ru-RU"/>
              </w:rPr>
              <w:t>пределяются предметом изображения и служат для классификации и сравнения содержания произведений сходного сюжета (портреты, пейзажи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07.04.2023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2" w:lineRule="auto"/>
              <w:ind w:left="72"/>
              <w:rPr>
                <w:lang w:val="ru-RU"/>
              </w:rPr>
            </w:pPr>
            <w:r w:rsidRPr="006C4CE9">
              <w:rPr>
                <w:rFonts w:ascii="Times New Roman" w:eastAsia="Times New Roman" w:hAnsi="Times New Roman"/>
                <w:color w:val="000000"/>
                <w:w w:val="97"/>
                <w:sz w:val="16"/>
                <w:lang w:val="ru-RU"/>
              </w:rPr>
              <w:t xml:space="preserve">Получать представления о </w:t>
            </w:r>
            <w:r w:rsidRPr="006C4CE9">
              <w:rPr>
                <w:lang w:val="ru-RU"/>
              </w:rPr>
              <w:br/>
            </w:r>
            <w:r w:rsidRPr="006C4CE9">
              <w:rPr>
                <w:rFonts w:ascii="Times New Roman" w:eastAsia="Times New Roman" w:hAnsi="Times New Roman"/>
                <w:color w:val="000000"/>
                <w:w w:val="97"/>
                <w:sz w:val="16"/>
                <w:lang w:val="ru-RU"/>
              </w:rPr>
              <w:t xml:space="preserve">наиболее знаменитых картинах и знать имена крупнейших </w:t>
            </w:r>
            <w:r w:rsidRPr="006C4CE9">
              <w:rPr>
                <w:lang w:val="ru-RU"/>
              </w:rPr>
              <w:br/>
            </w:r>
            <w:r w:rsidRPr="006C4CE9">
              <w:rPr>
                <w:rFonts w:ascii="Times New Roman" w:eastAsia="Times New Roman" w:hAnsi="Times New Roman"/>
                <w:color w:val="000000"/>
                <w:w w:val="97"/>
                <w:sz w:val="16"/>
                <w:lang w:val="ru-RU"/>
              </w:rPr>
              <w:t>отечественных художнико</w:t>
            </w:r>
            <w:proofErr w:type="gramStart"/>
            <w:r w:rsidRPr="006C4CE9">
              <w:rPr>
                <w:rFonts w:ascii="Times New Roman" w:eastAsia="Times New Roman" w:hAnsi="Times New Roman"/>
                <w:color w:val="000000"/>
                <w:w w:val="97"/>
                <w:sz w:val="16"/>
                <w:lang w:val="ru-RU"/>
              </w:rPr>
              <w:t>в-</w:t>
            </w:r>
            <w:proofErr w:type="gramEnd"/>
            <w:r w:rsidRPr="006C4CE9">
              <w:rPr>
                <w:lang w:val="ru-RU"/>
              </w:rPr>
              <w:br/>
            </w:r>
            <w:r w:rsidRPr="006C4CE9">
              <w:rPr>
                <w:rFonts w:ascii="Times New Roman" w:eastAsia="Times New Roman" w:hAnsi="Times New Roman"/>
                <w:color w:val="000000"/>
                <w:w w:val="97"/>
                <w:sz w:val="16"/>
                <w:lang w:val="ru-RU"/>
              </w:rPr>
              <w:t>портретистов.;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2270"/>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6.6.</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0" w:lineRule="auto"/>
              <w:ind w:left="72" w:right="144"/>
              <w:rPr>
                <w:lang w:val="ru-RU"/>
              </w:rPr>
            </w:pPr>
            <w:r w:rsidRPr="006C4CE9">
              <w:rPr>
                <w:rFonts w:ascii="Times New Roman" w:eastAsia="Times New Roman" w:hAnsi="Times New Roman"/>
                <w:b/>
                <w:color w:val="000000"/>
                <w:w w:val="97"/>
                <w:sz w:val="16"/>
                <w:lang w:val="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14.04.2023</w:t>
            </w:r>
          </w:p>
        </w:tc>
        <w:tc>
          <w:tcPr>
            <w:tcW w:w="2378"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4" w:lineRule="auto"/>
              <w:ind w:left="72"/>
              <w:rPr>
                <w:lang w:val="ru-RU"/>
              </w:rPr>
            </w:pPr>
            <w:r w:rsidRPr="006C4CE9">
              <w:rPr>
                <w:rFonts w:ascii="Times New Roman" w:eastAsia="Times New Roman" w:hAnsi="Times New Roman"/>
                <w:color w:val="000000"/>
                <w:w w:val="97"/>
                <w:sz w:val="16"/>
                <w:lang w:val="ru-RU"/>
              </w:rPr>
              <w:t xml:space="preserve">Рассматривать и обсуждать </w:t>
            </w:r>
            <w:r w:rsidRPr="006C4CE9">
              <w:rPr>
                <w:lang w:val="ru-RU"/>
              </w:rPr>
              <w:br/>
            </w:r>
            <w:r w:rsidRPr="006C4CE9">
              <w:rPr>
                <w:rFonts w:ascii="Times New Roman" w:eastAsia="Times New Roman" w:hAnsi="Times New Roman"/>
                <w:color w:val="000000"/>
                <w:w w:val="97"/>
                <w:sz w:val="16"/>
                <w:lang w:val="ru-RU"/>
              </w:rPr>
              <w:t xml:space="preserve">иллюстрации известных </w:t>
            </w:r>
            <w:r w:rsidRPr="006C4CE9">
              <w:rPr>
                <w:lang w:val="ru-RU"/>
              </w:rPr>
              <w:br/>
            </w:r>
            <w:r w:rsidRPr="006C4CE9">
              <w:rPr>
                <w:rFonts w:ascii="Times New Roman" w:eastAsia="Times New Roman" w:hAnsi="Times New Roman"/>
                <w:color w:val="000000"/>
                <w:w w:val="97"/>
                <w:sz w:val="16"/>
                <w:lang w:val="ru-RU"/>
              </w:rPr>
              <w:t xml:space="preserve">отечественных художников </w:t>
            </w:r>
            <w:r w:rsidRPr="006C4CE9">
              <w:rPr>
                <w:lang w:val="ru-RU"/>
              </w:rPr>
              <w:br/>
            </w:r>
            <w:r w:rsidRPr="006C4CE9">
              <w:rPr>
                <w:rFonts w:ascii="Times New Roman" w:eastAsia="Times New Roman" w:hAnsi="Times New Roman"/>
                <w:color w:val="000000"/>
                <w:w w:val="97"/>
                <w:sz w:val="16"/>
                <w:lang w:val="ru-RU"/>
              </w:rPr>
              <w:t>детских книг</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Рассматривать и анализировать архитектурные постройки своего города (села), характерные </w:t>
            </w:r>
            <w:r w:rsidRPr="006C4CE9">
              <w:rPr>
                <w:lang w:val="ru-RU"/>
              </w:rPr>
              <w:br/>
            </w:r>
            <w:r w:rsidRPr="006C4CE9">
              <w:rPr>
                <w:rFonts w:ascii="Times New Roman" w:eastAsia="Times New Roman" w:hAnsi="Times New Roman"/>
                <w:color w:val="000000"/>
                <w:w w:val="97"/>
                <w:sz w:val="16"/>
                <w:lang w:val="ru-RU"/>
              </w:rPr>
              <w:t xml:space="preserve">особенности улиц и площадей, выделять центральные по </w:t>
            </w:r>
            <w:r w:rsidRPr="006C4CE9">
              <w:rPr>
                <w:lang w:val="ru-RU"/>
              </w:rPr>
              <w:br/>
            </w:r>
            <w:r w:rsidRPr="006C4CE9">
              <w:rPr>
                <w:rFonts w:ascii="Times New Roman" w:eastAsia="Times New Roman" w:hAnsi="Times New Roman"/>
                <w:color w:val="000000"/>
                <w:w w:val="97"/>
                <w:sz w:val="16"/>
                <w:lang w:val="ru-RU"/>
              </w:rPr>
              <w:t>архитектуре здания и обсуждать их особенности.;</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153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4" w:after="0" w:line="230" w:lineRule="auto"/>
              <w:jc w:val="center"/>
            </w:pPr>
            <w:r>
              <w:rPr>
                <w:rFonts w:ascii="Times New Roman" w:eastAsia="Times New Roman" w:hAnsi="Times New Roman"/>
                <w:color w:val="000000"/>
                <w:w w:val="97"/>
                <w:sz w:val="16"/>
              </w:rPr>
              <w:t>6.7.</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4" w:after="0" w:line="245" w:lineRule="auto"/>
              <w:ind w:left="72"/>
              <w:rPr>
                <w:lang w:val="ru-RU"/>
              </w:rPr>
            </w:pPr>
            <w:r w:rsidRPr="006C4CE9">
              <w:rPr>
                <w:rFonts w:ascii="Times New Roman" w:eastAsia="Times New Roman" w:hAnsi="Times New Roman"/>
                <w:b/>
                <w:color w:val="000000"/>
                <w:w w:val="97"/>
                <w:sz w:val="16"/>
                <w:lang w:val="ru-RU"/>
              </w:rPr>
              <w:t>Представления о произведениях крупнейших отечественных портретистов: В. И. Сурикова, И. Е. Репина, В. А. Серова (и других по выбору учителя).</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4" w:after="0" w:line="230" w:lineRule="auto"/>
              <w:ind w:left="72"/>
            </w:pPr>
            <w:r>
              <w:rPr>
                <w:rFonts w:ascii="Times New Roman" w:eastAsia="Times New Roman" w:hAnsi="Times New Roman"/>
                <w:color w:val="000000"/>
                <w:w w:val="97"/>
                <w:sz w:val="16"/>
              </w:rPr>
              <w:t>0.5</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4" w:after="0" w:line="254" w:lineRule="auto"/>
              <w:ind w:left="72" w:right="288"/>
              <w:rPr>
                <w:lang w:val="ru-RU"/>
              </w:rPr>
            </w:pPr>
            <w:r w:rsidRPr="006C4CE9">
              <w:rPr>
                <w:rFonts w:ascii="Times New Roman" w:eastAsia="Times New Roman" w:hAnsi="Times New Roman"/>
                <w:color w:val="000000"/>
                <w:w w:val="97"/>
                <w:sz w:val="16"/>
                <w:lang w:val="ru-RU"/>
              </w:rPr>
              <w:t>Узнавать и уметь объяснять назначение основных видов пространственных искусств</w:t>
            </w:r>
            <w:proofErr w:type="gramStart"/>
            <w:r w:rsidRPr="006C4CE9">
              <w:rPr>
                <w:rFonts w:ascii="Times New Roman" w:eastAsia="Times New Roman" w:hAnsi="Times New Roman"/>
                <w:color w:val="000000"/>
                <w:w w:val="97"/>
                <w:sz w:val="16"/>
                <w:lang w:val="ru-RU"/>
              </w:rPr>
              <w:t xml:space="preserve">.; </w:t>
            </w:r>
            <w:proofErr w:type="gramEnd"/>
            <w:r w:rsidRPr="006C4CE9">
              <w:rPr>
                <w:rFonts w:ascii="Times New Roman" w:eastAsia="Times New Roman" w:hAnsi="Times New Roman"/>
                <w:color w:val="000000"/>
                <w:w w:val="97"/>
                <w:sz w:val="16"/>
                <w:lang w:val="ru-RU"/>
              </w:rPr>
              <w:t xml:space="preserve">Уметь перечислять виды </w:t>
            </w:r>
            <w:r w:rsidRPr="006C4CE9">
              <w:rPr>
                <w:lang w:val="ru-RU"/>
              </w:rPr>
              <w:br/>
            </w:r>
            <w:r w:rsidRPr="006C4CE9">
              <w:rPr>
                <w:rFonts w:ascii="Times New Roman" w:eastAsia="Times New Roman" w:hAnsi="Times New Roman"/>
                <w:color w:val="000000"/>
                <w:w w:val="97"/>
                <w:sz w:val="16"/>
                <w:lang w:val="ru-RU"/>
              </w:rPr>
              <w:t>собственно изобразительных искусств: живопись, графику, скульптуру.;</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4"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4"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2058"/>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6.8.</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2" w:lineRule="auto"/>
              <w:ind w:left="72" w:right="144"/>
              <w:rPr>
                <w:lang w:val="ru-RU"/>
              </w:rPr>
            </w:pPr>
            <w:r w:rsidRPr="006C4CE9">
              <w:rPr>
                <w:rFonts w:ascii="Times New Roman" w:eastAsia="Times New Roman" w:hAnsi="Times New Roman"/>
                <w:b/>
                <w:color w:val="000000"/>
                <w:w w:val="97"/>
                <w:sz w:val="16"/>
                <w:lang w:val="ru-RU"/>
              </w:rPr>
              <w:t xml:space="preserve">Художественные музеи. Виртуальные (интерактивные) путешествия в </w:t>
            </w:r>
            <w:r w:rsidRPr="006C4CE9">
              <w:rPr>
                <w:lang w:val="ru-RU"/>
              </w:rPr>
              <w:br/>
            </w:r>
            <w:r w:rsidRPr="006C4CE9">
              <w:rPr>
                <w:rFonts w:ascii="Times New Roman" w:eastAsia="Times New Roman" w:hAnsi="Times New Roman"/>
                <w:b/>
                <w:color w:val="000000"/>
                <w:w w:val="97"/>
                <w:sz w:val="16"/>
                <w:lang w:val="ru-RU"/>
              </w:rPr>
              <w:t xml:space="preserve">художественные музеи: Государственную Третьяковскую галерею, </w:t>
            </w:r>
            <w:r w:rsidRPr="006C4CE9">
              <w:rPr>
                <w:lang w:val="ru-RU"/>
              </w:rPr>
              <w:br/>
            </w:r>
            <w:r w:rsidRPr="006C4CE9">
              <w:rPr>
                <w:rFonts w:ascii="Times New Roman" w:eastAsia="Times New Roman" w:hAnsi="Times New Roman"/>
                <w:b/>
                <w:color w:val="000000"/>
                <w:w w:val="97"/>
                <w:sz w:val="16"/>
                <w:lang w:val="ru-RU"/>
              </w:rPr>
              <w:t>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28.04.2023</w:t>
            </w:r>
          </w:p>
        </w:tc>
        <w:tc>
          <w:tcPr>
            <w:tcW w:w="2378"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4" w:lineRule="auto"/>
              <w:ind w:left="72"/>
              <w:rPr>
                <w:lang w:val="ru-RU"/>
              </w:rPr>
            </w:pPr>
            <w:r w:rsidRPr="006C4CE9">
              <w:rPr>
                <w:rFonts w:ascii="Times New Roman" w:eastAsia="Times New Roman" w:hAnsi="Times New Roman"/>
                <w:color w:val="000000"/>
                <w:w w:val="97"/>
                <w:sz w:val="16"/>
                <w:lang w:val="ru-RU"/>
              </w:rPr>
              <w:t xml:space="preserve">Получать представления о </w:t>
            </w:r>
            <w:r w:rsidRPr="006C4CE9">
              <w:rPr>
                <w:lang w:val="ru-RU"/>
              </w:rPr>
              <w:br/>
            </w:r>
            <w:r w:rsidRPr="006C4CE9">
              <w:rPr>
                <w:rFonts w:ascii="Times New Roman" w:eastAsia="Times New Roman" w:hAnsi="Times New Roman"/>
                <w:color w:val="000000"/>
                <w:w w:val="97"/>
                <w:sz w:val="16"/>
                <w:lang w:val="ru-RU"/>
              </w:rPr>
              <w:t xml:space="preserve">наиболее знаменитых картинах и знать имена крупнейших </w:t>
            </w:r>
            <w:r w:rsidRPr="006C4CE9">
              <w:rPr>
                <w:lang w:val="ru-RU"/>
              </w:rPr>
              <w:br/>
            </w:r>
            <w:r w:rsidRPr="006C4CE9">
              <w:rPr>
                <w:rFonts w:ascii="Times New Roman" w:eastAsia="Times New Roman" w:hAnsi="Times New Roman"/>
                <w:color w:val="000000"/>
                <w:w w:val="97"/>
                <w:sz w:val="16"/>
                <w:lang w:val="ru-RU"/>
              </w:rPr>
              <w:t>отечественных художнико</w:t>
            </w:r>
            <w:proofErr w:type="gramStart"/>
            <w:r w:rsidRPr="006C4CE9">
              <w:rPr>
                <w:rFonts w:ascii="Times New Roman" w:eastAsia="Times New Roman" w:hAnsi="Times New Roman"/>
                <w:color w:val="000000"/>
                <w:w w:val="97"/>
                <w:sz w:val="16"/>
                <w:lang w:val="ru-RU"/>
              </w:rPr>
              <w:t>в-</w:t>
            </w:r>
            <w:proofErr w:type="gramEnd"/>
            <w:r w:rsidRPr="006C4CE9">
              <w:rPr>
                <w:lang w:val="ru-RU"/>
              </w:rPr>
              <w:br/>
            </w:r>
            <w:r w:rsidRPr="006C4CE9">
              <w:rPr>
                <w:rFonts w:ascii="Times New Roman" w:eastAsia="Times New Roman" w:hAnsi="Times New Roman"/>
                <w:color w:val="000000"/>
                <w:w w:val="97"/>
                <w:sz w:val="16"/>
                <w:lang w:val="ru-RU"/>
              </w:rPr>
              <w:t xml:space="preserve">пейзажистов.; </w:t>
            </w:r>
            <w:r w:rsidRPr="006C4CE9">
              <w:rPr>
                <w:lang w:val="ru-RU"/>
              </w:rPr>
              <w:br/>
            </w:r>
            <w:r w:rsidRPr="006C4CE9">
              <w:rPr>
                <w:rFonts w:ascii="Times New Roman" w:eastAsia="Times New Roman" w:hAnsi="Times New Roman"/>
                <w:color w:val="000000"/>
                <w:w w:val="97"/>
                <w:sz w:val="16"/>
                <w:lang w:val="ru-RU"/>
              </w:rPr>
              <w:t xml:space="preserve">Получать представления о </w:t>
            </w:r>
            <w:r w:rsidRPr="006C4CE9">
              <w:rPr>
                <w:lang w:val="ru-RU"/>
              </w:rPr>
              <w:br/>
            </w:r>
            <w:r w:rsidRPr="006C4CE9">
              <w:rPr>
                <w:rFonts w:ascii="Times New Roman" w:eastAsia="Times New Roman" w:hAnsi="Times New Roman"/>
                <w:color w:val="000000"/>
                <w:w w:val="97"/>
                <w:sz w:val="16"/>
                <w:lang w:val="ru-RU"/>
              </w:rPr>
              <w:t xml:space="preserve">наиболее знаменитых картинах и знать имена крупнейших </w:t>
            </w:r>
            <w:r w:rsidRPr="006C4CE9">
              <w:rPr>
                <w:lang w:val="ru-RU"/>
              </w:rPr>
              <w:br/>
            </w:r>
            <w:r w:rsidRPr="006C4CE9">
              <w:rPr>
                <w:rFonts w:ascii="Times New Roman" w:eastAsia="Times New Roman" w:hAnsi="Times New Roman"/>
                <w:color w:val="000000"/>
                <w:w w:val="97"/>
                <w:sz w:val="16"/>
                <w:lang w:val="ru-RU"/>
              </w:rPr>
              <w:t>отечественных художников-</w:t>
            </w:r>
            <w:r w:rsidRPr="006C4CE9">
              <w:rPr>
                <w:lang w:val="ru-RU"/>
              </w:rPr>
              <w:br/>
            </w:r>
            <w:r w:rsidRPr="006C4CE9">
              <w:rPr>
                <w:rFonts w:ascii="Times New Roman" w:eastAsia="Times New Roman" w:hAnsi="Times New Roman"/>
                <w:color w:val="000000"/>
                <w:w w:val="97"/>
                <w:sz w:val="16"/>
                <w:lang w:val="ru-RU"/>
              </w:rPr>
              <w:t>портретистов.;</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bl>
    <w:p w:rsidR="006327D3" w:rsidRDefault="006327D3" w:rsidP="006327D3">
      <w:pPr>
        <w:autoSpaceDE w:val="0"/>
        <w:autoSpaceDN w:val="0"/>
        <w:spacing w:after="0" w:line="14" w:lineRule="exact"/>
      </w:pPr>
    </w:p>
    <w:p w:rsidR="006327D3" w:rsidRDefault="006327D3" w:rsidP="006327D3">
      <w:pPr>
        <w:sectPr w:rsidR="006327D3">
          <w:pgSz w:w="16840" w:h="11900"/>
          <w:pgMar w:top="284" w:right="640" w:bottom="1312" w:left="666" w:header="720" w:footer="720" w:gutter="0"/>
          <w:cols w:space="720" w:equalWidth="0">
            <w:col w:w="15534" w:space="0"/>
          </w:cols>
          <w:docGrid w:linePitch="360"/>
        </w:sectPr>
      </w:pPr>
    </w:p>
    <w:p w:rsidR="006327D3" w:rsidRDefault="006327D3" w:rsidP="006327D3">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6327D3" w:rsidTr="006327D3">
        <w:trPr>
          <w:trHeight w:hRule="exact" w:val="265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6.9.</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5" w:lineRule="auto"/>
              <w:ind w:left="72"/>
              <w:rPr>
                <w:lang w:val="ru-RU"/>
              </w:rPr>
            </w:pPr>
            <w:r w:rsidRPr="006C4CE9">
              <w:rPr>
                <w:rFonts w:ascii="Times New Roman" w:eastAsia="Times New Roman" w:hAnsi="Times New Roman"/>
                <w:b/>
                <w:color w:val="000000"/>
                <w:w w:val="97"/>
                <w:sz w:val="16"/>
                <w:lang w:val="ru-RU"/>
              </w:rPr>
              <w:t xml:space="preserve">Осознание значимости и увлекательности посещения музеев; посещение </w:t>
            </w:r>
            <w:r w:rsidRPr="006C4CE9">
              <w:rPr>
                <w:lang w:val="ru-RU"/>
              </w:rPr>
              <w:br/>
            </w:r>
            <w:r w:rsidRPr="006C4CE9">
              <w:rPr>
                <w:rFonts w:ascii="Times New Roman" w:eastAsia="Times New Roman" w:hAnsi="Times New Roman"/>
                <w:b/>
                <w:color w:val="000000"/>
                <w:w w:val="97"/>
                <w:sz w:val="16"/>
                <w:lang w:val="ru-RU"/>
              </w:rPr>
              <w:t>знаменитого музея как событие; интерес к коллекции музея и искусству в целом.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4" w:lineRule="auto"/>
              <w:ind w:left="72"/>
              <w:rPr>
                <w:lang w:val="ru-RU"/>
              </w:rPr>
            </w:pPr>
            <w:r w:rsidRPr="006C4CE9">
              <w:rPr>
                <w:rFonts w:ascii="Times New Roman" w:eastAsia="Times New Roman" w:hAnsi="Times New Roman"/>
                <w:color w:val="000000"/>
                <w:w w:val="97"/>
                <w:sz w:val="16"/>
                <w:lang w:val="ru-RU"/>
              </w:rPr>
              <w:t xml:space="preserve">Обсуждать впечатления от </w:t>
            </w:r>
            <w:r w:rsidRPr="006C4CE9">
              <w:rPr>
                <w:lang w:val="ru-RU"/>
              </w:rPr>
              <w:br/>
            </w:r>
            <w:r w:rsidRPr="006C4CE9">
              <w:rPr>
                <w:rFonts w:ascii="Times New Roman" w:eastAsia="Times New Roman" w:hAnsi="Times New Roman"/>
                <w:color w:val="000000"/>
                <w:w w:val="97"/>
                <w:sz w:val="16"/>
                <w:lang w:val="ru-RU"/>
              </w:rPr>
              <w:t xml:space="preserve">виртуальных путешествий, </w:t>
            </w:r>
            <w:r w:rsidRPr="006C4CE9">
              <w:rPr>
                <w:lang w:val="ru-RU"/>
              </w:rPr>
              <w:br/>
            </w:r>
            <w:r w:rsidRPr="006C4CE9">
              <w:rPr>
                <w:rFonts w:ascii="Times New Roman" w:eastAsia="Times New Roman" w:hAnsi="Times New Roman"/>
                <w:color w:val="000000"/>
                <w:w w:val="97"/>
                <w:sz w:val="16"/>
                <w:lang w:val="ru-RU"/>
              </w:rPr>
              <w:t xml:space="preserve">осуществлять исследовательские квесты.; </w:t>
            </w:r>
            <w:r w:rsidRPr="006C4CE9">
              <w:rPr>
                <w:lang w:val="ru-RU"/>
              </w:rPr>
              <w:br/>
            </w:r>
            <w:r w:rsidRPr="006C4CE9">
              <w:rPr>
                <w:rFonts w:ascii="Times New Roman" w:eastAsia="Times New Roman" w:hAnsi="Times New Roman"/>
                <w:color w:val="000000"/>
                <w:w w:val="97"/>
                <w:sz w:val="16"/>
                <w:lang w:val="ru-RU"/>
              </w:rPr>
              <w:t xml:space="preserve">Узнавать названия ведущих </w:t>
            </w:r>
            <w:r w:rsidRPr="006C4CE9">
              <w:rPr>
                <w:lang w:val="ru-RU"/>
              </w:rPr>
              <w:br/>
            </w:r>
            <w:r w:rsidRPr="006C4CE9">
              <w:rPr>
                <w:rFonts w:ascii="Times New Roman" w:eastAsia="Times New Roman" w:hAnsi="Times New Roman"/>
                <w:color w:val="000000"/>
                <w:w w:val="97"/>
                <w:sz w:val="16"/>
                <w:lang w:val="ru-RU"/>
              </w:rPr>
              <w:t xml:space="preserve">отечественных художественных музеев, а также где они </w:t>
            </w:r>
            <w:r w:rsidRPr="006C4CE9">
              <w:rPr>
                <w:lang w:val="ru-RU"/>
              </w:rPr>
              <w:br/>
            </w:r>
            <w:r w:rsidRPr="006C4CE9">
              <w:rPr>
                <w:rFonts w:ascii="Times New Roman" w:eastAsia="Times New Roman" w:hAnsi="Times New Roman"/>
                <w:color w:val="000000"/>
                <w:w w:val="97"/>
                <w:sz w:val="16"/>
                <w:lang w:val="ru-RU"/>
              </w:rPr>
              <w:t>находятся и чему посвящены их коллекции</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Рассуждать о значении </w:t>
            </w:r>
            <w:r w:rsidRPr="006C4CE9">
              <w:rPr>
                <w:lang w:val="ru-RU"/>
              </w:rPr>
              <w:br/>
            </w:r>
            <w:r w:rsidRPr="006C4CE9">
              <w:rPr>
                <w:rFonts w:ascii="Times New Roman" w:eastAsia="Times New Roman" w:hAnsi="Times New Roman"/>
                <w:color w:val="000000"/>
                <w:w w:val="97"/>
                <w:sz w:val="16"/>
                <w:lang w:val="ru-RU"/>
              </w:rPr>
              <w:t xml:space="preserve">художественных музеев в жизни людей, выражать своё </w:t>
            </w:r>
            <w:r w:rsidRPr="006C4CE9">
              <w:rPr>
                <w:lang w:val="ru-RU"/>
              </w:rPr>
              <w:br/>
            </w:r>
            <w:r w:rsidRPr="006C4CE9">
              <w:rPr>
                <w:rFonts w:ascii="Times New Roman" w:eastAsia="Times New Roman" w:hAnsi="Times New Roman"/>
                <w:color w:val="000000"/>
                <w:w w:val="97"/>
                <w:sz w:val="16"/>
                <w:lang w:val="ru-RU"/>
              </w:rPr>
              <w:t>отношение к музеям;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Итого по модулю 6</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6</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r w:rsidR="006327D3" w:rsidTr="006327D3">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Азбука цифровой графики</w:t>
            </w:r>
          </w:p>
        </w:tc>
      </w:tr>
      <w:tr w:rsidR="006327D3" w:rsidTr="006327D3">
        <w:trPr>
          <w:trHeight w:hRule="exact" w:val="18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7.1.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2" w:lineRule="auto"/>
              <w:ind w:left="72" w:right="144"/>
              <w:rPr>
                <w:lang w:val="ru-RU"/>
              </w:rPr>
            </w:pPr>
            <w:r w:rsidRPr="006C4CE9">
              <w:rPr>
                <w:rFonts w:ascii="Times New Roman" w:eastAsia="Times New Roman" w:hAnsi="Times New Roman"/>
                <w:b/>
                <w:color w:val="000000"/>
                <w:w w:val="97"/>
                <w:sz w:val="16"/>
                <w:lang w:val="ru-RU"/>
              </w:rPr>
              <w:t xml:space="preserve">Построение в графическом редакторе различных по эмоциональному </w:t>
            </w:r>
            <w:r w:rsidRPr="006C4CE9">
              <w:rPr>
                <w:lang w:val="ru-RU"/>
              </w:rPr>
              <w:br/>
            </w:r>
            <w:r w:rsidRPr="006C4CE9">
              <w:rPr>
                <w:rFonts w:ascii="Times New Roman" w:eastAsia="Times New Roman" w:hAnsi="Times New Roman"/>
                <w:b/>
                <w:color w:val="000000"/>
                <w:w w:val="97"/>
                <w:sz w:val="16"/>
                <w:lang w:val="ru-RU"/>
              </w:rPr>
              <w:t>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05.05.2023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4" w:lineRule="auto"/>
              <w:ind w:left="72" w:right="144"/>
              <w:rPr>
                <w:lang w:val="ru-RU"/>
              </w:rPr>
            </w:pPr>
            <w:r w:rsidRPr="006C4CE9">
              <w:rPr>
                <w:rFonts w:ascii="Times New Roman" w:eastAsia="Times New Roman" w:hAnsi="Times New Roman"/>
                <w:color w:val="000000"/>
                <w:w w:val="97"/>
                <w:sz w:val="16"/>
                <w:lang w:val="ru-RU"/>
              </w:rPr>
              <w:t xml:space="preserve">Построить и передать ритм </w:t>
            </w:r>
            <w:r w:rsidRPr="006C4CE9">
              <w:rPr>
                <w:lang w:val="ru-RU"/>
              </w:rPr>
              <w:br/>
            </w:r>
            <w:r w:rsidRPr="006C4CE9">
              <w:rPr>
                <w:rFonts w:ascii="Times New Roman" w:eastAsia="Times New Roman" w:hAnsi="Times New Roman"/>
                <w:color w:val="000000"/>
                <w:w w:val="97"/>
                <w:sz w:val="16"/>
                <w:lang w:val="ru-RU"/>
              </w:rPr>
              <w:t xml:space="preserve">движения машинок на улице города: машинки едут быстро, догоняют друг друга; или, </w:t>
            </w:r>
            <w:r w:rsidRPr="006C4CE9">
              <w:rPr>
                <w:lang w:val="ru-RU"/>
              </w:rPr>
              <w:br/>
            </w:r>
            <w:r w:rsidRPr="006C4CE9">
              <w:rPr>
                <w:rFonts w:ascii="Times New Roman" w:eastAsia="Times New Roman" w:hAnsi="Times New Roman"/>
                <w:color w:val="000000"/>
                <w:w w:val="97"/>
                <w:sz w:val="16"/>
                <w:lang w:val="ru-RU"/>
              </w:rPr>
              <w:t xml:space="preserve">наоборот, машинки едут </w:t>
            </w:r>
            <w:r w:rsidRPr="006C4CE9">
              <w:rPr>
                <w:lang w:val="ru-RU"/>
              </w:rPr>
              <w:br/>
            </w:r>
            <w:r w:rsidRPr="006C4CE9">
              <w:rPr>
                <w:rFonts w:ascii="Times New Roman" w:eastAsia="Times New Roman" w:hAnsi="Times New Roman"/>
                <w:color w:val="000000"/>
                <w:w w:val="97"/>
                <w:sz w:val="16"/>
                <w:lang w:val="ru-RU"/>
              </w:rPr>
              <w:t>спокойно, не спешат (то же задание может быть дано на сюжет «Полёт птиц</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7.2.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0" w:lineRule="auto"/>
              <w:ind w:left="72" w:right="144"/>
              <w:rPr>
                <w:lang w:val="ru-RU"/>
              </w:rPr>
            </w:pPr>
            <w:r w:rsidRPr="006C4CE9">
              <w:rPr>
                <w:rFonts w:ascii="Times New Roman" w:eastAsia="Times New Roman" w:hAnsi="Times New Roman"/>
                <w:b/>
                <w:color w:val="000000"/>
                <w:w w:val="97"/>
                <w:sz w:val="16"/>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12.05.2023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0" w:lineRule="auto"/>
              <w:ind w:left="72" w:right="288"/>
              <w:rPr>
                <w:lang w:val="ru-RU"/>
              </w:rPr>
            </w:pPr>
            <w:r w:rsidRPr="006C4CE9">
              <w:rPr>
                <w:rFonts w:ascii="Times New Roman" w:eastAsia="Times New Roman" w:hAnsi="Times New Roman"/>
                <w:color w:val="000000"/>
                <w:w w:val="97"/>
                <w:sz w:val="16"/>
                <w:lang w:val="ru-RU"/>
              </w:rPr>
              <w:t>Придумать и создать рисунок простого узора с помощью инструментов графического редактора (создать паттерн</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7.3.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 xml:space="preserve">Изображение и изучение мимики лица в программе </w:t>
            </w:r>
            <w:r>
              <w:rPr>
                <w:rFonts w:ascii="Times New Roman" w:eastAsia="Times New Roman" w:hAnsi="Times New Roman"/>
                <w:b/>
                <w:color w:val="000000"/>
                <w:w w:val="97"/>
                <w:sz w:val="16"/>
              </w:rPr>
              <w:t>Paint</w:t>
            </w:r>
            <w:r w:rsidRPr="006C4CE9">
              <w:rPr>
                <w:rFonts w:ascii="Times New Roman" w:eastAsia="Times New Roman" w:hAnsi="Times New Roman"/>
                <w:b/>
                <w:color w:val="000000"/>
                <w:w w:val="97"/>
                <w:sz w:val="16"/>
                <w:lang w:val="ru-RU"/>
              </w:rPr>
              <w:t xml:space="preserve"> (или в другом графическом редакторе).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19.05.2023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52" w:lineRule="auto"/>
              <w:ind w:left="72" w:right="432"/>
              <w:rPr>
                <w:lang w:val="ru-RU"/>
              </w:rPr>
            </w:pPr>
            <w:r w:rsidRPr="006C4CE9">
              <w:rPr>
                <w:rFonts w:ascii="Times New Roman" w:eastAsia="Times New Roman" w:hAnsi="Times New Roman"/>
                <w:color w:val="000000"/>
                <w:w w:val="97"/>
                <w:sz w:val="16"/>
                <w:lang w:val="ru-RU"/>
              </w:rPr>
              <w:t xml:space="preserve">Осваивать с помощью </w:t>
            </w:r>
            <w:r w:rsidRPr="006C4CE9">
              <w:rPr>
                <w:lang w:val="ru-RU"/>
              </w:rPr>
              <w:br/>
            </w:r>
            <w:r w:rsidRPr="006C4CE9">
              <w:rPr>
                <w:rFonts w:ascii="Times New Roman" w:eastAsia="Times New Roman" w:hAnsi="Times New Roman"/>
                <w:color w:val="000000"/>
                <w:w w:val="97"/>
                <w:sz w:val="16"/>
                <w:lang w:val="ru-RU"/>
              </w:rPr>
              <w:t>графического редактора строение лица человека и пропорции (соотношения) частей</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6327D3" w:rsidTr="006327D3">
        <w:trPr>
          <w:trHeight w:hRule="exact" w:val="34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7.4.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5" w:lineRule="auto"/>
              <w:ind w:left="72" w:right="288"/>
              <w:rPr>
                <w:lang w:val="ru-RU"/>
              </w:rPr>
            </w:pPr>
            <w:r w:rsidRPr="006C4CE9">
              <w:rPr>
                <w:rFonts w:ascii="Times New Roman" w:eastAsia="Times New Roman" w:hAnsi="Times New Roman"/>
                <w:b/>
                <w:color w:val="000000"/>
                <w:w w:val="97"/>
                <w:sz w:val="16"/>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4" w:lineRule="auto"/>
              <w:ind w:left="72" w:right="144"/>
              <w:rPr>
                <w:lang w:val="ru-RU"/>
              </w:rPr>
            </w:pPr>
            <w:r w:rsidRPr="006C4CE9">
              <w:rPr>
                <w:rFonts w:ascii="Times New Roman" w:eastAsia="Times New Roman" w:hAnsi="Times New Roman"/>
                <w:color w:val="000000"/>
                <w:w w:val="97"/>
                <w:sz w:val="16"/>
                <w:lang w:val="ru-RU"/>
              </w:rPr>
              <w:t xml:space="preserve">Осваивать с помощью </w:t>
            </w:r>
            <w:r w:rsidRPr="006C4CE9">
              <w:rPr>
                <w:lang w:val="ru-RU"/>
              </w:rPr>
              <w:br/>
            </w:r>
            <w:r w:rsidRPr="006C4CE9">
              <w:rPr>
                <w:rFonts w:ascii="Times New Roman" w:eastAsia="Times New Roman" w:hAnsi="Times New Roman"/>
                <w:color w:val="000000"/>
                <w:w w:val="97"/>
                <w:sz w:val="16"/>
                <w:lang w:val="ru-RU"/>
              </w:rPr>
              <w:t xml:space="preserve">графического редактора </w:t>
            </w:r>
            <w:r w:rsidRPr="006C4CE9">
              <w:rPr>
                <w:lang w:val="ru-RU"/>
              </w:rPr>
              <w:br/>
            </w:r>
            <w:r w:rsidRPr="006C4CE9">
              <w:rPr>
                <w:rFonts w:ascii="Times New Roman" w:eastAsia="Times New Roman" w:hAnsi="Times New Roman"/>
                <w:color w:val="000000"/>
                <w:w w:val="97"/>
                <w:sz w:val="16"/>
                <w:lang w:val="ru-RU"/>
              </w:rPr>
              <w:t xml:space="preserve">строение лица человека и </w:t>
            </w:r>
            <w:r w:rsidRPr="006C4CE9">
              <w:rPr>
                <w:lang w:val="ru-RU"/>
              </w:rPr>
              <w:br/>
            </w:r>
            <w:r w:rsidRPr="006C4CE9">
              <w:rPr>
                <w:rFonts w:ascii="Times New Roman" w:eastAsia="Times New Roman" w:hAnsi="Times New Roman"/>
                <w:color w:val="000000"/>
                <w:w w:val="97"/>
                <w:sz w:val="16"/>
                <w:lang w:val="ru-RU"/>
              </w:rPr>
              <w:t xml:space="preserve">пропорции (соотношения) </w:t>
            </w:r>
            <w:r w:rsidRPr="006C4CE9">
              <w:rPr>
                <w:lang w:val="ru-RU"/>
              </w:rPr>
              <w:br/>
            </w:r>
            <w:r w:rsidRPr="006C4CE9">
              <w:rPr>
                <w:rFonts w:ascii="Times New Roman" w:eastAsia="Times New Roman" w:hAnsi="Times New Roman"/>
                <w:color w:val="000000"/>
                <w:w w:val="97"/>
                <w:sz w:val="16"/>
                <w:lang w:val="ru-RU"/>
              </w:rPr>
              <w:t>частей</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Осваивать с помощью </w:t>
            </w:r>
            <w:r w:rsidRPr="006C4CE9">
              <w:rPr>
                <w:lang w:val="ru-RU"/>
              </w:rPr>
              <w:br/>
            </w:r>
            <w:r w:rsidRPr="006C4CE9">
              <w:rPr>
                <w:rFonts w:ascii="Times New Roman" w:eastAsia="Times New Roman" w:hAnsi="Times New Roman"/>
                <w:color w:val="000000"/>
                <w:w w:val="97"/>
                <w:sz w:val="16"/>
                <w:lang w:val="ru-RU"/>
              </w:rPr>
              <w:t xml:space="preserve">графического редактора </w:t>
            </w:r>
            <w:r w:rsidRPr="006C4CE9">
              <w:rPr>
                <w:lang w:val="ru-RU"/>
              </w:rPr>
              <w:br/>
            </w:r>
            <w:r w:rsidRPr="006C4CE9">
              <w:rPr>
                <w:rFonts w:ascii="Times New Roman" w:eastAsia="Times New Roman" w:hAnsi="Times New Roman"/>
                <w:color w:val="000000"/>
                <w:w w:val="97"/>
                <w:sz w:val="16"/>
                <w:lang w:val="ru-RU"/>
              </w:rPr>
              <w:t xml:space="preserve">схематические изменения </w:t>
            </w:r>
            <w:r w:rsidRPr="006C4CE9">
              <w:rPr>
                <w:lang w:val="ru-RU"/>
              </w:rPr>
              <w:br/>
            </w:r>
            <w:r w:rsidRPr="006C4CE9">
              <w:rPr>
                <w:rFonts w:ascii="Times New Roman" w:eastAsia="Times New Roman" w:hAnsi="Times New Roman"/>
                <w:color w:val="000000"/>
                <w:w w:val="97"/>
                <w:sz w:val="16"/>
                <w:lang w:val="ru-RU"/>
              </w:rPr>
              <w:t xml:space="preserve">мимики лица.; </w:t>
            </w:r>
            <w:r w:rsidRPr="006C4CE9">
              <w:rPr>
                <w:lang w:val="ru-RU"/>
              </w:rPr>
              <w:br/>
            </w:r>
            <w:r w:rsidRPr="006C4CE9">
              <w:rPr>
                <w:rFonts w:ascii="Times New Roman" w:eastAsia="Times New Roman" w:hAnsi="Times New Roman"/>
                <w:color w:val="000000"/>
                <w:w w:val="97"/>
                <w:sz w:val="16"/>
                <w:lang w:val="ru-RU"/>
              </w:rPr>
              <w:t xml:space="preserve">Создать таблицу-схему </w:t>
            </w:r>
            <w:r w:rsidRPr="006C4CE9">
              <w:rPr>
                <w:lang w:val="ru-RU"/>
              </w:rPr>
              <w:br/>
            </w:r>
            <w:r w:rsidRPr="006C4CE9">
              <w:rPr>
                <w:rFonts w:ascii="Times New Roman" w:eastAsia="Times New Roman" w:hAnsi="Times New Roman"/>
                <w:color w:val="000000"/>
                <w:w w:val="97"/>
                <w:sz w:val="16"/>
                <w:lang w:val="ru-RU"/>
              </w:rPr>
              <w:t xml:space="preserve">изменений мимики на экране компьютера и сохранить её </w:t>
            </w:r>
            <w:r w:rsidRPr="006C4CE9">
              <w:rPr>
                <w:lang w:val="ru-RU"/>
              </w:rPr>
              <w:br/>
            </w:r>
            <w:r w:rsidRPr="006C4CE9">
              <w:rPr>
                <w:rFonts w:ascii="Times New Roman" w:eastAsia="Times New Roman" w:hAnsi="Times New Roman"/>
                <w:color w:val="000000"/>
                <w:w w:val="97"/>
                <w:sz w:val="16"/>
                <w:lang w:val="ru-RU"/>
              </w:rPr>
              <w:t xml:space="preserve">(распечатать).; </w:t>
            </w:r>
            <w:r w:rsidRPr="006C4CE9">
              <w:rPr>
                <w:lang w:val="ru-RU"/>
              </w:rPr>
              <w:br/>
            </w:r>
            <w:r w:rsidRPr="006C4CE9">
              <w:rPr>
                <w:rFonts w:ascii="Times New Roman" w:eastAsia="Times New Roman" w:hAnsi="Times New Roman"/>
                <w:color w:val="000000"/>
                <w:w w:val="97"/>
                <w:sz w:val="16"/>
                <w:lang w:val="ru-RU"/>
              </w:rPr>
              <w:t xml:space="preserve">Познакомиться с приёмами </w:t>
            </w:r>
            <w:r w:rsidRPr="006C4CE9">
              <w:rPr>
                <w:lang w:val="ru-RU"/>
              </w:rPr>
              <w:br/>
            </w:r>
            <w:r w:rsidRPr="006C4CE9">
              <w:rPr>
                <w:rFonts w:ascii="Times New Roman" w:eastAsia="Times New Roman" w:hAnsi="Times New Roman"/>
                <w:color w:val="000000"/>
                <w:w w:val="97"/>
                <w:sz w:val="16"/>
                <w:lang w:val="ru-RU"/>
              </w:rPr>
              <w:t xml:space="preserve">использования разных шрифтов в инструментах программы </w:t>
            </w:r>
            <w:r w:rsidRPr="006C4CE9">
              <w:rPr>
                <w:lang w:val="ru-RU"/>
              </w:rPr>
              <w:br/>
            </w:r>
            <w:r w:rsidRPr="006C4CE9">
              <w:rPr>
                <w:rFonts w:ascii="Times New Roman" w:eastAsia="Times New Roman" w:hAnsi="Times New Roman"/>
                <w:color w:val="000000"/>
                <w:w w:val="97"/>
                <w:sz w:val="16"/>
                <w:lang w:val="ru-RU"/>
              </w:rPr>
              <w:t>компьютерного редактора.;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bl>
    <w:p w:rsidR="006327D3" w:rsidRDefault="006327D3" w:rsidP="006327D3">
      <w:pPr>
        <w:autoSpaceDE w:val="0"/>
        <w:autoSpaceDN w:val="0"/>
        <w:spacing w:after="0" w:line="14" w:lineRule="exact"/>
      </w:pPr>
    </w:p>
    <w:p w:rsidR="006327D3" w:rsidRDefault="006327D3" w:rsidP="006327D3">
      <w:pPr>
        <w:sectPr w:rsidR="006327D3">
          <w:pgSz w:w="16840" w:h="11900"/>
          <w:pgMar w:top="284" w:right="640" w:bottom="346" w:left="666" w:header="720" w:footer="720" w:gutter="0"/>
          <w:cols w:space="720" w:equalWidth="0">
            <w:col w:w="15534" w:space="0"/>
          </w:cols>
          <w:docGrid w:linePitch="360"/>
        </w:sectPr>
      </w:pPr>
    </w:p>
    <w:p w:rsidR="006327D3" w:rsidRDefault="006327D3" w:rsidP="006327D3">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6327D3" w:rsidTr="006327D3">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7.5.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5" w:lineRule="auto"/>
              <w:ind w:left="72" w:right="144"/>
              <w:rPr>
                <w:lang w:val="ru-RU"/>
              </w:rPr>
            </w:pPr>
            <w:r w:rsidRPr="006C4CE9">
              <w:rPr>
                <w:rFonts w:ascii="Times New Roman" w:eastAsia="Times New Roman" w:hAnsi="Times New Roman"/>
                <w:b/>
                <w:color w:val="000000"/>
                <w:w w:val="97"/>
                <w:sz w:val="16"/>
                <w:lang w:val="ru-RU"/>
              </w:rPr>
              <w:t xml:space="preserve">Редактирование фотографий в программе </w:t>
            </w:r>
            <w:r>
              <w:rPr>
                <w:rFonts w:ascii="Times New Roman" w:eastAsia="Times New Roman" w:hAnsi="Times New Roman"/>
                <w:b/>
                <w:color w:val="000000"/>
                <w:w w:val="97"/>
                <w:sz w:val="16"/>
              </w:rPr>
              <w:t>Picture</w:t>
            </w:r>
            <w:r w:rsidRPr="006C4CE9">
              <w:rPr>
                <w:rFonts w:ascii="Times New Roman" w:eastAsia="Times New Roman" w:hAnsi="Times New Roman"/>
                <w:b/>
                <w:color w:val="000000"/>
                <w:w w:val="97"/>
                <w:sz w:val="16"/>
                <w:lang w:val="ru-RU"/>
              </w:rPr>
              <w:t xml:space="preserve"> </w:t>
            </w:r>
            <w:r>
              <w:rPr>
                <w:rFonts w:ascii="Times New Roman" w:eastAsia="Times New Roman" w:hAnsi="Times New Roman"/>
                <w:b/>
                <w:color w:val="000000"/>
                <w:w w:val="97"/>
                <w:sz w:val="16"/>
              </w:rPr>
              <w:t>Manager</w:t>
            </w:r>
            <w:r w:rsidRPr="006C4CE9">
              <w:rPr>
                <w:rFonts w:ascii="Times New Roman" w:eastAsia="Times New Roman" w:hAnsi="Times New Roman"/>
                <w:b/>
                <w:color w:val="000000"/>
                <w:w w:val="97"/>
                <w:sz w:val="16"/>
                <w:lang w:val="ru-RU"/>
              </w:rPr>
              <w:t>: изменение яркости, контраста, насыщенности цвета; обрезка, поворот, отражение.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25.05.2023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2" w:lineRule="auto"/>
              <w:ind w:left="72" w:right="432"/>
              <w:rPr>
                <w:lang w:val="ru-RU"/>
              </w:rPr>
            </w:pPr>
            <w:r w:rsidRPr="006C4CE9">
              <w:rPr>
                <w:rFonts w:ascii="Times New Roman" w:eastAsia="Times New Roman" w:hAnsi="Times New Roman"/>
                <w:color w:val="000000"/>
                <w:w w:val="97"/>
                <w:sz w:val="16"/>
                <w:lang w:val="ru-RU"/>
              </w:rPr>
              <w:t xml:space="preserve">Осваивать с помощью </w:t>
            </w:r>
            <w:r w:rsidRPr="006C4CE9">
              <w:rPr>
                <w:lang w:val="ru-RU"/>
              </w:rPr>
              <w:br/>
            </w:r>
            <w:r w:rsidRPr="006C4CE9">
              <w:rPr>
                <w:rFonts w:ascii="Times New Roman" w:eastAsia="Times New Roman" w:hAnsi="Times New Roman"/>
                <w:color w:val="000000"/>
                <w:w w:val="97"/>
                <w:sz w:val="16"/>
                <w:lang w:val="ru-RU"/>
              </w:rPr>
              <w:t>графического редактора строение лица человека и пропорции (соотношения) частей</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7.6.</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45" w:lineRule="auto"/>
              <w:ind w:left="72"/>
              <w:rPr>
                <w:lang w:val="ru-RU"/>
              </w:rPr>
            </w:pPr>
            <w:r w:rsidRPr="006C4CE9">
              <w:rPr>
                <w:rFonts w:ascii="Times New Roman" w:eastAsia="Times New Roman" w:hAnsi="Times New Roman"/>
                <w:b/>
                <w:color w:val="000000"/>
                <w:w w:val="97"/>
                <w:sz w:val="16"/>
                <w:lang w:val="ru-RU"/>
              </w:rPr>
              <w:t>Виртуальные путешествия в главные художественные музеи и музеи местные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8" w:after="0" w:line="254" w:lineRule="auto"/>
              <w:ind w:left="72" w:right="288"/>
              <w:rPr>
                <w:lang w:val="ru-RU"/>
              </w:rPr>
            </w:pPr>
            <w:r w:rsidRPr="006C4CE9">
              <w:rPr>
                <w:rFonts w:ascii="Times New Roman" w:eastAsia="Times New Roman" w:hAnsi="Times New Roman"/>
                <w:color w:val="000000"/>
                <w:w w:val="97"/>
                <w:sz w:val="16"/>
                <w:lang w:val="ru-RU"/>
              </w:rPr>
              <w:t xml:space="preserve">Осуществлять виртуальные путешествия в отечественные художественные музеи и, </w:t>
            </w:r>
            <w:r w:rsidRPr="006C4CE9">
              <w:rPr>
                <w:lang w:val="ru-RU"/>
              </w:rPr>
              <w:br/>
            </w:r>
            <w:r w:rsidRPr="006C4CE9">
              <w:rPr>
                <w:rFonts w:ascii="Times New Roman" w:eastAsia="Times New Roman" w:hAnsi="Times New Roman"/>
                <w:color w:val="000000"/>
                <w:w w:val="97"/>
                <w:sz w:val="16"/>
                <w:lang w:val="ru-RU"/>
              </w:rPr>
              <w:t xml:space="preserve">возможно, знаменитые </w:t>
            </w:r>
            <w:r w:rsidRPr="006C4CE9">
              <w:rPr>
                <w:lang w:val="ru-RU"/>
              </w:rPr>
              <w:br/>
            </w:r>
            <w:r w:rsidRPr="006C4CE9">
              <w:rPr>
                <w:rFonts w:ascii="Times New Roman" w:eastAsia="Times New Roman" w:hAnsi="Times New Roman"/>
                <w:color w:val="000000"/>
                <w:w w:val="97"/>
                <w:sz w:val="16"/>
                <w:lang w:val="ru-RU"/>
              </w:rPr>
              <w:t xml:space="preserve">зарубежные художественные музеи на основе установок и квестов, предложенных </w:t>
            </w:r>
            <w:r w:rsidRPr="006C4CE9">
              <w:rPr>
                <w:lang w:val="ru-RU"/>
              </w:rPr>
              <w:br/>
            </w:r>
            <w:r w:rsidRPr="006C4CE9">
              <w:rPr>
                <w:rFonts w:ascii="Times New Roman" w:eastAsia="Times New Roman" w:hAnsi="Times New Roman"/>
                <w:color w:val="000000"/>
                <w:w w:val="97"/>
                <w:sz w:val="16"/>
                <w:lang w:val="ru-RU"/>
              </w:rPr>
              <w:t>учителем;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6327D3" w:rsidTr="006327D3">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Итого по модулю 7</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5</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r w:rsidR="006327D3" w:rsidTr="006327D3">
        <w:trPr>
          <w:trHeight w:hRule="exact" w:val="32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76" w:after="0" w:line="233" w:lineRule="auto"/>
              <w:ind w:left="72"/>
              <w:rPr>
                <w:lang w:val="ru-RU"/>
              </w:rPr>
            </w:pPr>
            <w:r w:rsidRPr="006C4CE9">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76" w:after="0" w:line="233" w:lineRule="auto"/>
              <w:ind w:left="72"/>
            </w:pPr>
            <w:r>
              <w:rPr>
                <w:rFonts w:ascii="Times New Roman" w:eastAsia="Times New Roman" w:hAnsi="Times New Roman"/>
                <w:color w:val="000000"/>
                <w:w w:val="97"/>
                <w:sz w:val="16"/>
              </w:rPr>
              <w:t>0</w:t>
            </w:r>
          </w:p>
        </w:tc>
        <w:tc>
          <w:tcPr>
            <w:tcW w:w="637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bl>
    <w:p w:rsidR="006327D3" w:rsidRDefault="006327D3" w:rsidP="006327D3">
      <w:pPr>
        <w:autoSpaceDE w:val="0"/>
        <w:autoSpaceDN w:val="0"/>
        <w:spacing w:after="0" w:line="14" w:lineRule="exact"/>
      </w:pPr>
    </w:p>
    <w:p w:rsidR="00D117AB" w:rsidRPr="00D117AB" w:rsidRDefault="006327D3" w:rsidP="00D117AB">
      <w:pPr>
        <w:ind w:firstLine="720"/>
        <w:rPr>
          <w:lang w:val="ru-RU"/>
        </w:rPr>
      </w:pPr>
      <w:r>
        <w:rPr>
          <w:lang w:val="ru-RU"/>
        </w:rPr>
        <w:t>4 класс</w:t>
      </w:r>
    </w:p>
    <w:tbl>
      <w:tblPr>
        <w:tblW w:w="21033" w:type="dxa"/>
        <w:tblInd w:w="6" w:type="dxa"/>
        <w:tblLayout w:type="fixed"/>
        <w:tblLook w:val="04A0"/>
      </w:tblPr>
      <w:tblGrid>
        <w:gridCol w:w="396"/>
        <w:gridCol w:w="5956"/>
        <w:gridCol w:w="528"/>
        <w:gridCol w:w="1104"/>
        <w:gridCol w:w="1142"/>
        <w:gridCol w:w="864"/>
        <w:gridCol w:w="2378"/>
        <w:gridCol w:w="1080"/>
        <w:gridCol w:w="2054"/>
        <w:gridCol w:w="5531"/>
      </w:tblGrid>
      <w:tr w:rsidR="00D117AB" w:rsidTr="00407F09">
        <w:trPr>
          <w:gridAfter w:val="1"/>
          <w:wAfter w:w="5531" w:type="dxa"/>
          <w:trHeight w:hRule="exact" w:val="348"/>
        </w:trPr>
        <w:tc>
          <w:tcPr>
            <w:tcW w:w="3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45" w:lineRule="auto"/>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595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23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205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45" w:lineRule="auto"/>
              <w:jc w:val="center"/>
            </w:pPr>
            <w:r>
              <w:rPr>
                <w:rFonts w:ascii="Times New Roman" w:eastAsia="Times New Roman" w:hAnsi="Times New Roman"/>
                <w:b/>
                <w:color w:val="000000"/>
                <w:w w:val="97"/>
                <w:sz w:val="16"/>
              </w:rPr>
              <w:t>Электронные (цифровые) образовательные ресурсы</w:t>
            </w:r>
          </w:p>
        </w:tc>
      </w:tr>
      <w:tr w:rsidR="00D117AB" w:rsidTr="00407F09">
        <w:trPr>
          <w:gridAfter w:val="1"/>
          <w:wAfter w:w="5531" w:type="dxa"/>
          <w:trHeight w:hRule="exact" w:val="540"/>
        </w:trPr>
        <w:tc>
          <w:tcPr>
            <w:tcW w:w="396" w:type="dxa"/>
            <w:vMerge/>
            <w:tcBorders>
              <w:top w:val="single" w:sz="4" w:space="0" w:color="000000"/>
              <w:left w:val="single" w:sz="4" w:space="0" w:color="000000"/>
              <w:bottom w:val="single" w:sz="4" w:space="0" w:color="000000"/>
              <w:right w:val="single" w:sz="4" w:space="0" w:color="000000"/>
            </w:tcBorders>
          </w:tcPr>
          <w:p w:rsidR="00D117AB" w:rsidRDefault="00D117AB" w:rsidP="00AC47F8"/>
        </w:tc>
        <w:tc>
          <w:tcPr>
            <w:tcW w:w="5956" w:type="dxa"/>
            <w:vMerge/>
            <w:tcBorders>
              <w:top w:val="single" w:sz="4" w:space="0" w:color="000000"/>
              <w:left w:val="single" w:sz="4" w:space="0" w:color="000000"/>
              <w:bottom w:val="single" w:sz="4" w:space="0" w:color="000000"/>
              <w:right w:val="single" w:sz="4" w:space="0" w:color="000000"/>
            </w:tcBorders>
          </w:tcPr>
          <w:p w:rsidR="00D117AB" w:rsidRDefault="00D117AB" w:rsidP="00AC47F8"/>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864" w:type="dxa"/>
            <w:vMerge/>
            <w:tcBorders>
              <w:top w:val="single" w:sz="4" w:space="0" w:color="000000"/>
              <w:left w:val="single" w:sz="4" w:space="0" w:color="000000"/>
              <w:bottom w:val="single" w:sz="4" w:space="0" w:color="000000"/>
              <w:right w:val="single" w:sz="4" w:space="0" w:color="000000"/>
            </w:tcBorders>
          </w:tcPr>
          <w:p w:rsidR="00D117AB" w:rsidRDefault="00D117AB" w:rsidP="00AC47F8"/>
        </w:tc>
        <w:tc>
          <w:tcPr>
            <w:tcW w:w="2378" w:type="dxa"/>
            <w:vMerge/>
            <w:tcBorders>
              <w:top w:val="single" w:sz="4" w:space="0" w:color="000000"/>
              <w:left w:val="single" w:sz="4" w:space="0" w:color="000000"/>
              <w:bottom w:val="single" w:sz="4" w:space="0" w:color="000000"/>
              <w:right w:val="single" w:sz="4" w:space="0" w:color="000000"/>
            </w:tcBorders>
          </w:tcPr>
          <w:p w:rsidR="00D117AB" w:rsidRDefault="00D117AB" w:rsidP="00AC47F8"/>
        </w:tc>
        <w:tc>
          <w:tcPr>
            <w:tcW w:w="1080" w:type="dxa"/>
            <w:vMerge/>
            <w:tcBorders>
              <w:top w:val="single" w:sz="4" w:space="0" w:color="000000"/>
              <w:left w:val="single" w:sz="4" w:space="0" w:color="000000"/>
              <w:bottom w:val="single" w:sz="4" w:space="0" w:color="000000"/>
              <w:right w:val="single" w:sz="4" w:space="0" w:color="000000"/>
            </w:tcBorders>
          </w:tcPr>
          <w:p w:rsidR="00D117AB" w:rsidRDefault="00D117AB" w:rsidP="00AC47F8"/>
        </w:tc>
        <w:tc>
          <w:tcPr>
            <w:tcW w:w="2054" w:type="dxa"/>
            <w:vMerge/>
            <w:tcBorders>
              <w:top w:val="single" w:sz="4" w:space="0" w:color="000000"/>
              <w:left w:val="single" w:sz="4" w:space="0" w:color="000000"/>
              <w:bottom w:val="single" w:sz="4" w:space="0" w:color="000000"/>
              <w:right w:val="single" w:sz="4" w:space="0" w:color="000000"/>
            </w:tcBorders>
          </w:tcPr>
          <w:p w:rsidR="00D117AB" w:rsidRDefault="00D117AB" w:rsidP="00AC47F8"/>
        </w:tc>
      </w:tr>
      <w:tr w:rsidR="00D117AB" w:rsidTr="00407F09">
        <w:trPr>
          <w:gridAfter w:val="1"/>
          <w:wAfter w:w="5531" w:type="dxa"/>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Модуль 1.</w:t>
            </w:r>
            <w:r>
              <w:rPr>
                <w:rFonts w:ascii="Times New Roman" w:eastAsia="Times New Roman" w:hAnsi="Times New Roman"/>
                <w:b/>
                <w:color w:val="000000"/>
                <w:w w:val="97"/>
                <w:sz w:val="16"/>
              </w:rPr>
              <w:t xml:space="preserve"> Графика</w:t>
            </w:r>
          </w:p>
        </w:tc>
      </w:tr>
      <w:tr w:rsidR="00D117AB" w:rsidTr="00407F09">
        <w:trPr>
          <w:gridAfter w:val="1"/>
          <w:wAfter w:w="5531" w:type="dxa"/>
          <w:trHeight w:hRule="exact" w:val="15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30" w:lineRule="auto"/>
              <w:jc w:val="center"/>
            </w:pPr>
            <w:r>
              <w:rPr>
                <w:rFonts w:ascii="Times New Roman" w:eastAsia="Times New Roman" w:hAnsi="Times New Roman"/>
                <w:color w:val="000000"/>
                <w:w w:val="97"/>
                <w:sz w:val="16"/>
              </w:rPr>
              <w:t>1.1.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407F09" w:rsidRDefault="00407F09" w:rsidP="00AC47F8">
            <w:pPr>
              <w:autoSpaceDE w:val="0"/>
              <w:autoSpaceDN w:val="0"/>
              <w:spacing w:before="80" w:after="0" w:line="250" w:lineRule="auto"/>
              <w:ind w:left="72" w:right="432"/>
              <w:rPr>
                <w:lang w:val="ru-RU"/>
              </w:rPr>
            </w:pPr>
            <w:r>
              <w:rPr>
                <w:rFonts w:ascii="Times New Roman" w:eastAsia="Times New Roman" w:hAnsi="Times New Roman"/>
                <w:b/>
                <w:color w:val="000000"/>
                <w:w w:val="97"/>
                <w:sz w:val="16"/>
                <w:lang w:val="ru-RU"/>
              </w:rPr>
              <w:t>Модель «Графика». 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Инструктаж по ТБ.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autoSpaceDE w:val="0"/>
              <w:autoSpaceDN w:val="0"/>
              <w:spacing w:before="80" w:after="0" w:line="230" w:lineRule="auto"/>
              <w:ind w:left="72"/>
              <w:rPr>
                <w:lang w:val="ru-RU"/>
              </w:rPr>
            </w:pPr>
            <w:r w:rsidRPr="00407F09">
              <w:rPr>
                <w:rFonts w:ascii="Times New Roman" w:eastAsia="Times New Roman" w:hAnsi="Times New Roman"/>
                <w:color w:val="000000"/>
                <w:w w:val="97"/>
                <w:sz w:val="16"/>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autoSpaceDE w:val="0"/>
              <w:autoSpaceDN w:val="0"/>
              <w:spacing w:before="80" w:after="0" w:line="230" w:lineRule="auto"/>
              <w:jc w:val="center"/>
              <w:rPr>
                <w:lang w:val="ru-RU"/>
              </w:rPr>
            </w:pPr>
            <w:r w:rsidRPr="00407F09">
              <w:rPr>
                <w:rFonts w:ascii="Times New Roman" w:eastAsia="Times New Roman" w:hAnsi="Times New Roman"/>
                <w:color w:val="000000"/>
                <w:w w:val="97"/>
                <w:sz w:val="16"/>
                <w:lang w:val="ru-RU"/>
              </w:rPr>
              <w:t>02.09.2022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54" w:lineRule="auto"/>
              <w:ind w:left="72"/>
            </w:pPr>
            <w:r w:rsidRPr="006C4CE9">
              <w:rPr>
                <w:rFonts w:ascii="Times New Roman" w:eastAsia="Times New Roman" w:hAnsi="Times New Roman"/>
                <w:color w:val="000000"/>
                <w:w w:val="97"/>
                <w:sz w:val="16"/>
                <w:lang w:val="ru-RU"/>
              </w:rPr>
              <w:t>Начать осваивать выразительные возможности шрифта</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Создать рисунок буквицы к </w:t>
            </w:r>
            <w:r w:rsidRPr="006C4CE9">
              <w:rPr>
                <w:lang w:val="ru-RU"/>
              </w:rPr>
              <w:br/>
            </w:r>
            <w:r w:rsidRPr="006C4CE9">
              <w:rPr>
                <w:rFonts w:ascii="Times New Roman" w:eastAsia="Times New Roman" w:hAnsi="Times New Roman"/>
                <w:color w:val="000000"/>
                <w:w w:val="97"/>
                <w:sz w:val="16"/>
                <w:lang w:val="ru-RU"/>
              </w:rPr>
              <w:t xml:space="preserve">выбранной сказке.; </w:t>
            </w:r>
            <w:r w:rsidRPr="006C4CE9">
              <w:rPr>
                <w:lang w:val="ru-RU"/>
              </w:rPr>
              <w:br/>
            </w:r>
            <w:r w:rsidRPr="006C4CE9">
              <w:rPr>
                <w:rFonts w:ascii="Times New Roman" w:eastAsia="Times New Roman" w:hAnsi="Times New Roman"/>
                <w:color w:val="000000"/>
                <w:w w:val="97"/>
                <w:sz w:val="16"/>
                <w:lang w:val="ru-RU"/>
              </w:rPr>
              <w:t xml:space="preserve">Создать поздравительную </w:t>
            </w:r>
            <w:r w:rsidRPr="006C4CE9">
              <w:rPr>
                <w:lang w:val="ru-RU"/>
              </w:rPr>
              <w:br/>
            </w:r>
            <w:r>
              <w:rPr>
                <w:rFonts w:ascii="Times New Roman" w:eastAsia="Times New Roman" w:hAnsi="Times New Roman"/>
                <w:color w:val="000000"/>
                <w:w w:val="97"/>
                <w:sz w:val="16"/>
              </w:rPr>
              <w:t xml:space="preserve">открытку, совмещая в ней </w:t>
            </w:r>
            <w:r>
              <w:br/>
            </w:r>
            <w:r>
              <w:rPr>
                <w:rFonts w:ascii="Times New Roman" w:eastAsia="Times New Roman" w:hAnsi="Times New Roman"/>
                <w:color w:val="000000"/>
                <w:w w:val="97"/>
                <w:sz w:val="16"/>
              </w:rPr>
              <w:t>рисунок с коротким текстом.;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30" w:lineRule="auto"/>
              <w:jc w:val="center"/>
            </w:pPr>
            <w:r>
              <w:rPr>
                <w:rFonts w:ascii="Times New Roman" w:eastAsia="Times New Roman" w:hAnsi="Times New Roman"/>
                <w:color w:val="000000"/>
                <w:w w:val="97"/>
                <w:sz w:val="16"/>
              </w:rPr>
              <w:t>https://resh.edu.ru/subject/7/3/</w:t>
            </w:r>
          </w:p>
        </w:tc>
      </w:tr>
      <w:tr w:rsidR="00D117AB" w:rsidTr="00407F09">
        <w:trPr>
          <w:gridAfter w:val="1"/>
          <w:wAfter w:w="5531" w:type="dxa"/>
          <w:trHeight w:hRule="exact" w:val="73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1.2.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407F09" w:rsidRDefault="00407F09" w:rsidP="00AC47F8">
            <w:pPr>
              <w:autoSpaceDE w:val="0"/>
              <w:autoSpaceDN w:val="0"/>
              <w:spacing w:before="76" w:after="0" w:line="250" w:lineRule="auto"/>
              <w:ind w:left="72" w:right="288"/>
              <w:rPr>
                <w:b/>
                <w:sz w:val="14"/>
                <w:szCs w:val="14"/>
                <w:lang w:val="ru-RU"/>
              </w:rPr>
            </w:pPr>
            <w:r w:rsidRPr="00407F09">
              <w:rPr>
                <w:rFonts w:ascii="Times New Roman" w:eastAsia="Times New Roman" w:hAnsi="Times New Roman" w:cs="Times New Roman"/>
                <w:b/>
                <w:color w:val="000000"/>
                <w:sz w:val="14"/>
                <w:szCs w:val="14"/>
                <w:lang w:val="ru-RU"/>
              </w:rPr>
              <w:t>Модуль «Графика». Графическое изображение героев былин, древних легенд, сказок и сказаний разных народов.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09.09.2022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0" w:lineRule="auto"/>
              <w:ind w:left="72" w:right="288"/>
              <w:rPr>
                <w:lang w:val="ru-RU"/>
              </w:rPr>
            </w:pPr>
            <w:r w:rsidRPr="006C4CE9">
              <w:rPr>
                <w:rFonts w:ascii="Times New Roman" w:eastAsia="Times New Roman" w:hAnsi="Times New Roman"/>
                <w:color w:val="000000"/>
                <w:w w:val="97"/>
                <w:sz w:val="16"/>
                <w:lang w:val="ru-RU"/>
              </w:rPr>
              <w:t>Нарисовать иллюстрацию к выбранному сюжету детской книги</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45" w:lineRule="auto"/>
              <w:ind w:left="72"/>
            </w:pP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407F09" w:rsidTr="00407F09">
        <w:trPr>
          <w:gridAfter w:val="1"/>
          <w:wAfter w:w="5531" w:type="dxa"/>
          <w:trHeight w:hRule="exact" w:val="1116"/>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jc w:val="center"/>
            </w:pPr>
            <w:r>
              <w:rPr>
                <w:rFonts w:ascii="Times New Roman" w:eastAsia="Times New Roman" w:hAnsi="Times New Roman"/>
                <w:color w:val="000000"/>
                <w:w w:val="97"/>
                <w:sz w:val="16"/>
              </w:rPr>
              <w:t>1.3.</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«Живопись». Красота природы разных климатических зон, создание пейзажных композиций (горный, степной, среднерусский ландшафт).</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Default="00407F09" w:rsidP="00AC47F8"/>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Default="00407F09" w:rsidP="00AC47F8"/>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jc w:val="center"/>
            </w:pPr>
            <w:r>
              <w:rPr>
                <w:rFonts w:ascii="Times New Roman" w:eastAsia="Times New Roman" w:hAnsi="Times New Roman"/>
                <w:color w:val="000000"/>
                <w:w w:val="97"/>
                <w:sz w:val="16"/>
              </w:rPr>
              <w:t>16.09.2022</w:t>
            </w:r>
          </w:p>
        </w:tc>
        <w:tc>
          <w:tcPr>
            <w:tcW w:w="2378"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Pr="006C4CE9" w:rsidRDefault="00407F09" w:rsidP="00AC47F8">
            <w:pPr>
              <w:autoSpaceDE w:val="0"/>
              <w:autoSpaceDN w:val="0"/>
              <w:spacing w:before="78" w:after="0" w:line="252" w:lineRule="auto"/>
              <w:ind w:left="72"/>
              <w:rPr>
                <w:lang w:val="ru-RU"/>
              </w:rPr>
            </w:pPr>
            <w:r w:rsidRPr="006C4CE9">
              <w:rPr>
                <w:rFonts w:ascii="Times New Roman" w:eastAsia="Times New Roman" w:hAnsi="Times New Roman"/>
                <w:color w:val="000000"/>
                <w:w w:val="97"/>
                <w:sz w:val="16"/>
                <w:lang w:val="ru-RU"/>
              </w:rPr>
              <w:t xml:space="preserve">Наблюдать и исследовать </w:t>
            </w:r>
            <w:r w:rsidRPr="006C4CE9">
              <w:rPr>
                <w:lang w:val="ru-RU"/>
              </w:rPr>
              <w:br/>
            </w:r>
            <w:r w:rsidRPr="006C4CE9">
              <w:rPr>
                <w:rFonts w:ascii="Times New Roman" w:eastAsia="Times New Roman" w:hAnsi="Times New Roman"/>
                <w:color w:val="000000"/>
                <w:w w:val="97"/>
                <w:sz w:val="16"/>
                <w:lang w:val="ru-RU"/>
              </w:rPr>
              <w:t xml:space="preserve">композицию, совмещение текста и изображения в плакатах и </w:t>
            </w:r>
            <w:r w:rsidRPr="006C4CE9">
              <w:rPr>
                <w:lang w:val="ru-RU"/>
              </w:rPr>
              <w:br/>
            </w:r>
            <w:r w:rsidRPr="006C4CE9">
              <w:rPr>
                <w:rFonts w:ascii="Times New Roman" w:eastAsia="Times New Roman" w:hAnsi="Times New Roman"/>
                <w:color w:val="000000"/>
                <w:w w:val="97"/>
                <w:sz w:val="16"/>
                <w:lang w:val="ru-RU"/>
              </w:rPr>
              <w:t xml:space="preserve">афишах известных </w:t>
            </w:r>
            <w:r w:rsidRPr="006C4CE9">
              <w:rPr>
                <w:lang w:val="ru-RU"/>
              </w:rPr>
              <w:br/>
            </w:r>
            <w:r w:rsidRPr="006C4CE9">
              <w:rPr>
                <w:rFonts w:ascii="Times New Roman" w:eastAsia="Times New Roman" w:hAnsi="Times New Roman"/>
                <w:color w:val="000000"/>
                <w:w w:val="97"/>
                <w:sz w:val="16"/>
                <w:lang w:val="ru-RU"/>
              </w:rPr>
              <w:t>отечественных художников</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Default="00407F09"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407F09" w:rsidTr="00407F09">
        <w:trPr>
          <w:gridAfter w:val="1"/>
          <w:wAfter w:w="5531" w:type="dxa"/>
          <w:trHeight w:hRule="exact" w:val="92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0" w:lineRule="auto"/>
              <w:jc w:val="center"/>
            </w:pPr>
            <w:r>
              <w:rPr>
                <w:rFonts w:ascii="Times New Roman" w:eastAsia="Times New Roman" w:hAnsi="Times New Roman"/>
                <w:color w:val="000000"/>
                <w:w w:val="97"/>
                <w:sz w:val="16"/>
              </w:rPr>
              <w:t>1.4.</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Pr="00251060" w:rsidRDefault="00407F09" w:rsidP="00AC47F8">
            <w:pPr>
              <w:shd w:val="clear" w:color="auto" w:fill="F7F5F5"/>
              <w:rPr>
                <w:rFonts w:ascii="Times New Roman" w:eastAsia="Times New Roman" w:hAnsi="Times New Roman" w:cs="Times New Roman"/>
                <w:color w:val="000000"/>
                <w:sz w:val="14"/>
                <w:szCs w:val="14"/>
              </w:rPr>
            </w:pPr>
            <w:r w:rsidRPr="00407F09">
              <w:rPr>
                <w:rFonts w:ascii="Times New Roman" w:eastAsia="Times New Roman" w:hAnsi="Times New Roman" w:cs="Times New Roman"/>
                <w:color w:val="000000"/>
                <w:sz w:val="14"/>
                <w:szCs w:val="14"/>
                <w:lang w:val="ru-RU"/>
              </w:rPr>
              <w:t xml:space="preserve">Модуль «Живопись».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w:t>
            </w:r>
            <w:r w:rsidRPr="00251060">
              <w:rPr>
                <w:rFonts w:ascii="Times New Roman" w:eastAsia="Times New Roman" w:hAnsi="Times New Roman" w:cs="Times New Roman"/>
                <w:color w:val="000000"/>
                <w:sz w:val="14"/>
                <w:szCs w:val="14"/>
              </w:rPr>
              <w:t>(из выбранной культурной эпохи).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0" w:lineRule="auto"/>
              <w:jc w:val="center"/>
            </w:pPr>
            <w:r>
              <w:rPr>
                <w:rFonts w:ascii="Times New Roman" w:eastAsia="Times New Roman" w:hAnsi="Times New Roman"/>
                <w:color w:val="000000"/>
                <w:w w:val="97"/>
                <w:sz w:val="16"/>
              </w:rPr>
              <w:t>23.09.2022</w:t>
            </w:r>
          </w:p>
        </w:tc>
        <w:tc>
          <w:tcPr>
            <w:tcW w:w="2378"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Выполнить эскиз плаката для спектакля на выбранный сюжет из репертуара детских театров</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0" w:lineRule="auto"/>
              <w:jc w:val="center"/>
            </w:pPr>
            <w:r>
              <w:rPr>
                <w:rFonts w:ascii="Times New Roman" w:eastAsia="Times New Roman" w:hAnsi="Times New Roman"/>
                <w:color w:val="000000"/>
                <w:w w:val="97"/>
                <w:sz w:val="16"/>
              </w:rPr>
              <w:t>https://resh.edu.ru/subject/7/3/</w:t>
            </w:r>
          </w:p>
        </w:tc>
      </w:tr>
      <w:tr w:rsidR="00407F09" w:rsidTr="00407F09">
        <w:trPr>
          <w:gridAfter w:val="1"/>
          <w:wAfter w:w="5531" w:type="dxa"/>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pPr>
            <w:r>
              <w:rPr>
                <w:rFonts w:ascii="Times New Roman" w:eastAsia="Times New Roman" w:hAnsi="Times New Roman"/>
                <w:color w:val="000000"/>
                <w:w w:val="97"/>
                <w:sz w:val="16"/>
              </w:rPr>
              <w:t>1.5.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«Скульптура». Знакомство со скульптурными памятниками героям и мемориальными комплексами.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pPr>
            <w:r>
              <w:rPr>
                <w:rFonts w:ascii="Times New Roman" w:eastAsia="Times New Roman" w:hAnsi="Times New Roman"/>
                <w:color w:val="000000"/>
                <w:w w:val="97"/>
                <w:sz w:val="16"/>
              </w:rPr>
              <w:t>30.09.2022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 xml:space="preserve">Осваивать строение и </w:t>
            </w:r>
            <w:r w:rsidRPr="006C4CE9">
              <w:rPr>
                <w:lang w:val="ru-RU"/>
              </w:rPr>
              <w:br/>
            </w:r>
            <w:r w:rsidRPr="006C4CE9">
              <w:rPr>
                <w:rFonts w:ascii="Times New Roman" w:eastAsia="Times New Roman" w:hAnsi="Times New Roman"/>
                <w:color w:val="000000"/>
                <w:w w:val="97"/>
                <w:sz w:val="16"/>
                <w:lang w:val="ru-RU"/>
              </w:rPr>
              <w:t>пропорциональные отношения лица человека на основе схемы лица</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407F09" w:rsidTr="00407F09">
        <w:trPr>
          <w:gridAfter w:val="1"/>
          <w:wAfter w:w="5531" w:type="dxa"/>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pPr>
            <w:r>
              <w:rPr>
                <w:rFonts w:ascii="Times New Roman" w:eastAsia="Times New Roman" w:hAnsi="Times New Roman"/>
                <w:color w:val="000000"/>
                <w:w w:val="97"/>
                <w:sz w:val="16"/>
              </w:rPr>
              <w:lastRenderedPageBreak/>
              <w:t>1.6.</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«Декоративно-прикладное искусство».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 xml:space="preserve">Выполнить в технике </w:t>
            </w:r>
            <w:r w:rsidRPr="006C4CE9">
              <w:rPr>
                <w:lang w:val="ru-RU"/>
              </w:rPr>
              <w:br/>
            </w:r>
            <w:r w:rsidRPr="006C4CE9">
              <w:rPr>
                <w:rFonts w:ascii="Times New Roman" w:eastAsia="Times New Roman" w:hAnsi="Times New Roman"/>
                <w:color w:val="000000"/>
                <w:w w:val="97"/>
                <w:sz w:val="16"/>
                <w:lang w:val="ru-RU"/>
              </w:rPr>
              <w:t xml:space="preserve">аппликации или в виде рисунка маску для сказочного </w:t>
            </w:r>
            <w:r w:rsidRPr="006C4CE9">
              <w:rPr>
                <w:lang w:val="ru-RU"/>
              </w:rPr>
              <w:br/>
            </w:r>
            <w:r w:rsidRPr="006C4CE9">
              <w:rPr>
                <w:rFonts w:ascii="Times New Roman" w:eastAsia="Times New Roman" w:hAnsi="Times New Roman"/>
                <w:color w:val="000000"/>
                <w:w w:val="97"/>
                <w:sz w:val="16"/>
                <w:lang w:val="ru-RU"/>
              </w:rPr>
              <w:t>персонажа;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407F09" w:rsidRPr="00BA2FD3" w:rsidTr="00407F09">
        <w:trPr>
          <w:gridAfter w:val="1"/>
          <w:wAfter w:w="5531" w:type="dxa"/>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ind w:left="72"/>
            </w:pPr>
            <w:r>
              <w:rPr>
                <w:rFonts w:ascii="Times New Roman" w:eastAsia="Times New Roman" w:hAnsi="Times New Roman"/>
                <w:color w:val="000000"/>
                <w:w w:val="97"/>
                <w:sz w:val="16"/>
              </w:rPr>
              <w:t>Итого по модулю 1</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«Декоративно-прикладное искусство». Орнаментальное украшение каменной архитектуры в памятниках русской культуры, каменная резьба, роспись стен, изразцы.</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r>
      <w:tr w:rsidR="00407F09" w:rsidTr="00407F09">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ind w:left="72"/>
            </w:pPr>
            <w:r>
              <w:rPr>
                <w:rFonts w:ascii="Times New Roman" w:eastAsia="Times New Roman" w:hAnsi="Times New Roman"/>
                <w:color w:val="000000"/>
                <w:w w:val="97"/>
                <w:sz w:val="16"/>
              </w:rPr>
              <w:t>Модуль 2.</w:t>
            </w:r>
            <w:r>
              <w:rPr>
                <w:rFonts w:ascii="Times New Roman" w:eastAsia="Times New Roman" w:hAnsi="Times New Roman"/>
                <w:b/>
                <w:color w:val="000000"/>
                <w:w w:val="97"/>
                <w:sz w:val="16"/>
              </w:rPr>
              <w:t xml:space="preserve"> Живопись</w:t>
            </w:r>
          </w:p>
        </w:tc>
        <w:tc>
          <w:tcPr>
            <w:tcW w:w="5531" w:type="dxa"/>
          </w:tcPr>
          <w:p w:rsidR="00407F09" w:rsidRPr="00251060" w:rsidRDefault="00407F09" w:rsidP="00AC47F8">
            <w:pPr>
              <w:shd w:val="clear" w:color="auto" w:fill="F7F5F5"/>
              <w:rPr>
                <w:rFonts w:ascii="Times New Roman" w:eastAsia="Times New Roman" w:hAnsi="Times New Roman" w:cs="Times New Roman"/>
                <w:color w:val="000000"/>
                <w:sz w:val="14"/>
                <w:szCs w:val="14"/>
              </w:rPr>
            </w:pPr>
            <w:r w:rsidRPr="00407F09">
              <w:rPr>
                <w:rFonts w:ascii="Times New Roman" w:eastAsia="Times New Roman" w:hAnsi="Times New Roman" w:cs="Times New Roman"/>
                <w:color w:val="000000"/>
                <w:sz w:val="14"/>
                <w:szCs w:val="14"/>
                <w:lang w:val="ru-RU"/>
              </w:rPr>
              <w:t xml:space="preserve">Модуль «Декоративно-прикладное искусство». Женский и мужской костюмы в традициях разных народов. </w:t>
            </w:r>
            <w:r w:rsidRPr="00251060">
              <w:rPr>
                <w:rFonts w:ascii="Times New Roman" w:eastAsia="Times New Roman" w:hAnsi="Times New Roman" w:cs="Times New Roman"/>
                <w:color w:val="000000"/>
                <w:sz w:val="14"/>
                <w:szCs w:val="14"/>
              </w:rPr>
              <w:t>Своеобразие одежды разных эпох и культур.</w:t>
            </w:r>
          </w:p>
        </w:tc>
      </w:tr>
      <w:tr w:rsidR="00407F09" w:rsidTr="00407F09">
        <w:trPr>
          <w:gridAfter w:val="1"/>
          <w:wAfter w:w="5531" w:type="dxa"/>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jc w:val="center"/>
            </w:pPr>
            <w:r>
              <w:rPr>
                <w:rFonts w:ascii="Times New Roman" w:eastAsia="Times New Roman" w:hAnsi="Times New Roman"/>
                <w:color w:val="000000"/>
                <w:w w:val="97"/>
                <w:sz w:val="16"/>
              </w:rPr>
              <w:t>2.1.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251060" w:rsidRDefault="00407F09" w:rsidP="00AC47F8">
            <w:pPr>
              <w:shd w:val="clear" w:color="auto" w:fill="F7F5F5"/>
              <w:rPr>
                <w:rFonts w:ascii="Times New Roman" w:eastAsia="Times New Roman" w:hAnsi="Times New Roman" w:cs="Times New Roman"/>
                <w:color w:val="000000"/>
                <w:sz w:val="14"/>
                <w:szCs w:val="14"/>
              </w:rPr>
            </w:pPr>
            <w:r w:rsidRPr="00407F09">
              <w:rPr>
                <w:rFonts w:ascii="Times New Roman" w:eastAsia="Times New Roman" w:hAnsi="Times New Roman" w:cs="Times New Roman"/>
                <w:color w:val="000000"/>
                <w:sz w:val="14"/>
                <w:szCs w:val="14"/>
                <w:lang w:val="ru-RU"/>
              </w:rPr>
              <w:t xml:space="preserve">Модуль «Архитектура». 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sidRPr="00251060">
              <w:rPr>
                <w:rFonts w:ascii="Times New Roman" w:eastAsia="Times New Roman" w:hAnsi="Times New Roman" w:cs="Times New Roman"/>
                <w:color w:val="000000"/>
                <w:sz w:val="14"/>
                <w:szCs w:val="14"/>
              </w:rPr>
              <w:t>Разные виды изб и надворных построек. Инструктаж по ТБ.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jc w:val="center"/>
            </w:pPr>
            <w:r>
              <w:rPr>
                <w:rFonts w:ascii="Times New Roman" w:eastAsia="Times New Roman" w:hAnsi="Times New Roman"/>
                <w:color w:val="000000"/>
                <w:w w:val="97"/>
                <w:sz w:val="16"/>
              </w:rPr>
              <w:t>07.10.2022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8" w:after="0" w:line="247" w:lineRule="auto"/>
              <w:ind w:left="72" w:right="144"/>
              <w:rPr>
                <w:lang w:val="ru-RU"/>
              </w:rPr>
            </w:pPr>
            <w:r w:rsidRPr="006C4CE9">
              <w:rPr>
                <w:rFonts w:ascii="Times New Roman" w:eastAsia="Times New Roman" w:hAnsi="Times New Roman"/>
                <w:color w:val="000000"/>
                <w:w w:val="97"/>
                <w:sz w:val="16"/>
                <w:lang w:val="ru-RU"/>
              </w:rPr>
              <w:t>Осваивать приёмы композиции натюрморта по наблюдению натуры или по представлению</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407F09" w:rsidTr="00407F09">
        <w:trPr>
          <w:gridAfter w:val="1"/>
          <w:wAfter w:w="5531" w:type="dxa"/>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pPr>
            <w:r>
              <w:rPr>
                <w:rFonts w:ascii="Times New Roman" w:eastAsia="Times New Roman" w:hAnsi="Times New Roman"/>
                <w:color w:val="000000"/>
                <w:w w:val="97"/>
                <w:sz w:val="16"/>
              </w:rPr>
              <w:t>2.2.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«Архитектура». 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ind w:left="72"/>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45" w:lineRule="auto"/>
              <w:ind w:left="72" w:right="144"/>
              <w:rPr>
                <w:lang w:val="ru-RU"/>
              </w:rPr>
            </w:pPr>
            <w:r w:rsidRPr="006C4CE9">
              <w:rPr>
                <w:rFonts w:ascii="Times New Roman" w:eastAsia="Times New Roman" w:hAnsi="Times New Roman"/>
                <w:color w:val="000000"/>
                <w:w w:val="97"/>
                <w:sz w:val="16"/>
                <w:lang w:val="ru-RU"/>
              </w:rPr>
              <w:t>Узнавать портреты кисти В. И. Сурикова, И. Е. Репина, В. А.</w:t>
            </w:r>
          </w:p>
          <w:p w:rsidR="00407F09" w:rsidRPr="006C4CE9" w:rsidRDefault="00407F09" w:rsidP="00AC47F8">
            <w:pPr>
              <w:autoSpaceDE w:val="0"/>
              <w:autoSpaceDN w:val="0"/>
              <w:spacing w:before="18" w:after="0" w:line="250" w:lineRule="auto"/>
              <w:ind w:left="72" w:right="288"/>
              <w:rPr>
                <w:lang w:val="ru-RU"/>
              </w:rPr>
            </w:pPr>
            <w:r w:rsidRPr="006C4CE9">
              <w:rPr>
                <w:rFonts w:ascii="Times New Roman" w:eastAsia="Times New Roman" w:hAnsi="Times New Roman"/>
                <w:color w:val="000000"/>
                <w:w w:val="97"/>
                <w:sz w:val="16"/>
                <w:lang w:val="ru-RU"/>
              </w:rPr>
              <w:t xml:space="preserve">Серова, А. Г. Венецианова, З. Е. Серебряковой (и других художников по выбору </w:t>
            </w:r>
            <w:r w:rsidRPr="006C4CE9">
              <w:rPr>
                <w:lang w:val="ru-RU"/>
              </w:rPr>
              <w:br/>
            </w:r>
            <w:r w:rsidRPr="006C4CE9">
              <w:rPr>
                <w:rFonts w:ascii="Times New Roman" w:eastAsia="Times New Roman" w:hAnsi="Times New Roman"/>
                <w:color w:val="000000"/>
                <w:w w:val="97"/>
                <w:sz w:val="16"/>
                <w:lang w:val="ru-RU"/>
              </w:rPr>
              <w:t>учителя</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407F09" w:rsidRPr="00BA2FD3" w:rsidTr="00407F09">
        <w:trPr>
          <w:gridAfter w:val="1"/>
          <w:wAfter w:w="5531" w:type="dxa"/>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rPr>
                <w:rFonts w:ascii="Times New Roman" w:eastAsia="Times New Roman" w:hAnsi="Times New Roman"/>
                <w:color w:val="000000"/>
                <w:w w:val="97"/>
                <w:sz w:val="16"/>
              </w:rPr>
            </w:pP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«Восприятие произведений искусства». 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ind w:left="72"/>
              <w:rPr>
                <w:rFonts w:ascii="Times New Roman" w:eastAsia="Times New Roman" w:hAnsi="Times New Roman"/>
                <w:color w:val="000000"/>
                <w:w w:val="97"/>
                <w:sz w:val="16"/>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45" w:lineRule="auto"/>
              <w:ind w:left="72" w:right="144"/>
              <w:rPr>
                <w:rFonts w:ascii="Times New Roman" w:eastAsia="Times New Roman" w:hAnsi="Times New Roman"/>
                <w:color w:val="000000"/>
                <w:w w:val="97"/>
                <w:sz w:val="16"/>
                <w:lang w:val="ru-RU"/>
              </w:rPr>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50" w:lineRule="auto"/>
              <w:ind w:left="72"/>
              <w:rPr>
                <w:rFonts w:ascii="Times New Roman" w:eastAsia="Times New Roman" w:hAnsi="Times New Roman"/>
                <w:color w:val="000000"/>
                <w:w w:val="97"/>
                <w:sz w:val="16"/>
                <w:lang w:val="ru-RU"/>
              </w:rPr>
            </w:pP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r>
      <w:tr w:rsidR="00407F09" w:rsidTr="00407F09">
        <w:trPr>
          <w:gridAfter w:val="1"/>
          <w:wAfter w:w="5531" w:type="dxa"/>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251060" w:rsidRDefault="00407F09" w:rsidP="00AC47F8">
            <w:pPr>
              <w:shd w:val="clear" w:color="auto" w:fill="F7F5F5"/>
              <w:rPr>
                <w:rFonts w:ascii="Times New Roman" w:eastAsia="Times New Roman" w:hAnsi="Times New Roman" w:cs="Times New Roman"/>
                <w:color w:val="000000"/>
                <w:sz w:val="14"/>
                <w:szCs w:val="14"/>
              </w:rPr>
            </w:pPr>
            <w:r w:rsidRPr="00407F09">
              <w:rPr>
                <w:rFonts w:ascii="Times New Roman" w:eastAsia="Times New Roman" w:hAnsi="Times New Roman" w:cs="Times New Roman"/>
                <w:color w:val="000000"/>
                <w:sz w:val="14"/>
                <w:szCs w:val="14"/>
                <w:lang w:val="ru-RU"/>
              </w:rPr>
              <w:t xml:space="preserve">Модуль «Восприятие произведений искусства».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251060">
              <w:rPr>
                <w:rFonts w:ascii="Times New Roman" w:eastAsia="Times New Roman" w:hAnsi="Times New Roman" w:cs="Times New Roman"/>
                <w:color w:val="000000"/>
                <w:sz w:val="14"/>
                <w:szCs w:val="14"/>
              </w:rPr>
              <w:t>Памятники русского деревянного зодчества. Архитектурный комплекс на острове Кижи.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ind w:left="72"/>
              <w:rPr>
                <w:rFonts w:ascii="Times New Roman" w:eastAsia="Times New Roman" w:hAnsi="Times New Roman"/>
                <w:color w:val="000000"/>
                <w:w w:val="97"/>
                <w:sz w:val="16"/>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45" w:lineRule="auto"/>
              <w:ind w:left="72" w:right="144"/>
              <w:rPr>
                <w:rFonts w:ascii="Times New Roman" w:eastAsia="Times New Roman" w:hAnsi="Times New Roman"/>
                <w:color w:val="000000"/>
                <w:w w:val="97"/>
                <w:sz w:val="16"/>
                <w:lang w:val="ru-RU"/>
              </w:rPr>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50" w:lineRule="auto"/>
              <w:ind w:left="72"/>
              <w:rPr>
                <w:rFonts w:ascii="Times New Roman" w:eastAsia="Times New Roman" w:hAnsi="Times New Roman"/>
                <w:color w:val="000000"/>
                <w:w w:val="97"/>
                <w:sz w:val="16"/>
              </w:rPr>
            </w:pP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rPr>
                <w:rFonts w:ascii="Times New Roman" w:eastAsia="Times New Roman" w:hAnsi="Times New Roman"/>
                <w:color w:val="000000"/>
                <w:w w:val="97"/>
                <w:sz w:val="16"/>
              </w:rPr>
            </w:pPr>
          </w:p>
        </w:tc>
      </w:tr>
      <w:tr w:rsidR="00407F09" w:rsidRPr="00BA2FD3" w:rsidTr="00407F09">
        <w:trPr>
          <w:gridAfter w:val="1"/>
          <w:wAfter w:w="5531" w:type="dxa"/>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rPr>
                <w:rFonts w:ascii="Times New Roman" w:eastAsia="Times New Roman" w:hAnsi="Times New Roman"/>
                <w:color w:val="000000"/>
                <w:w w:val="97"/>
                <w:sz w:val="16"/>
              </w:rPr>
            </w:pP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«Восприятие произведений искусства». Архитектурные памятники Западной Европы Средних веков и эпохи Возрождения.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ind w:left="72"/>
              <w:rPr>
                <w:rFonts w:ascii="Times New Roman" w:eastAsia="Times New Roman" w:hAnsi="Times New Roman"/>
                <w:color w:val="000000"/>
                <w:w w:val="97"/>
                <w:sz w:val="16"/>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45" w:lineRule="auto"/>
              <w:ind w:left="72" w:right="144"/>
              <w:rPr>
                <w:rFonts w:ascii="Times New Roman" w:eastAsia="Times New Roman" w:hAnsi="Times New Roman"/>
                <w:color w:val="000000"/>
                <w:w w:val="97"/>
                <w:sz w:val="16"/>
                <w:lang w:val="ru-RU"/>
              </w:rPr>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50" w:lineRule="auto"/>
              <w:ind w:left="72"/>
              <w:rPr>
                <w:rFonts w:ascii="Times New Roman" w:eastAsia="Times New Roman" w:hAnsi="Times New Roman"/>
                <w:color w:val="000000"/>
                <w:w w:val="97"/>
                <w:sz w:val="16"/>
                <w:lang w:val="ru-RU"/>
              </w:rPr>
            </w:pP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r>
      <w:tr w:rsidR="00407F09" w:rsidRPr="00BA2FD3" w:rsidTr="00407F09">
        <w:trPr>
          <w:gridAfter w:val="1"/>
          <w:wAfter w:w="5531" w:type="dxa"/>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«Восприятие произведений искусства». 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ind w:left="72"/>
              <w:rPr>
                <w:rFonts w:ascii="Times New Roman" w:eastAsia="Times New Roman" w:hAnsi="Times New Roman"/>
                <w:color w:val="000000"/>
                <w:w w:val="97"/>
                <w:sz w:val="16"/>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45" w:lineRule="auto"/>
              <w:ind w:left="72" w:right="144"/>
              <w:rPr>
                <w:rFonts w:ascii="Times New Roman" w:eastAsia="Times New Roman" w:hAnsi="Times New Roman"/>
                <w:color w:val="000000"/>
                <w:w w:val="97"/>
                <w:sz w:val="16"/>
                <w:lang w:val="ru-RU"/>
              </w:rPr>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50" w:lineRule="auto"/>
              <w:ind w:left="72"/>
              <w:rPr>
                <w:rFonts w:ascii="Times New Roman" w:eastAsia="Times New Roman" w:hAnsi="Times New Roman"/>
                <w:color w:val="000000"/>
                <w:w w:val="97"/>
                <w:sz w:val="16"/>
                <w:lang w:val="ru-RU"/>
              </w:rPr>
            </w:pP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r>
      <w:tr w:rsidR="00407F09" w:rsidRPr="00BA2FD3" w:rsidTr="00407F09">
        <w:trPr>
          <w:gridAfter w:val="1"/>
          <w:wAfter w:w="5531" w:type="dxa"/>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Модуль «Азбука цифровой графики». 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 народов (юрта, каркасный дом и др., в том числе с учётом местных традиций).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ind w:left="72"/>
              <w:rPr>
                <w:rFonts w:ascii="Times New Roman" w:eastAsia="Times New Roman" w:hAnsi="Times New Roman"/>
                <w:color w:val="000000"/>
                <w:w w:val="97"/>
                <w:sz w:val="16"/>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45" w:lineRule="auto"/>
              <w:ind w:left="72" w:right="144"/>
              <w:rPr>
                <w:rFonts w:ascii="Times New Roman" w:eastAsia="Times New Roman" w:hAnsi="Times New Roman"/>
                <w:color w:val="000000"/>
                <w:w w:val="97"/>
                <w:sz w:val="16"/>
                <w:lang w:val="ru-RU"/>
              </w:rPr>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50" w:lineRule="auto"/>
              <w:ind w:left="72"/>
              <w:rPr>
                <w:rFonts w:ascii="Times New Roman" w:eastAsia="Times New Roman" w:hAnsi="Times New Roman"/>
                <w:color w:val="000000"/>
                <w:w w:val="97"/>
                <w:sz w:val="16"/>
                <w:lang w:val="ru-RU"/>
              </w:rPr>
            </w:pP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r>
      <w:tr w:rsidR="00407F09" w:rsidTr="00407F09">
        <w:trPr>
          <w:gridAfter w:val="1"/>
          <w:wAfter w:w="5531" w:type="dxa"/>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251060" w:rsidRDefault="00407F09" w:rsidP="00AC47F8">
            <w:pPr>
              <w:shd w:val="clear" w:color="auto" w:fill="F7F5F5"/>
              <w:rPr>
                <w:rFonts w:ascii="Times New Roman" w:eastAsia="Times New Roman" w:hAnsi="Times New Roman" w:cs="Times New Roman"/>
                <w:color w:val="000000"/>
                <w:sz w:val="14"/>
                <w:szCs w:val="14"/>
              </w:rPr>
            </w:pPr>
            <w:r w:rsidRPr="00407F09">
              <w:rPr>
                <w:rFonts w:ascii="Times New Roman" w:eastAsia="Times New Roman" w:hAnsi="Times New Roman" w:cs="Times New Roman"/>
                <w:color w:val="000000"/>
                <w:sz w:val="14"/>
                <w:szCs w:val="14"/>
                <w:lang w:val="ru-RU"/>
              </w:rPr>
              <w:t xml:space="preserve">Модуль «Азбука цифровой графики». 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251060">
              <w:rPr>
                <w:rFonts w:ascii="Times New Roman" w:eastAsia="Times New Roman" w:hAnsi="Times New Roman" w:cs="Times New Roman"/>
                <w:color w:val="000000"/>
                <w:sz w:val="14"/>
                <w:szCs w:val="14"/>
              </w:rPr>
              <w:t>Создание анимации схематического движения человека (при соответствующих технических условиях).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ind w:left="72"/>
              <w:rPr>
                <w:rFonts w:ascii="Times New Roman" w:eastAsia="Times New Roman" w:hAnsi="Times New Roman"/>
                <w:color w:val="000000"/>
                <w:w w:val="97"/>
                <w:sz w:val="16"/>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45" w:lineRule="auto"/>
              <w:ind w:left="72" w:right="144"/>
              <w:rPr>
                <w:rFonts w:ascii="Times New Roman" w:eastAsia="Times New Roman" w:hAnsi="Times New Roman"/>
                <w:color w:val="000000"/>
                <w:w w:val="97"/>
                <w:sz w:val="16"/>
                <w:lang w:val="ru-RU"/>
              </w:rPr>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50" w:lineRule="auto"/>
              <w:ind w:left="72"/>
              <w:rPr>
                <w:rFonts w:ascii="Times New Roman" w:eastAsia="Times New Roman" w:hAnsi="Times New Roman"/>
                <w:color w:val="000000"/>
                <w:w w:val="97"/>
                <w:sz w:val="16"/>
              </w:rPr>
            </w:pP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rPr>
                <w:rFonts w:ascii="Times New Roman" w:eastAsia="Times New Roman" w:hAnsi="Times New Roman"/>
                <w:color w:val="000000"/>
                <w:w w:val="97"/>
                <w:sz w:val="16"/>
              </w:rPr>
            </w:pPr>
          </w:p>
        </w:tc>
      </w:tr>
      <w:tr w:rsidR="00407F09" w:rsidRPr="00BA2FD3" w:rsidTr="00407F09">
        <w:trPr>
          <w:gridAfter w:val="1"/>
          <w:wAfter w:w="5531" w:type="dxa"/>
          <w:trHeight w:hRule="exact" w:val="128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Default="00407F09" w:rsidP="00AC47F8">
            <w:pPr>
              <w:autoSpaceDE w:val="0"/>
              <w:autoSpaceDN w:val="0"/>
              <w:spacing w:before="76" w:after="0" w:line="233" w:lineRule="auto"/>
              <w:jc w:val="center"/>
              <w:rPr>
                <w:rFonts w:ascii="Times New Roman" w:eastAsia="Times New Roman" w:hAnsi="Times New Roman"/>
                <w:color w:val="000000"/>
                <w:w w:val="97"/>
                <w:sz w:val="16"/>
              </w:rPr>
            </w:pP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shd w:val="clear" w:color="auto" w:fill="F7F5F5"/>
              <w:rPr>
                <w:rFonts w:ascii="Times New Roman" w:eastAsia="Times New Roman" w:hAnsi="Times New Roman" w:cs="Times New Roman"/>
                <w:color w:val="000000"/>
                <w:sz w:val="14"/>
                <w:szCs w:val="14"/>
                <w:lang w:val="ru-RU"/>
              </w:rPr>
            </w:pPr>
            <w:r w:rsidRPr="00407F09">
              <w:rPr>
                <w:rFonts w:ascii="Times New Roman" w:eastAsia="Times New Roman" w:hAnsi="Times New Roman" w:cs="Times New Roman"/>
                <w:color w:val="000000"/>
                <w:sz w:val="14"/>
                <w:szCs w:val="14"/>
                <w:lang w:val="ru-RU"/>
              </w:rPr>
              <w:t xml:space="preserve">Модуль «Азбука цифровой графики». Создание компьютерной презентации в программе </w:t>
            </w:r>
            <w:r w:rsidRPr="00251060">
              <w:rPr>
                <w:rFonts w:ascii="Times New Roman" w:eastAsia="Times New Roman" w:hAnsi="Times New Roman" w:cs="Times New Roman"/>
                <w:color w:val="000000"/>
                <w:sz w:val="14"/>
                <w:szCs w:val="14"/>
              </w:rPr>
              <w:t>PowerPoint</w:t>
            </w:r>
            <w:r w:rsidRPr="00407F09">
              <w:rPr>
                <w:rFonts w:ascii="Times New Roman" w:eastAsia="Times New Roman" w:hAnsi="Times New Roman" w:cs="Times New Roman"/>
                <w:color w:val="000000"/>
                <w:sz w:val="14"/>
                <w:szCs w:val="14"/>
                <w:lang w:val="ru-RU"/>
              </w:rPr>
              <w:t xml:space="preserve"> на тему архитектуры, декоративного и изобразительного искусства выбранной эпохи или национальной культуры.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ind w:left="72"/>
              <w:rPr>
                <w:rFonts w:ascii="Times New Roman" w:eastAsia="Times New Roman" w:hAnsi="Times New Roman"/>
                <w:color w:val="000000"/>
                <w:w w:val="97"/>
                <w:sz w:val="16"/>
                <w:lang w:val="ru-RU"/>
              </w:rPr>
            </w:pP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rPr>
                <w:lang w:val="ru-RU"/>
              </w:rPr>
            </w:pP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6C4CE9" w:rsidRDefault="00407F09" w:rsidP="00AC47F8">
            <w:pPr>
              <w:autoSpaceDE w:val="0"/>
              <w:autoSpaceDN w:val="0"/>
              <w:spacing w:before="76" w:after="0" w:line="245" w:lineRule="auto"/>
              <w:ind w:left="72" w:right="144"/>
              <w:rPr>
                <w:rFonts w:ascii="Times New Roman" w:eastAsia="Times New Roman" w:hAnsi="Times New Roman"/>
                <w:color w:val="000000"/>
                <w:w w:val="97"/>
                <w:sz w:val="16"/>
                <w:lang w:val="ru-RU"/>
              </w:rPr>
            </w:pP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50" w:lineRule="auto"/>
              <w:ind w:left="72"/>
              <w:rPr>
                <w:rFonts w:ascii="Times New Roman" w:eastAsia="Times New Roman" w:hAnsi="Times New Roman"/>
                <w:color w:val="000000"/>
                <w:w w:val="97"/>
                <w:sz w:val="16"/>
                <w:lang w:val="ru-RU"/>
              </w:rPr>
            </w:pP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407F09" w:rsidRPr="00407F09" w:rsidRDefault="00407F09" w:rsidP="00AC47F8">
            <w:pPr>
              <w:autoSpaceDE w:val="0"/>
              <w:autoSpaceDN w:val="0"/>
              <w:spacing w:before="76" w:after="0" w:line="233" w:lineRule="auto"/>
              <w:jc w:val="center"/>
              <w:rPr>
                <w:rFonts w:ascii="Times New Roman" w:eastAsia="Times New Roman" w:hAnsi="Times New Roman"/>
                <w:color w:val="000000"/>
                <w:w w:val="97"/>
                <w:sz w:val="16"/>
                <w:lang w:val="ru-RU"/>
              </w:rPr>
            </w:pPr>
          </w:p>
        </w:tc>
      </w:tr>
    </w:tbl>
    <w:p w:rsidR="00D117AB" w:rsidRPr="00407F09" w:rsidRDefault="00D117AB" w:rsidP="00D117AB">
      <w:pPr>
        <w:autoSpaceDE w:val="0"/>
        <w:autoSpaceDN w:val="0"/>
        <w:spacing w:after="0" w:line="14" w:lineRule="exact"/>
        <w:rPr>
          <w:lang w:val="ru-RU"/>
        </w:rPr>
      </w:pPr>
    </w:p>
    <w:p w:rsidR="00D117AB" w:rsidRPr="00407F09" w:rsidRDefault="00D117AB" w:rsidP="00D117AB">
      <w:pPr>
        <w:rPr>
          <w:lang w:val="ru-RU"/>
        </w:rPr>
        <w:sectPr w:rsidR="00D117AB" w:rsidRPr="00407F09">
          <w:pgSz w:w="16840" w:h="11900"/>
          <w:pgMar w:top="282" w:right="640" w:bottom="280" w:left="666" w:header="720" w:footer="720" w:gutter="0"/>
          <w:cols w:space="720" w:equalWidth="0">
            <w:col w:w="15534" w:space="0"/>
          </w:cols>
          <w:docGrid w:linePitch="360"/>
        </w:sectPr>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D117AB" w:rsidRPr="00BA2FD3" w:rsidTr="00AC47F8">
        <w:trPr>
          <w:trHeight w:hRule="exact" w:val="1314"/>
        </w:trPr>
        <w:tc>
          <w:tcPr>
            <w:tcW w:w="396"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5956"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528"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1104"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1142"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864"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2378"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1080"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c>
          <w:tcPr>
            <w:tcW w:w="2054" w:type="dxa"/>
            <w:tcBorders>
              <w:left w:val="single" w:sz="4" w:space="0" w:color="000000"/>
              <w:bottom w:val="single" w:sz="4" w:space="0" w:color="000000"/>
              <w:right w:val="single" w:sz="4" w:space="0" w:color="000000"/>
            </w:tcBorders>
            <w:tcMar>
              <w:left w:w="0" w:type="dxa"/>
              <w:right w:w="0" w:type="dxa"/>
            </w:tcMar>
          </w:tcPr>
          <w:p w:rsidR="00D117AB" w:rsidRPr="00407F09" w:rsidRDefault="00D117AB" w:rsidP="00AC47F8">
            <w:pPr>
              <w:rPr>
                <w:lang w:val="ru-RU"/>
              </w:rPr>
            </w:pPr>
          </w:p>
        </w:tc>
      </w:tr>
    </w:tbl>
    <w:p w:rsidR="00D117AB" w:rsidRPr="00407F09" w:rsidRDefault="00D117AB" w:rsidP="00D117AB">
      <w:pPr>
        <w:autoSpaceDE w:val="0"/>
        <w:autoSpaceDN w:val="0"/>
        <w:spacing w:after="0" w:line="1302" w:lineRule="exact"/>
        <w:rPr>
          <w:lang w:val="ru-RU"/>
        </w:rPr>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D117AB" w:rsidTr="00AC47F8">
        <w:trPr>
          <w:trHeight w:hRule="exact" w:val="131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«Натюрморт-автопортрет» из предметов, характеризующих личность ученика.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0.25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2" w:lineRule="auto"/>
              <w:ind w:left="72" w:right="288"/>
              <w:rPr>
                <w:lang w:val="ru-RU"/>
              </w:rPr>
            </w:pPr>
            <w:r w:rsidRPr="006C4CE9">
              <w:rPr>
                <w:rFonts w:ascii="Times New Roman" w:eastAsia="Times New Roman" w:hAnsi="Times New Roman"/>
                <w:color w:val="000000"/>
                <w:w w:val="97"/>
                <w:sz w:val="16"/>
                <w:lang w:val="ru-RU"/>
              </w:rPr>
              <w:t xml:space="preserve">Рассматривать, эстетически анализировать сюжет и </w:t>
            </w:r>
            <w:r w:rsidRPr="006C4CE9">
              <w:rPr>
                <w:lang w:val="ru-RU"/>
              </w:rPr>
              <w:br/>
            </w:r>
            <w:r w:rsidRPr="006C4CE9">
              <w:rPr>
                <w:rFonts w:ascii="Times New Roman" w:eastAsia="Times New Roman" w:hAnsi="Times New Roman"/>
                <w:color w:val="000000"/>
                <w:w w:val="97"/>
                <w:sz w:val="16"/>
                <w:lang w:val="ru-RU"/>
              </w:rPr>
              <w:t xml:space="preserve">композицию, эмоциональное настроение, выраженное в натюрмортах известных </w:t>
            </w:r>
            <w:r w:rsidRPr="006C4CE9">
              <w:rPr>
                <w:lang w:val="ru-RU"/>
              </w:rPr>
              <w:br/>
            </w:r>
            <w:r w:rsidRPr="006C4CE9">
              <w:rPr>
                <w:rFonts w:ascii="Times New Roman" w:eastAsia="Times New Roman" w:hAnsi="Times New Roman"/>
                <w:color w:val="000000"/>
                <w:w w:val="97"/>
                <w:sz w:val="16"/>
                <w:lang w:val="ru-RU"/>
              </w:rPr>
              <w:t>отечественных художников</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2.4.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sidRPr="006C4CE9">
              <w:rPr>
                <w:rFonts w:ascii="Times New Roman" w:eastAsia="Times New Roman" w:hAnsi="Times New Roman"/>
                <w:b/>
                <w:color w:val="000000"/>
                <w:w w:val="97"/>
                <w:sz w:val="16"/>
                <w:lang w:val="ru-RU"/>
              </w:rPr>
              <w:t xml:space="preserve">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w:t>
            </w:r>
            <w:r>
              <w:rPr>
                <w:rFonts w:ascii="Times New Roman" w:eastAsia="Times New Roman" w:hAnsi="Times New Roman"/>
                <w:b/>
                <w:color w:val="000000"/>
                <w:w w:val="97"/>
                <w:sz w:val="16"/>
              </w:rPr>
              <w:t>Показать в изображении состояние неба.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14.10.2022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45" w:lineRule="auto"/>
              <w:ind w:left="72"/>
              <w:rPr>
                <w:lang w:val="ru-RU"/>
              </w:rPr>
            </w:pPr>
            <w:r w:rsidRPr="006C4CE9">
              <w:rPr>
                <w:rFonts w:ascii="Times New Roman" w:eastAsia="Times New Roman" w:hAnsi="Times New Roman"/>
                <w:color w:val="000000"/>
                <w:w w:val="97"/>
                <w:sz w:val="16"/>
                <w:lang w:val="ru-RU"/>
              </w:rPr>
              <w:t xml:space="preserve">Создать творческую </w:t>
            </w:r>
            <w:r w:rsidRPr="006C4CE9">
              <w:rPr>
                <w:lang w:val="ru-RU"/>
              </w:rPr>
              <w:br/>
            </w:r>
            <w:r w:rsidRPr="006C4CE9">
              <w:rPr>
                <w:rFonts w:ascii="Times New Roman" w:eastAsia="Times New Roman" w:hAnsi="Times New Roman"/>
                <w:color w:val="000000"/>
                <w:w w:val="97"/>
                <w:sz w:val="16"/>
                <w:lang w:val="ru-RU"/>
              </w:rPr>
              <w:t>композицию на тему «Пейзаж</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D117AB" w:rsidTr="00AC47F8">
        <w:trPr>
          <w:trHeight w:hRule="exact" w:val="135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Портрет человека (по памяти и по представлению, с опорой на натуру).</w:t>
            </w:r>
          </w:p>
          <w:p w:rsidR="00D117AB" w:rsidRPr="006C4CE9" w:rsidRDefault="00D117AB" w:rsidP="00AC47F8">
            <w:pPr>
              <w:autoSpaceDE w:val="0"/>
              <w:autoSpaceDN w:val="0"/>
              <w:spacing w:before="20" w:after="0" w:line="252" w:lineRule="auto"/>
              <w:ind w:left="72"/>
              <w:rPr>
                <w:lang w:val="ru-RU"/>
              </w:rPr>
            </w:pPr>
            <w:r w:rsidRPr="006C4CE9">
              <w:rPr>
                <w:rFonts w:ascii="Times New Roman" w:eastAsia="Times New Roman" w:hAnsi="Times New Roman"/>
                <w:b/>
                <w:color w:val="000000"/>
                <w:w w:val="97"/>
                <w:sz w:val="16"/>
                <w:lang w:val="ru-RU"/>
              </w:rPr>
              <w:t>Выражение в портрете (автопортрете) характера человека, особенностей его личности; использование выразительных возможностей композиционного размещения изображения в плоскости листа. 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21.10.2022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7" w:lineRule="auto"/>
              <w:ind w:left="72"/>
              <w:rPr>
                <w:lang w:val="ru-RU"/>
              </w:rPr>
            </w:pPr>
            <w:r w:rsidRPr="006C4CE9">
              <w:rPr>
                <w:rFonts w:ascii="Times New Roman" w:eastAsia="Times New Roman" w:hAnsi="Times New Roman"/>
                <w:color w:val="000000"/>
                <w:w w:val="97"/>
                <w:sz w:val="16"/>
                <w:lang w:val="ru-RU"/>
              </w:rPr>
              <w:t xml:space="preserve">Выполнить творческую </w:t>
            </w:r>
            <w:r w:rsidRPr="006C4CE9">
              <w:rPr>
                <w:lang w:val="ru-RU"/>
              </w:rPr>
              <w:br/>
            </w:r>
            <w:r w:rsidRPr="006C4CE9">
              <w:rPr>
                <w:rFonts w:ascii="Times New Roman" w:eastAsia="Times New Roman" w:hAnsi="Times New Roman"/>
                <w:color w:val="000000"/>
                <w:w w:val="97"/>
                <w:sz w:val="16"/>
                <w:lang w:val="ru-RU"/>
              </w:rPr>
              <w:t>работу — портрет товарища или автопортрет</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111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2.6.</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Сюжетная композиция «В цирке» (по памяти и по представлению).</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28.10.2022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2" w:lineRule="auto"/>
              <w:ind w:left="72" w:right="144"/>
              <w:rPr>
                <w:lang w:val="ru-RU"/>
              </w:rPr>
            </w:pPr>
            <w:r w:rsidRPr="006C4CE9">
              <w:rPr>
                <w:rFonts w:ascii="Times New Roman" w:eastAsia="Times New Roman" w:hAnsi="Times New Roman"/>
                <w:color w:val="000000"/>
                <w:w w:val="97"/>
                <w:sz w:val="16"/>
                <w:lang w:val="ru-RU"/>
              </w:rPr>
              <w:t>Знакомиться с деятельностью и ролью художника в театре</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Выполнить эскиз театрального занавеса или декораций по </w:t>
            </w:r>
            <w:r w:rsidRPr="006C4CE9">
              <w:rPr>
                <w:lang w:val="ru-RU"/>
              </w:rPr>
              <w:br/>
            </w:r>
            <w:r w:rsidRPr="006C4CE9">
              <w:rPr>
                <w:rFonts w:ascii="Times New Roman" w:eastAsia="Times New Roman" w:hAnsi="Times New Roman"/>
                <w:color w:val="000000"/>
                <w:w w:val="97"/>
                <w:sz w:val="16"/>
                <w:lang w:val="ru-RU"/>
              </w:rPr>
              <w:t>выбранному сюжету.;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2.7.</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45" w:lineRule="auto"/>
              <w:ind w:left="72"/>
              <w:rPr>
                <w:lang w:val="ru-RU"/>
              </w:rPr>
            </w:pPr>
            <w:r w:rsidRPr="006C4CE9">
              <w:rPr>
                <w:rFonts w:ascii="Times New Roman" w:eastAsia="Times New Roman" w:hAnsi="Times New Roman"/>
                <w:b/>
                <w:color w:val="000000"/>
                <w:w w:val="97"/>
                <w:sz w:val="16"/>
                <w:lang w:val="ru-RU"/>
              </w:rPr>
              <w:t>Художник в театре: эскиз занавеса (или декораций) для спектакля со сказочным сюжетом (сказка по выбору).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11.11.2022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 xml:space="preserve">Выполнить эскиз театрального занавеса или декораций по </w:t>
            </w:r>
            <w:r w:rsidRPr="006C4CE9">
              <w:rPr>
                <w:lang w:val="ru-RU"/>
              </w:rPr>
              <w:br/>
            </w:r>
            <w:r w:rsidRPr="006C4CE9">
              <w:rPr>
                <w:rFonts w:ascii="Times New Roman" w:eastAsia="Times New Roman" w:hAnsi="Times New Roman"/>
                <w:color w:val="000000"/>
                <w:w w:val="97"/>
                <w:sz w:val="16"/>
                <w:lang w:val="ru-RU"/>
              </w:rPr>
              <w:t>выбранному сюжету</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D117AB" w:rsidTr="00AC47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2.8.</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5" w:lineRule="auto"/>
              <w:ind w:left="72" w:right="432"/>
              <w:rPr>
                <w:lang w:val="ru-RU"/>
              </w:rPr>
            </w:pPr>
            <w:r w:rsidRPr="006C4CE9">
              <w:rPr>
                <w:rFonts w:ascii="Times New Roman" w:eastAsia="Times New Roman" w:hAnsi="Times New Roman"/>
                <w:b/>
                <w:color w:val="000000"/>
                <w:w w:val="97"/>
                <w:sz w:val="16"/>
                <w:lang w:val="ru-RU"/>
              </w:rPr>
              <w:t>Тематическая композиция «Праздник в городе» (гуашь по цветной бумаге, возможно совмещение с наклейками в виде коллажа или аппликации).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18.11.2022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0" w:lineRule="auto"/>
              <w:ind w:left="72"/>
              <w:rPr>
                <w:lang w:val="ru-RU"/>
              </w:rPr>
            </w:pPr>
            <w:r w:rsidRPr="006C4CE9">
              <w:rPr>
                <w:rFonts w:ascii="Times New Roman" w:eastAsia="Times New Roman" w:hAnsi="Times New Roman"/>
                <w:color w:val="000000"/>
                <w:w w:val="97"/>
                <w:sz w:val="16"/>
                <w:lang w:val="ru-RU"/>
              </w:rPr>
              <w:t xml:space="preserve">Выполнить тематическую </w:t>
            </w:r>
            <w:r w:rsidRPr="006C4CE9">
              <w:rPr>
                <w:lang w:val="ru-RU"/>
              </w:rPr>
              <w:br/>
            </w:r>
            <w:r w:rsidRPr="006C4CE9">
              <w:rPr>
                <w:rFonts w:ascii="Times New Roman" w:eastAsia="Times New Roman" w:hAnsi="Times New Roman"/>
                <w:color w:val="000000"/>
                <w:w w:val="97"/>
                <w:sz w:val="16"/>
                <w:lang w:val="ru-RU"/>
              </w:rPr>
              <w:t xml:space="preserve">композицию «Праздник в </w:t>
            </w:r>
            <w:r w:rsidRPr="006C4CE9">
              <w:rPr>
                <w:lang w:val="ru-RU"/>
              </w:rPr>
              <w:br/>
            </w:r>
            <w:r w:rsidRPr="006C4CE9">
              <w:rPr>
                <w:rFonts w:ascii="Times New Roman" w:eastAsia="Times New Roman" w:hAnsi="Times New Roman"/>
                <w:color w:val="000000"/>
                <w:w w:val="97"/>
                <w:sz w:val="16"/>
                <w:lang w:val="ru-RU"/>
              </w:rPr>
              <w:t>городе» (на основе наблюдений, по памяти и по представлению);</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Итого по модулю 2</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6</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r>
      <w:tr w:rsidR="00D117AB" w:rsidTr="00AC47F8">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Модуль 3.</w:t>
            </w:r>
            <w:r>
              <w:rPr>
                <w:rFonts w:ascii="Times New Roman" w:eastAsia="Times New Roman" w:hAnsi="Times New Roman"/>
                <w:b/>
                <w:color w:val="000000"/>
                <w:w w:val="97"/>
                <w:sz w:val="16"/>
              </w:rPr>
              <w:t xml:space="preserve"> Скульптура</w:t>
            </w:r>
          </w:p>
        </w:tc>
      </w:tr>
      <w:tr w:rsidR="00D117AB" w:rsidTr="00AC47F8">
        <w:trPr>
          <w:trHeight w:hRule="exact" w:val="205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lastRenderedPageBreak/>
              <w:t>3.1.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5" w:lineRule="auto"/>
              <w:ind w:left="72" w:right="288"/>
              <w:rPr>
                <w:lang w:val="ru-RU"/>
              </w:rPr>
            </w:pPr>
            <w:r w:rsidRPr="006C4CE9">
              <w:rPr>
                <w:rFonts w:ascii="Times New Roman" w:eastAsia="Times New Roman" w:hAnsi="Times New Roman"/>
                <w:b/>
                <w:color w:val="000000"/>
                <w:w w:val="97"/>
                <w:sz w:val="16"/>
                <w:lang w:val="ru-RU"/>
              </w:rPr>
              <w:t>Лепка сказочного персонажа на основе сюжета известной сказки или создание этого персонажа в технике бумагопластики.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25.11.2022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4" w:lineRule="auto"/>
              <w:ind w:left="72"/>
              <w:rPr>
                <w:lang w:val="ru-RU"/>
              </w:rPr>
            </w:pPr>
            <w:r w:rsidRPr="006C4CE9">
              <w:rPr>
                <w:rFonts w:ascii="Times New Roman" w:eastAsia="Times New Roman" w:hAnsi="Times New Roman"/>
                <w:color w:val="000000"/>
                <w:w w:val="97"/>
                <w:sz w:val="16"/>
                <w:lang w:val="ru-RU"/>
              </w:rPr>
              <w:t xml:space="preserve">Выполнить творческую </w:t>
            </w:r>
            <w:r w:rsidRPr="006C4CE9">
              <w:rPr>
                <w:lang w:val="ru-RU"/>
              </w:rPr>
              <w:br/>
            </w:r>
            <w:r w:rsidRPr="006C4CE9">
              <w:rPr>
                <w:rFonts w:ascii="Times New Roman" w:eastAsia="Times New Roman" w:hAnsi="Times New Roman"/>
                <w:color w:val="000000"/>
                <w:w w:val="97"/>
                <w:sz w:val="16"/>
                <w:lang w:val="ru-RU"/>
              </w:rPr>
              <w:t xml:space="preserve">работу — лепку образа </w:t>
            </w:r>
            <w:r w:rsidRPr="006C4CE9">
              <w:rPr>
                <w:lang w:val="ru-RU"/>
              </w:rPr>
              <w:br/>
            </w:r>
            <w:r w:rsidRPr="006C4CE9">
              <w:rPr>
                <w:rFonts w:ascii="Times New Roman" w:eastAsia="Times New Roman" w:hAnsi="Times New Roman"/>
                <w:color w:val="000000"/>
                <w:w w:val="97"/>
                <w:sz w:val="16"/>
                <w:lang w:val="ru-RU"/>
              </w:rPr>
              <w:t xml:space="preserve">персонажа (или создание образа в технике бумагопластики) с </w:t>
            </w:r>
            <w:r w:rsidRPr="006C4CE9">
              <w:rPr>
                <w:lang w:val="ru-RU"/>
              </w:rPr>
              <w:br/>
            </w:r>
            <w:r w:rsidRPr="006C4CE9">
              <w:rPr>
                <w:rFonts w:ascii="Times New Roman" w:eastAsia="Times New Roman" w:hAnsi="Times New Roman"/>
                <w:color w:val="000000"/>
                <w:w w:val="97"/>
                <w:sz w:val="16"/>
                <w:lang w:val="ru-RU"/>
              </w:rPr>
              <w:t xml:space="preserve">ярко выраженным характером (из выбранной сказки). Работа может быть коллективной: </w:t>
            </w:r>
            <w:r w:rsidRPr="006C4CE9">
              <w:rPr>
                <w:lang w:val="ru-RU"/>
              </w:rPr>
              <w:br/>
            </w:r>
            <w:r w:rsidRPr="006C4CE9">
              <w:rPr>
                <w:rFonts w:ascii="Times New Roman" w:eastAsia="Times New Roman" w:hAnsi="Times New Roman"/>
                <w:color w:val="000000"/>
                <w:w w:val="97"/>
                <w:sz w:val="16"/>
                <w:lang w:val="ru-RU"/>
              </w:rPr>
              <w:t xml:space="preserve">совмещение в общей </w:t>
            </w:r>
            <w:r w:rsidRPr="006C4CE9">
              <w:rPr>
                <w:lang w:val="ru-RU"/>
              </w:rPr>
              <w:br/>
            </w:r>
            <w:r w:rsidRPr="006C4CE9">
              <w:rPr>
                <w:rFonts w:ascii="Times New Roman" w:eastAsia="Times New Roman" w:hAnsi="Times New Roman"/>
                <w:color w:val="000000"/>
                <w:w w:val="97"/>
                <w:sz w:val="16"/>
                <w:lang w:val="ru-RU"/>
              </w:rPr>
              <w:t>композиции разных персонажей сказки</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bl>
    <w:p w:rsidR="00D117AB" w:rsidRDefault="00D117AB" w:rsidP="00D117AB">
      <w:pPr>
        <w:autoSpaceDE w:val="0"/>
        <w:autoSpaceDN w:val="0"/>
        <w:spacing w:after="0" w:line="14" w:lineRule="exact"/>
      </w:pPr>
    </w:p>
    <w:p w:rsidR="00D117AB" w:rsidRDefault="00D117AB" w:rsidP="00D117AB">
      <w:pPr>
        <w:autoSpaceDE w:val="0"/>
        <w:autoSpaceDN w:val="0"/>
        <w:spacing w:after="0" w:line="14" w:lineRule="exact"/>
      </w:pPr>
    </w:p>
    <w:p w:rsidR="00D117AB" w:rsidRDefault="00D117AB" w:rsidP="00D117AB">
      <w:pPr>
        <w:sectPr w:rsidR="00D117AB">
          <w:pgSz w:w="16840" w:h="11900"/>
          <w:pgMar w:top="0" w:right="640" w:bottom="340" w:left="666" w:header="720" w:footer="720" w:gutter="0"/>
          <w:cols w:space="720" w:equalWidth="0">
            <w:col w:w="15534" w:space="0"/>
          </w:cols>
          <w:docGrid w:linePitch="360"/>
        </w:sectPr>
      </w:pPr>
    </w:p>
    <w:p w:rsidR="00D117AB" w:rsidRDefault="00D117AB" w:rsidP="00D117AB">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D117AB" w:rsidTr="00AC47F8">
        <w:trPr>
          <w:trHeight w:hRule="exact" w:val="188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3.2.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7" w:lineRule="auto"/>
              <w:ind w:left="72" w:right="144"/>
              <w:rPr>
                <w:lang w:val="ru-RU"/>
              </w:rPr>
            </w:pPr>
            <w:r w:rsidRPr="006C4CE9">
              <w:rPr>
                <w:rFonts w:ascii="Times New Roman" w:eastAsia="Times New Roman" w:hAnsi="Times New Roman"/>
                <w:b/>
                <w:color w:val="000000"/>
                <w:w w:val="97"/>
                <w:sz w:val="16"/>
                <w:lang w:val="ru-RU"/>
              </w:rPr>
              <w:t>Создание игрушки из подручного нехудожественного материала, придание ей одушевлённого образа путём добавления деталей лепных или из бумаги, ниток или других материалов.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02.12.2022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4" w:lineRule="auto"/>
              <w:ind w:left="72" w:right="144"/>
              <w:rPr>
                <w:lang w:val="ru-RU"/>
              </w:rPr>
            </w:pPr>
            <w:r w:rsidRPr="006C4CE9">
              <w:rPr>
                <w:rFonts w:ascii="Times New Roman" w:eastAsia="Times New Roman" w:hAnsi="Times New Roman"/>
                <w:color w:val="000000"/>
                <w:w w:val="97"/>
                <w:sz w:val="16"/>
                <w:lang w:val="ru-RU"/>
              </w:rPr>
              <w:t xml:space="preserve">Учиться осознавать, что </w:t>
            </w:r>
            <w:r w:rsidRPr="006C4CE9">
              <w:rPr>
                <w:lang w:val="ru-RU"/>
              </w:rPr>
              <w:br/>
            </w:r>
            <w:r w:rsidRPr="006C4CE9">
              <w:rPr>
                <w:rFonts w:ascii="Times New Roman" w:eastAsia="Times New Roman" w:hAnsi="Times New Roman"/>
                <w:color w:val="000000"/>
                <w:w w:val="97"/>
                <w:sz w:val="16"/>
                <w:lang w:val="ru-RU"/>
              </w:rPr>
              <w:t xml:space="preserve">художественный образ </w:t>
            </w:r>
            <w:r w:rsidRPr="006C4CE9">
              <w:rPr>
                <w:lang w:val="ru-RU"/>
              </w:rPr>
              <w:br/>
            </w:r>
            <w:r w:rsidRPr="006C4CE9">
              <w:rPr>
                <w:rFonts w:ascii="Times New Roman" w:eastAsia="Times New Roman" w:hAnsi="Times New Roman"/>
                <w:color w:val="000000"/>
                <w:w w:val="97"/>
                <w:sz w:val="16"/>
                <w:lang w:val="ru-RU"/>
              </w:rPr>
              <w:t xml:space="preserve">(игрушка, кукла) может быть создан художником из любого подручного материала путём добавления некоторых деталей для придания характера, </w:t>
            </w:r>
            <w:r w:rsidRPr="006C4CE9">
              <w:rPr>
                <w:lang w:val="ru-RU"/>
              </w:rPr>
              <w:br/>
            </w:r>
            <w:r w:rsidRPr="006C4CE9">
              <w:rPr>
                <w:rFonts w:ascii="Times New Roman" w:eastAsia="Times New Roman" w:hAnsi="Times New Roman"/>
                <w:color w:val="000000"/>
                <w:w w:val="97"/>
                <w:sz w:val="16"/>
                <w:lang w:val="ru-RU"/>
              </w:rPr>
              <w:t xml:space="preserve">увиденного в предмете </w:t>
            </w:r>
            <w:r w:rsidRPr="006C4CE9">
              <w:rPr>
                <w:lang w:val="ru-RU"/>
              </w:rPr>
              <w:br/>
            </w:r>
            <w:r w:rsidRPr="006C4CE9">
              <w:rPr>
                <w:rFonts w:ascii="Times New Roman" w:eastAsia="Times New Roman" w:hAnsi="Times New Roman"/>
                <w:color w:val="000000"/>
                <w:w w:val="97"/>
                <w:sz w:val="16"/>
                <w:lang w:val="ru-RU"/>
              </w:rPr>
              <w:t>(«одушевление</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30" w:lineRule="auto"/>
              <w:jc w:val="center"/>
            </w:pPr>
            <w:r>
              <w:rPr>
                <w:rFonts w:ascii="Times New Roman" w:eastAsia="Times New Roman" w:hAnsi="Times New Roman"/>
                <w:color w:val="000000"/>
                <w:w w:val="97"/>
                <w:sz w:val="16"/>
              </w:rPr>
              <w:t>3.3.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80" w:after="0" w:line="245" w:lineRule="auto"/>
              <w:ind w:left="72" w:right="144"/>
              <w:rPr>
                <w:lang w:val="ru-RU"/>
              </w:rPr>
            </w:pPr>
            <w:r w:rsidRPr="006C4CE9">
              <w:rPr>
                <w:rFonts w:ascii="Times New Roman" w:eastAsia="Times New Roman" w:hAnsi="Times New Roman"/>
                <w:b/>
                <w:color w:val="000000"/>
                <w:w w:val="97"/>
                <w:sz w:val="16"/>
                <w:lang w:val="ru-RU"/>
              </w:rPr>
              <w:t>Освоение знаний о видах скульптуры (по назначению) и жанрах скульптуры (по сюжету изображения).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30" w:lineRule="auto"/>
              <w:jc w:val="center"/>
            </w:pPr>
            <w:r>
              <w:rPr>
                <w:rFonts w:ascii="Times New Roman" w:eastAsia="Times New Roman" w:hAnsi="Times New Roman"/>
                <w:color w:val="000000"/>
                <w:w w:val="97"/>
                <w:sz w:val="16"/>
              </w:rPr>
              <w:t>09.12.2022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80" w:after="0" w:line="250" w:lineRule="auto"/>
              <w:ind w:left="72" w:right="144"/>
              <w:rPr>
                <w:lang w:val="ru-RU"/>
              </w:rPr>
            </w:pPr>
            <w:r w:rsidRPr="006C4CE9">
              <w:rPr>
                <w:rFonts w:ascii="Times New Roman" w:eastAsia="Times New Roman" w:hAnsi="Times New Roman"/>
                <w:color w:val="000000"/>
                <w:w w:val="97"/>
                <w:sz w:val="16"/>
                <w:lang w:val="ru-RU"/>
              </w:rPr>
              <w:t xml:space="preserve">Выполнять несложные игрушки из подручного (различных </w:t>
            </w:r>
            <w:r w:rsidRPr="006C4CE9">
              <w:rPr>
                <w:lang w:val="ru-RU"/>
              </w:rPr>
              <w:br/>
            </w:r>
            <w:r w:rsidRPr="006C4CE9">
              <w:rPr>
                <w:rFonts w:ascii="Times New Roman" w:eastAsia="Times New Roman" w:hAnsi="Times New Roman"/>
                <w:color w:val="000000"/>
                <w:w w:val="97"/>
                <w:sz w:val="16"/>
                <w:lang w:val="ru-RU"/>
              </w:rPr>
              <w:t>упаковок и др.) или природного материала</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80"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3.4.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Лепка эскиза парковой скульптуры (пластилин или глина). Выражение пластики движения в скульптуре.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16.12.2022</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45" w:lineRule="auto"/>
              <w:ind w:left="72" w:right="576"/>
              <w:rPr>
                <w:lang w:val="ru-RU"/>
              </w:rPr>
            </w:pPr>
            <w:r w:rsidRPr="006C4CE9">
              <w:rPr>
                <w:rFonts w:ascii="Times New Roman" w:eastAsia="Times New Roman" w:hAnsi="Times New Roman"/>
                <w:color w:val="000000"/>
                <w:w w:val="97"/>
                <w:sz w:val="16"/>
                <w:lang w:val="ru-RU"/>
              </w:rPr>
              <w:t>Выполнить лепку эскиза парковой скульптуры;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D117AB" w:rsidTr="00AC47F8">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Итого по модулю 3</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4</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r>
      <w:tr w:rsidR="00D117AB" w:rsidTr="00AC47F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 xml:space="preserve">Модуль 4. </w:t>
            </w:r>
            <w:r>
              <w:rPr>
                <w:rFonts w:ascii="Times New Roman" w:eastAsia="Times New Roman" w:hAnsi="Times New Roman"/>
                <w:b/>
                <w:color w:val="000000"/>
                <w:w w:val="97"/>
                <w:sz w:val="16"/>
              </w:rPr>
              <w:t>Декоративно-прикладное искусство</w:t>
            </w:r>
          </w:p>
        </w:tc>
      </w:tr>
      <w:tr w:rsidR="00D117AB" w:rsidTr="00AC47F8">
        <w:trPr>
          <w:trHeight w:hRule="exact" w:val="924"/>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4.1.</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7" w:lineRule="auto"/>
              <w:ind w:left="72"/>
              <w:rPr>
                <w:lang w:val="ru-RU"/>
              </w:rPr>
            </w:pPr>
            <w:r w:rsidRPr="006C4CE9">
              <w:rPr>
                <w:rFonts w:ascii="Times New Roman" w:eastAsia="Times New Roman" w:hAnsi="Times New Roman"/>
                <w:b/>
                <w:color w:val="000000"/>
                <w:w w:val="97"/>
                <w:sz w:val="16"/>
                <w:lang w:val="ru-RU"/>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23.12.2022</w:t>
            </w:r>
          </w:p>
        </w:tc>
        <w:tc>
          <w:tcPr>
            <w:tcW w:w="2378"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0" w:lineRule="auto"/>
              <w:ind w:left="72" w:right="144"/>
              <w:rPr>
                <w:lang w:val="ru-RU"/>
              </w:rPr>
            </w:pPr>
            <w:r w:rsidRPr="006C4CE9">
              <w:rPr>
                <w:rFonts w:ascii="Times New Roman" w:eastAsia="Times New Roman" w:hAnsi="Times New Roman"/>
                <w:color w:val="000000"/>
                <w:w w:val="97"/>
                <w:sz w:val="16"/>
                <w:lang w:val="ru-RU"/>
              </w:rPr>
              <w:t xml:space="preserve">Узнать о создании глиняной и деревянной посуды, о Гжели, Хохломе — народных </w:t>
            </w:r>
            <w:r w:rsidRPr="006C4CE9">
              <w:rPr>
                <w:lang w:val="ru-RU"/>
              </w:rPr>
              <w:br/>
            </w:r>
            <w:r w:rsidRPr="006C4CE9">
              <w:rPr>
                <w:rFonts w:ascii="Times New Roman" w:eastAsia="Times New Roman" w:hAnsi="Times New Roman"/>
                <w:color w:val="000000"/>
                <w:w w:val="97"/>
                <w:sz w:val="16"/>
                <w:lang w:val="ru-RU"/>
              </w:rPr>
              <w:t>художественных промыслах</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2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4.2.</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Эскизы орнаментов для росписи тканей. Раппорт. Трафарет и создание орнамента при помощи печаток или штампов.</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13.01.2023</w:t>
            </w:r>
          </w:p>
        </w:tc>
        <w:tc>
          <w:tcPr>
            <w:tcW w:w="2378"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0" w:lineRule="auto"/>
              <w:ind w:left="72" w:right="144"/>
              <w:rPr>
                <w:lang w:val="ru-RU"/>
              </w:rPr>
            </w:pPr>
            <w:r w:rsidRPr="006C4CE9">
              <w:rPr>
                <w:rFonts w:ascii="Times New Roman" w:eastAsia="Times New Roman" w:hAnsi="Times New Roman"/>
                <w:color w:val="000000"/>
                <w:w w:val="97"/>
                <w:sz w:val="16"/>
                <w:lang w:val="ru-RU"/>
              </w:rPr>
              <w:t xml:space="preserve">Выполнять эскизы орнамента, украшающего посуду (по </w:t>
            </w:r>
            <w:r w:rsidRPr="006C4CE9">
              <w:rPr>
                <w:lang w:val="ru-RU"/>
              </w:rPr>
              <w:br/>
            </w:r>
            <w:r w:rsidRPr="006C4CE9">
              <w:rPr>
                <w:rFonts w:ascii="Times New Roman" w:eastAsia="Times New Roman" w:hAnsi="Times New Roman"/>
                <w:color w:val="000000"/>
                <w:w w:val="97"/>
                <w:sz w:val="16"/>
                <w:lang w:val="ru-RU"/>
              </w:rPr>
              <w:t xml:space="preserve">мотивам выбранного </w:t>
            </w:r>
            <w:r w:rsidRPr="006C4CE9">
              <w:rPr>
                <w:lang w:val="ru-RU"/>
              </w:rPr>
              <w:br/>
            </w:r>
            <w:r w:rsidRPr="006C4CE9">
              <w:rPr>
                <w:rFonts w:ascii="Times New Roman" w:eastAsia="Times New Roman" w:hAnsi="Times New Roman"/>
                <w:color w:val="000000"/>
                <w:w w:val="97"/>
                <w:sz w:val="16"/>
                <w:lang w:val="ru-RU"/>
              </w:rPr>
              <w:t>художественного промысла</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169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4.3.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right="144"/>
            </w:pPr>
            <w:r w:rsidRPr="006C4CE9">
              <w:rPr>
                <w:rFonts w:ascii="Times New Roman" w:eastAsia="Times New Roman" w:hAnsi="Times New Roman"/>
                <w:b/>
                <w:color w:val="000000"/>
                <w:w w:val="97"/>
                <w:sz w:val="16"/>
                <w:lang w:val="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и др. </w:t>
            </w:r>
            <w:r>
              <w:rPr>
                <w:rFonts w:ascii="Times New Roman" w:eastAsia="Times New Roman" w:hAnsi="Times New Roman"/>
                <w:b/>
                <w:color w:val="000000"/>
                <w:w w:val="97"/>
                <w:sz w:val="16"/>
              </w:rPr>
              <w:t xml:space="preserve">Рассмотрение </w:t>
            </w:r>
            <w:r>
              <w:br/>
            </w:r>
            <w:r>
              <w:rPr>
                <w:rFonts w:ascii="Times New Roman" w:eastAsia="Times New Roman" w:hAnsi="Times New Roman"/>
                <w:b/>
                <w:color w:val="000000"/>
                <w:w w:val="97"/>
                <w:sz w:val="16"/>
              </w:rPr>
              <w:t>павловопосадских платков.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20.01.2023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4" w:lineRule="auto"/>
              <w:ind w:left="72"/>
              <w:rPr>
                <w:lang w:val="ru-RU"/>
              </w:rPr>
            </w:pPr>
            <w:r w:rsidRPr="006C4CE9">
              <w:rPr>
                <w:rFonts w:ascii="Times New Roman" w:eastAsia="Times New Roman" w:hAnsi="Times New Roman"/>
                <w:color w:val="000000"/>
                <w:w w:val="97"/>
                <w:sz w:val="16"/>
                <w:lang w:val="ru-RU"/>
              </w:rPr>
              <w:t xml:space="preserve">Стараться увидеть красоту, </w:t>
            </w:r>
            <w:r w:rsidRPr="006C4CE9">
              <w:rPr>
                <w:lang w:val="ru-RU"/>
              </w:rPr>
              <w:br/>
            </w:r>
            <w:r w:rsidRPr="006C4CE9">
              <w:rPr>
                <w:rFonts w:ascii="Times New Roman" w:eastAsia="Times New Roman" w:hAnsi="Times New Roman"/>
                <w:color w:val="000000"/>
                <w:w w:val="97"/>
                <w:sz w:val="16"/>
                <w:lang w:val="ru-RU"/>
              </w:rPr>
              <w:t xml:space="preserve">анализировать композицию, </w:t>
            </w:r>
            <w:r w:rsidRPr="006C4CE9">
              <w:rPr>
                <w:lang w:val="ru-RU"/>
              </w:rPr>
              <w:br/>
            </w:r>
            <w:r w:rsidRPr="006C4CE9">
              <w:rPr>
                <w:rFonts w:ascii="Times New Roman" w:eastAsia="Times New Roman" w:hAnsi="Times New Roman"/>
                <w:color w:val="000000"/>
                <w:w w:val="97"/>
                <w:sz w:val="16"/>
                <w:lang w:val="ru-RU"/>
              </w:rPr>
              <w:t xml:space="preserve">особенности применения </w:t>
            </w:r>
            <w:r w:rsidRPr="006C4CE9">
              <w:rPr>
                <w:lang w:val="ru-RU"/>
              </w:rPr>
              <w:br/>
            </w:r>
            <w:r w:rsidRPr="006C4CE9">
              <w:rPr>
                <w:rFonts w:ascii="Times New Roman" w:eastAsia="Times New Roman" w:hAnsi="Times New Roman"/>
                <w:color w:val="000000"/>
                <w:w w:val="97"/>
                <w:sz w:val="16"/>
                <w:lang w:val="ru-RU"/>
              </w:rPr>
              <w:t>сетчатых орнаментов (а также модульных орнаментов</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Рассуждать о проявлениях </w:t>
            </w:r>
            <w:r w:rsidRPr="006C4CE9">
              <w:rPr>
                <w:lang w:val="ru-RU"/>
              </w:rPr>
              <w:br/>
            </w:r>
            <w:r w:rsidRPr="006C4CE9">
              <w:rPr>
                <w:rFonts w:ascii="Times New Roman" w:eastAsia="Times New Roman" w:hAnsi="Times New Roman"/>
                <w:color w:val="000000"/>
                <w:w w:val="97"/>
                <w:sz w:val="16"/>
                <w:lang w:val="ru-RU"/>
              </w:rPr>
              <w:t>симметрии и её видах в сетчатом орнаменте.;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D117AB" w:rsidTr="00AC47F8">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Итого по модулю 4</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3</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r>
      <w:tr w:rsidR="00D117AB" w:rsidTr="00AC47F8">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 xml:space="preserve">Модуль 5. </w:t>
            </w:r>
            <w:r>
              <w:rPr>
                <w:rFonts w:ascii="Times New Roman" w:eastAsia="Times New Roman" w:hAnsi="Times New Roman"/>
                <w:b/>
                <w:color w:val="000000"/>
                <w:w w:val="97"/>
                <w:sz w:val="16"/>
              </w:rPr>
              <w:t xml:space="preserve">Архитектура </w:t>
            </w:r>
          </w:p>
        </w:tc>
      </w:tr>
      <w:tr w:rsidR="00D117AB" w:rsidTr="00AC47F8">
        <w:trPr>
          <w:trHeight w:hRule="exact" w:val="1482"/>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5.1.</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45" w:lineRule="auto"/>
              <w:ind w:left="72" w:right="144"/>
              <w:rPr>
                <w:lang w:val="ru-RU"/>
              </w:rPr>
            </w:pPr>
            <w:r w:rsidRPr="006C4CE9">
              <w:rPr>
                <w:rFonts w:ascii="Times New Roman" w:eastAsia="Times New Roman" w:hAnsi="Times New Roman"/>
                <w:b/>
                <w:color w:val="000000"/>
                <w:w w:val="97"/>
                <w:sz w:val="16"/>
                <w:lang w:val="ru-RU"/>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27.01.2023</w:t>
            </w:r>
          </w:p>
        </w:tc>
        <w:tc>
          <w:tcPr>
            <w:tcW w:w="2378"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4" w:lineRule="auto"/>
              <w:ind w:left="72"/>
              <w:rPr>
                <w:lang w:val="ru-RU"/>
              </w:rPr>
            </w:pPr>
            <w:r w:rsidRPr="006C4CE9">
              <w:rPr>
                <w:rFonts w:ascii="Times New Roman" w:eastAsia="Times New Roman" w:hAnsi="Times New Roman"/>
                <w:color w:val="000000"/>
                <w:w w:val="97"/>
                <w:sz w:val="16"/>
                <w:lang w:val="ru-RU"/>
              </w:rPr>
              <w:t xml:space="preserve">Выполнить зарисовки или </w:t>
            </w:r>
            <w:r w:rsidRPr="006C4CE9">
              <w:rPr>
                <w:lang w:val="ru-RU"/>
              </w:rPr>
              <w:br/>
            </w:r>
            <w:r w:rsidRPr="006C4CE9">
              <w:rPr>
                <w:rFonts w:ascii="Times New Roman" w:eastAsia="Times New Roman" w:hAnsi="Times New Roman"/>
                <w:color w:val="000000"/>
                <w:w w:val="97"/>
                <w:sz w:val="16"/>
                <w:lang w:val="ru-RU"/>
              </w:rPr>
              <w:t xml:space="preserve">творческие рисунки по памяти и по представлению на тему </w:t>
            </w:r>
            <w:r w:rsidRPr="006C4CE9">
              <w:rPr>
                <w:lang w:val="ru-RU"/>
              </w:rPr>
              <w:br/>
            </w:r>
            <w:r w:rsidRPr="006C4CE9">
              <w:rPr>
                <w:rFonts w:ascii="Times New Roman" w:eastAsia="Times New Roman" w:hAnsi="Times New Roman"/>
                <w:color w:val="000000"/>
                <w:w w:val="97"/>
                <w:sz w:val="16"/>
                <w:lang w:val="ru-RU"/>
              </w:rPr>
              <w:t xml:space="preserve">исторических памятников или архитектурных </w:t>
            </w:r>
            <w:r w:rsidRPr="006C4CE9">
              <w:rPr>
                <w:lang w:val="ru-RU"/>
              </w:rPr>
              <w:br/>
            </w:r>
            <w:r w:rsidRPr="006C4CE9">
              <w:rPr>
                <w:rFonts w:ascii="Times New Roman" w:eastAsia="Times New Roman" w:hAnsi="Times New Roman"/>
                <w:color w:val="000000"/>
                <w:w w:val="97"/>
                <w:sz w:val="16"/>
                <w:lang w:val="ru-RU"/>
              </w:rPr>
              <w:t>достопримечательностей своего города (села</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https://resh.edu.ru/subject/7/3/</w:t>
            </w:r>
          </w:p>
        </w:tc>
      </w:tr>
    </w:tbl>
    <w:p w:rsidR="00D117AB" w:rsidRDefault="00D117AB" w:rsidP="00D117AB">
      <w:pPr>
        <w:autoSpaceDE w:val="0"/>
        <w:autoSpaceDN w:val="0"/>
        <w:spacing w:after="0" w:line="14" w:lineRule="exact"/>
      </w:pPr>
    </w:p>
    <w:p w:rsidR="00D117AB" w:rsidRDefault="00D117AB" w:rsidP="00D117AB">
      <w:pPr>
        <w:sectPr w:rsidR="00D117AB">
          <w:pgSz w:w="16840" w:h="11900"/>
          <w:pgMar w:top="284" w:right="640" w:bottom="574" w:left="666" w:header="720" w:footer="720" w:gutter="0"/>
          <w:cols w:space="720" w:equalWidth="0">
            <w:col w:w="15534" w:space="0"/>
          </w:cols>
          <w:docGrid w:linePitch="360"/>
        </w:sectPr>
      </w:pPr>
    </w:p>
    <w:p w:rsidR="00D117AB" w:rsidRDefault="00D117AB" w:rsidP="00D117AB">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D117AB" w:rsidTr="00AC47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5.2.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7" w:lineRule="auto"/>
              <w:ind w:left="72" w:right="288"/>
              <w:rPr>
                <w:lang w:val="ru-RU"/>
              </w:rPr>
            </w:pPr>
            <w:r w:rsidRPr="006C4CE9">
              <w:rPr>
                <w:rFonts w:ascii="Times New Roman" w:eastAsia="Times New Roman" w:hAnsi="Times New Roman"/>
                <w:b/>
                <w:color w:val="000000"/>
                <w:w w:val="97"/>
                <w:sz w:val="16"/>
                <w:lang w:val="ru-RU"/>
              </w:rPr>
              <w:t>Проектирование садово-паркового пространства на плоскости (аппликация, коллаж) или в пространственном макете (использование бумаги, картона, пенопласта и других подручных материалов).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03.02.2023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7" w:lineRule="auto"/>
              <w:ind w:left="72"/>
              <w:rPr>
                <w:lang w:val="ru-RU"/>
              </w:rPr>
            </w:pPr>
            <w:r w:rsidRPr="006C4CE9">
              <w:rPr>
                <w:rFonts w:ascii="Times New Roman" w:eastAsia="Times New Roman" w:hAnsi="Times New Roman"/>
                <w:color w:val="000000"/>
                <w:w w:val="97"/>
                <w:sz w:val="16"/>
                <w:lang w:val="ru-RU"/>
              </w:rPr>
              <w:t xml:space="preserve">Познакомиться с особенностями творческой деятельности </w:t>
            </w:r>
            <w:r w:rsidRPr="006C4CE9">
              <w:rPr>
                <w:lang w:val="ru-RU"/>
              </w:rPr>
              <w:br/>
            </w:r>
            <w:r w:rsidRPr="006C4CE9">
              <w:rPr>
                <w:rFonts w:ascii="Times New Roman" w:eastAsia="Times New Roman" w:hAnsi="Times New Roman"/>
                <w:color w:val="000000"/>
                <w:w w:val="97"/>
                <w:sz w:val="16"/>
                <w:lang w:val="ru-RU"/>
              </w:rPr>
              <w:t>ландшафтных дизайнеров</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5.3.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b/>
                <w:color w:val="000000"/>
                <w:w w:val="97"/>
                <w:sz w:val="16"/>
              </w:rPr>
              <w:t>Дизайн в городе.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10.02.2023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7" w:lineRule="auto"/>
              <w:ind w:left="72" w:right="144"/>
              <w:rPr>
                <w:lang w:val="ru-RU"/>
              </w:rPr>
            </w:pPr>
            <w:r w:rsidRPr="006C4CE9">
              <w:rPr>
                <w:rFonts w:ascii="Times New Roman" w:eastAsia="Times New Roman" w:hAnsi="Times New Roman"/>
                <w:color w:val="000000"/>
                <w:w w:val="97"/>
                <w:sz w:val="16"/>
                <w:lang w:val="ru-RU"/>
              </w:rPr>
              <w:t>Создать проект образа парка в виде макета или рисунка (или аппликации</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Письменный контроль;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1790"/>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5.4.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5" w:lineRule="auto"/>
              <w:ind w:right="576"/>
              <w:jc w:val="center"/>
              <w:rPr>
                <w:lang w:val="ru-RU"/>
              </w:rPr>
            </w:pPr>
            <w:proofErr w:type="gramStart"/>
            <w:r w:rsidRPr="006C4CE9">
              <w:rPr>
                <w:rFonts w:ascii="Times New Roman" w:eastAsia="Times New Roman" w:hAnsi="Times New Roman"/>
                <w:b/>
                <w:color w:val="000000"/>
                <w:w w:val="97"/>
                <w:sz w:val="16"/>
                <w:lang w:val="ru-RU"/>
              </w:rPr>
              <w:t>Проектирование (эскизы) малых архитектурных форм в городе (ажурные ограды, фонари, остановки транспорта, скамейки, киоски, беседки и др.).</w:t>
            </w:r>
            <w:proofErr w:type="gram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4" w:lineRule="auto"/>
              <w:ind w:left="72" w:right="144"/>
              <w:rPr>
                <w:lang w:val="ru-RU"/>
              </w:rPr>
            </w:pPr>
            <w:r w:rsidRPr="006C4CE9">
              <w:rPr>
                <w:rFonts w:ascii="Times New Roman" w:eastAsia="Times New Roman" w:hAnsi="Times New Roman"/>
                <w:color w:val="000000"/>
                <w:w w:val="97"/>
                <w:sz w:val="16"/>
                <w:lang w:val="ru-RU"/>
              </w:rPr>
              <w:t xml:space="preserve">Создать эскизы разнообразных малых архитектурных форм, наполняющих городское </w:t>
            </w:r>
            <w:r w:rsidRPr="006C4CE9">
              <w:rPr>
                <w:lang w:val="ru-RU"/>
              </w:rPr>
              <w:br/>
            </w:r>
            <w:r w:rsidRPr="006C4CE9">
              <w:rPr>
                <w:rFonts w:ascii="Times New Roman" w:eastAsia="Times New Roman" w:hAnsi="Times New Roman"/>
                <w:color w:val="000000"/>
                <w:w w:val="97"/>
                <w:sz w:val="16"/>
                <w:lang w:val="ru-RU"/>
              </w:rPr>
              <w:t xml:space="preserve">пространство (в виде рисунков, аппликаций из цветной бумаги, путём вырезания и </w:t>
            </w:r>
            <w:r w:rsidRPr="006C4CE9">
              <w:rPr>
                <w:lang w:val="ru-RU"/>
              </w:rPr>
              <w:br/>
            </w:r>
            <w:r w:rsidRPr="006C4CE9">
              <w:rPr>
                <w:rFonts w:ascii="Times New Roman" w:eastAsia="Times New Roman" w:hAnsi="Times New Roman"/>
                <w:color w:val="000000"/>
                <w:w w:val="97"/>
                <w:sz w:val="16"/>
                <w:lang w:val="ru-RU"/>
              </w:rPr>
              <w:t>макетирования — по выбору учителя</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5.5.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b/>
                <w:color w:val="000000"/>
                <w:w w:val="97"/>
                <w:sz w:val="16"/>
              </w:rPr>
              <w:t>Дизайн транспортных средств.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17.02.2023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0" w:lineRule="auto"/>
              <w:ind w:left="72" w:right="144"/>
              <w:rPr>
                <w:lang w:val="ru-RU"/>
              </w:rPr>
            </w:pPr>
            <w:r w:rsidRPr="006C4CE9">
              <w:rPr>
                <w:rFonts w:ascii="Times New Roman" w:eastAsia="Times New Roman" w:hAnsi="Times New Roman"/>
                <w:color w:val="000000"/>
                <w:w w:val="97"/>
                <w:sz w:val="16"/>
                <w:lang w:val="ru-RU"/>
              </w:rPr>
              <w:t>Узнать о работе художник</w:t>
            </w:r>
            <w:proofErr w:type="gramStart"/>
            <w:r w:rsidRPr="006C4CE9">
              <w:rPr>
                <w:rFonts w:ascii="Times New Roman" w:eastAsia="Times New Roman" w:hAnsi="Times New Roman"/>
                <w:color w:val="000000"/>
                <w:w w:val="97"/>
                <w:sz w:val="16"/>
                <w:lang w:val="ru-RU"/>
              </w:rPr>
              <w:t>а-</w:t>
            </w:r>
            <w:proofErr w:type="gramEnd"/>
            <w:r w:rsidRPr="006C4CE9">
              <w:rPr>
                <w:lang w:val="ru-RU"/>
              </w:rPr>
              <w:br/>
            </w:r>
            <w:r w:rsidRPr="006C4CE9">
              <w:rPr>
                <w:rFonts w:ascii="Times New Roman" w:eastAsia="Times New Roman" w:hAnsi="Times New Roman"/>
                <w:color w:val="000000"/>
                <w:w w:val="97"/>
                <w:sz w:val="16"/>
                <w:lang w:val="ru-RU"/>
              </w:rPr>
              <w:t xml:space="preserve">дизайнера по разработке формы автомобилей и других видов </w:t>
            </w:r>
            <w:r w:rsidRPr="006C4CE9">
              <w:rPr>
                <w:lang w:val="ru-RU"/>
              </w:rPr>
              <w:br/>
            </w:r>
            <w:r w:rsidRPr="006C4CE9">
              <w:rPr>
                <w:rFonts w:ascii="Times New Roman" w:eastAsia="Times New Roman" w:hAnsi="Times New Roman"/>
                <w:color w:val="000000"/>
                <w:w w:val="97"/>
                <w:sz w:val="16"/>
                <w:lang w:val="ru-RU"/>
              </w:rPr>
              <w:t>транспорта.;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5.6.</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Транспорт в городе. Рисунки реальных или фантастических машин.</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0" w:lineRule="auto"/>
              <w:ind w:left="72" w:right="144"/>
              <w:rPr>
                <w:lang w:val="ru-RU"/>
              </w:rPr>
            </w:pPr>
            <w:r w:rsidRPr="006C4CE9">
              <w:rPr>
                <w:rFonts w:ascii="Times New Roman" w:eastAsia="Times New Roman" w:hAnsi="Times New Roman"/>
                <w:color w:val="000000"/>
                <w:w w:val="97"/>
                <w:sz w:val="16"/>
                <w:lang w:val="ru-RU"/>
              </w:rPr>
              <w:t xml:space="preserve">Придумать и нарисовать (или выполнить в технике </w:t>
            </w:r>
            <w:r w:rsidRPr="006C4CE9">
              <w:rPr>
                <w:lang w:val="ru-RU"/>
              </w:rPr>
              <w:br/>
            </w:r>
            <w:r w:rsidRPr="006C4CE9">
              <w:rPr>
                <w:rFonts w:ascii="Times New Roman" w:eastAsia="Times New Roman" w:hAnsi="Times New Roman"/>
                <w:color w:val="000000"/>
                <w:w w:val="97"/>
                <w:sz w:val="16"/>
                <w:lang w:val="ru-RU"/>
              </w:rPr>
              <w:t>бумагопластики) транспортное средство</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5.7.</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0" w:lineRule="auto"/>
              <w:ind w:left="72" w:right="288"/>
              <w:rPr>
                <w:lang w:val="ru-RU"/>
              </w:rPr>
            </w:pPr>
            <w:r w:rsidRPr="006C4CE9">
              <w:rPr>
                <w:rFonts w:ascii="Times New Roman" w:eastAsia="Times New Roman" w:hAnsi="Times New Roman"/>
                <w:b/>
                <w:color w:val="000000"/>
                <w:w w:val="97"/>
                <w:sz w:val="16"/>
                <w:lang w:val="ru-RU"/>
              </w:rPr>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03.03.2023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2" w:lineRule="auto"/>
              <w:ind w:left="72"/>
              <w:rPr>
                <w:lang w:val="ru-RU"/>
              </w:rPr>
            </w:pPr>
            <w:r w:rsidRPr="006C4CE9">
              <w:rPr>
                <w:rFonts w:ascii="Times New Roman" w:eastAsia="Times New Roman" w:hAnsi="Times New Roman"/>
                <w:color w:val="000000"/>
                <w:w w:val="97"/>
                <w:sz w:val="16"/>
                <w:lang w:val="ru-RU"/>
              </w:rPr>
              <w:t xml:space="preserve">Выполнить творческий </w:t>
            </w:r>
            <w:r w:rsidRPr="006C4CE9">
              <w:rPr>
                <w:lang w:val="ru-RU"/>
              </w:rPr>
              <w:br/>
            </w:r>
            <w:r w:rsidRPr="006C4CE9">
              <w:rPr>
                <w:rFonts w:ascii="Times New Roman" w:eastAsia="Times New Roman" w:hAnsi="Times New Roman"/>
                <w:color w:val="000000"/>
                <w:w w:val="97"/>
                <w:sz w:val="16"/>
                <w:lang w:val="ru-RU"/>
              </w:rPr>
              <w:t xml:space="preserve">рисунок — создать графический образ своего города или села </w:t>
            </w:r>
            <w:r w:rsidRPr="006C4CE9">
              <w:rPr>
                <w:lang w:val="ru-RU"/>
              </w:rPr>
              <w:br/>
            </w:r>
            <w:r w:rsidRPr="006C4CE9">
              <w:rPr>
                <w:rFonts w:ascii="Times New Roman" w:eastAsia="Times New Roman" w:hAnsi="Times New Roman"/>
                <w:color w:val="000000"/>
                <w:w w:val="97"/>
                <w:sz w:val="16"/>
                <w:lang w:val="ru-RU"/>
              </w:rPr>
              <w:t>(или участвовать в коллективной работе);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D117AB" w:rsidTr="00AC47F8">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Итого по модулю 5</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5</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r>
      <w:tr w:rsidR="00D117AB" w:rsidTr="00AC47F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 xml:space="preserve">Модуль 6. </w:t>
            </w:r>
            <w:r>
              <w:rPr>
                <w:rFonts w:ascii="Times New Roman" w:eastAsia="Times New Roman" w:hAnsi="Times New Roman"/>
                <w:b/>
                <w:color w:val="000000"/>
                <w:w w:val="97"/>
                <w:sz w:val="16"/>
              </w:rPr>
              <w:t>Восприятие произведений искусства</w:t>
            </w:r>
          </w:p>
        </w:tc>
      </w:tr>
      <w:tr w:rsidR="00D117AB" w:rsidTr="00AC47F8">
        <w:trPr>
          <w:trHeight w:hRule="exact" w:val="92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6.1.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30" w:lineRule="auto"/>
              <w:ind w:left="72"/>
              <w:rPr>
                <w:lang w:val="ru-RU"/>
              </w:rPr>
            </w:pPr>
            <w:r w:rsidRPr="006C4CE9">
              <w:rPr>
                <w:rFonts w:ascii="Times New Roman" w:eastAsia="Times New Roman" w:hAnsi="Times New Roman"/>
                <w:b/>
                <w:color w:val="000000"/>
                <w:w w:val="97"/>
                <w:sz w:val="16"/>
                <w:lang w:val="ru-RU"/>
              </w:rPr>
              <w:t>Иллюстрации в детских книгах и дизайн детской книги.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10.03.2023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0" w:lineRule="auto"/>
              <w:ind w:left="72" w:right="432"/>
              <w:rPr>
                <w:lang w:val="ru-RU"/>
              </w:rPr>
            </w:pPr>
            <w:r w:rsidRPr="006C4CE9">
              <w:rPr>
                <w:rFonts w:ascii="Times New Roman" w:eastAsia="Times New Roman" w:hAnsi="Times New Roman"/>
                <w:color w:val="000000"/>
                <w:w w:val="97"/>
                <w:sz w:val="16"/>
                <w:lang w:val="ru-RU"/>
              </w:rPr>
              <w:t xml:space="preserve">Рассматривать и обсуждать иллюстрации известных </w:t>
            </w:r>
            <w:r w:rsidRPr="006C4CE9">
              <w:rPr>
                <w:lang w:val="ru-RU"/>
              </w:rPr>
              <w:br/>
            </w:r>
            <w:r w:rsidRPr="006C4CE9">
              <w:rPr>
                <w:rFonts w:ascii="Times New Roman" w:eastAsia="Times New Roman" w:hAnsi="Times New Roman"/>
                <w:color w:val="000000"/>
                <w:w w:val="97"/>
                <w:sz w:val="16"/>
                <w:lang w:val="ru-RU"/>
              </w:rPr>
              <w:t>отечественных художников детских книг</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1118"/>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6.2.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7" w:lineRule="auto"/>
              <w:ind w:left="72" w:right="144"/>
              <w:rPr>
                <w:lang w:val="ru-RU"/>
              </w:rPr>
            </w:pPr>
            <w:r w:rsidRPr="006C4CE9">
              <w:rPr>
                <w:rFonts w:ascii="Times New Roman" w:eastAsia="Times New Roman" w:hAnsi="Times New Roman"/>
                <w:b/>
                <w:color w:val="000000"/>
                <w:w w:val="97"/>
                <w:sz w:val="16"/>
                <w:lang w:val="ru-RU"/>
              </w:rPr>
              <w:t>Наблюдение окружающего мира по теме «Архитектура, улицы моего города». Памятники архитектуры и архитектурные достопримечательности (по выбору учителя), их значение в современном мире.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17.03.2023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2" w:lineRule="auto"/>
              <w:ind w:left="72" w:right="288"/>
              <w:rPr>
                <w:lang w:val="ru-RU"/>
              </w:rPr>
            </w:pPr>
            <w:r w:rsidRPr="006C4CE9">
              <w:rPr>
                <w:rFonts w:ascii="Times New Roman" w:eastAsia="Times New Roman" w:hAnsi="Times New Roman"/>
                <w:color w:val="000000"/>
                <w:w w:val="97"/>
                <w:sz w:val="16"/>
                <w:lang w:val="ru-RU"/>
              </w:rPr>
              <w:t>Рассматривать и обсуждать структурные компоненты и архитектурные особенности классических произведений архитектуры</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90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6.3.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Виртуальное путешествие: памятники архитектуры Москвы и Санкт-Петербурга (обзор памятников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0" w:lineRule="auto"/>
              <w:ind w:left="72"/>
              <w:rPr>
                <w:lang w:val="ru-RU"/>
              </w:rPr>
            </w:pPr>
            <w:r w:rsidRPr="006C4CE9">
              <w:rPr>
                <w:rFonts w:ascii="Times New Roman" w:eastAsia="Times New Roman" w:hAnsi="Times New Roman"/>
                <w:color w:val="000000"/>
                <w:w w:val="97"/>
                <w:sz w:val="16"/>
                <w:lang w:val="ru-RU"/>
              </w:rPr>
              <w:t xml:space="preserve">Уметь узнавать некоторые </w:t>
            </w:r>
            <w:r w:rsidRPr="006C4CE9">
              <w:rPr>
                <w:lang w:val="ru-RU"/>
              </w:rPr>
              <w:br/>
            </w:r>
            <w:r w:rsidRPr="006C4CE9">
              <w:rPr>
                <w:rFonts w:ascii="Times New Roman" w:eastAsia="Times New Roman" w:hAnsi="Times New Roman"/>
                <w:color w:val="000000"/>
                <w:w w:val="97"/>
                <w:sz w:val="16"/>
                <w:lang w:val="ru-RU"/>
              </w:rPr>
              <w:t>произведения этих художников и рассуждать об их содержании</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bl>
    <w:p w:rsidR="00D117AB" w:rsidRDefault="00D117AB" w:rsidP="00D117AB">
      <w:pPr>
        <w:autoSpaceDE w:val="0"/>
        <w:autoSpaceDN w:val="0"/>
        <w:spacing w:after="0" w:line="14" w:lineRule="exact"/>
      </w:pPr>
    </w:p>
    <w:p w:rsidR="00D117AB" w:rsidRDefault="00D117AB" w:rsidP="00D117AB">
      <w:pPr>
        <w:sectPr w:rsidR="00D117AB">
          <w:pgSz w:w="16840" w:h="11900"/>
          <w:pgMar w:top="284" w:right="640" w:bottom="526" w:left="666" w:header="720" w:footer="720" w:gutter="0"/>
          <w:cols w:space="720" w:equalWidth="0">
            <w:col w:w="15534" w:space="0"/>
          </w:cols>
          <w:docGrid w:linePitch="360"/>
        </w:sectPr>
      </w:pPr>
    </w:p>
    <w:p w:rsidR="00D117AB" w:rsidRDefault="00D117AB" w:rsidP="00D117AB">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D117AB" w:rsidTr="00AC47F8">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6.4.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5" w:lineRule="auto"/>
              <w:ind w:left="72" w:right="144"/>
              <w:rPr>
                <w:lang w:val="ru-RU"/>
              </w:rPr>
            </w:pPr>
            <w:r w:rsidRPr="006C4CE9">
              <w:rPr>
                <w:rFonts w:ascii="Times New Roman" w:eastAsia="Times New Roman" w:hAnsi="Times New Roman"/>
                <w:b/>
                <w:color w:val="000000"/>
                <w:w w:val="97"/>
                <w:sz w:val="16"/>
                <w:lang w:val="ru-RU"/>
              </w:rPr>
              <w:t>Знания о видах пространственных искусств: виды определяются по назначению произведений в жизни людей.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24.03.2023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4" w:lineRule="auto"/>
              <w:ind w:left="72"/>
              <w:rPr>
                <w:lang w:val="ru-RU"/>
              </w:rPr>
            </w:pPr>
            <w:r w:rsidRPr="006C4CE9">
              <w:rPr>
                <w:rFonts w:ascii="Times New Roman" w:eastAsia="Times New Roman" w:hAnsi="Times New Roman"/>
                <w:color w:val="000000"/>
                <w:w w:val="97"/>
                <w:sz w:val="16"/>
                <w:lang w:val="ru-RU"/>
              </w:rPr>
              <w:t xml:space="preserve">Получать представления о </w:t>
            </w:r>
            <w:r w:rsidRPr="006C4CE9">
              <w:rPr>
                <w:lang w:val="ru-RU"/>
              </w:rPr>
              <w:br/>
            </w:r>
            <w:r w:rsidRPr="006C4CE9">
              <w:rPr>
                <w:rFonts w:ascii="Times New Roman" w:eastAsia="Times New Roman" w:hAnsi="Times New Roman"/>
                <w:color w:val="000000"/>
                <w:w w:val="97"/>
                <w:sz w:val="16"/>
                <w:lang w:val="ru-RU"/>
              </w:rPr>
              <w:t xml:space="preserve">наиболее знаменитых картинах и знать имена крупнейших </w:t>
            </w:r>
            <w:r w:rsidRPr="006C4CE9">
              <w:rPr>
                <w:lang w:val="ru-RU"/>
              </w:rPr>
              <w:br/>
            </w:r>
            <w:r w:rsidRPr="006C4CE9">
              <w:rPr>
                <w:rFonts w:ascii="Times New Roman" w:eastAsia="Times New Roman" w:hAnsi="Times New Roman"/>
                <w:color w:val="000000"/>
                <w:w w:val="97"/>
                <w:sz w:val="16"/>
                <w:lang w:val="ru-RU"/>
              </w:rPr>
              <w:t>отечественных художнико</w:t>
            </w:r>
            <w:proofErr w:type="gramStart"/>
            <w:r w:rsidRPr="006C4CE9">
              <w:rPr>
                <w:rFonts w:ascii="Times New Roman" w:eastAsia="Times New Roman" w:hAnsi="Times New Roman"/>
                <w:color w:val="000000"/>
                <w:w w:val="97"/>
                <w:sz w:val="16"/>
                <w:lang w:val="ru-RU"/>
              </w:rPr>
              <w:t>в-</w:t>
            </w:r>
            <w:proofErr w:type="gramEnd"/>
            <w:r w:rsidRPr="006C4CE9">
              <w:rPr>
                <w:lang w:val="ru-RU"/>
              </w:rPr>
              <w:br/>
            </w:r>
            <w:r w:rsidRPr="006C4CE9">
              <w:rPr>
                <w:rFonts w:ascii="Times New Roman" w:eastAsia="Times New Roman" w:hAnsi="Times New Roman"/>
                <w:color w:val="000000"/>
                <w:w w:val="97"/>
                <w:sz w:val="16"/>
                <w:lang w:val="ru-RU"/>
              </w:rPr>
              <w:t xml:space="preserve">портретистов.; </w:t>
            </w:r>
            <w:r w:rsidRPr="006C4CE9">
              <w:rPr>
                <w:lang w:val="ru-RU"/>
              </w:rPr>
              <w:br/>
            </w:r>
            <w:r w:rsidRPr="006C4CE9">
              <w:rPr>
                <w:rFonts w:ascii="Times New Roman" w:eastAsia="Times New Roman" w:hAnsi="Times New Roman"/>
                <w:color w:val="000000"/>
                <w:w w:val="97"/>
                <w:sz w:val="16"/>
                <w:lang w:val="ru-RU"/>
              </w:rPr>
              <w:t xml:space="preserve">Уметь узнавать некоторые </w:t>
            </w:r>
            <w:r w:rsidRPr="006C4CE9">
              <w:rPr>
                <w:lang w:val="ru-RU"/>
              </w:rPr>
              <w:br/>
            </w:r>
            <w:r w:rsidRPr="006C4CE9">
              <w:rPr>
                <w:rFonts w:ascii="Times New Roman" w:eastAsia="Times New Roman" w:hAnsi="Times New Roman"/>
                <w:color w:val="000000"/>
                <w:w w:val="97"/>
                <w:sz w:val="16"/>
                <w:lang w:val="ru-RU"/>
              </w:rPr>
              <w:t>произведения этих художников и рассуждать об их содержании.;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6.5.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0" w:lineRule="auto"/>
              <w:ind w:left="72"/>
              <w:rPr>
                <w:lang w:val="ru-RU"/>
              </w:rPr>
            </w:pPr>
            <w:r w:rsidRPr="006C4CE9">
              <w:rPr>
                <w:rFonts w:ascii="Times New Roman" w:eastAsia="Times New Roman" w:hAnsi="Times New Roman"/>
                <w:b/>
                <w:color w:val="000000"/>
                <w:w w:val="97"/>
                <w:sz w:val="16"/>
                <w:lang w:val="ru-RU"/>
              </w:rPr>
              <w:t xml:space="preserve">Жанры в изобразительном искусстве — живописи, графике, скульптуре </w:t>
            </w:r>
            <w:proofErr w:type="gramStart"/>
            <w:r w:rsidRPr="006C4CE9">
              <w:rPr>
                <w:rFonts w:ascii="Times New Roman" w:eastAsia="Times New Roman" w:hAnsi="Times New Roman"/>
                <w:b/>
                <w:color w:val="000000"/>
                <w:w w:val="97"/>
                <w:sz w:val="16"/>
                <w:lang w:val="ru-RU"/>
              </w:rPr>
              <w:t>—о</w:t>
            </w:r>
            <w:proofErr w:type="gramEnd"/>
            <w:r w:rsidRPr="006C4CE9">
              <w:rPr>
                <w:rFonts w:ascii="Times New Roman" w:eastAsia="Times New Roman" w:hAnsi="Times New Roman"/>
                <w:b/>
                <w:color w:val="000000"/>
                <w:w w:val="97"/>
                <w:sz w:val="16"/>
                <w:lang w:val="ru-RU"/>
              </w:rPr>
              <w:t>пределяются предметом изображения и служат для классификации и сравнения содержания произведений сходного сюжета (портреты, пейзажи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07.04.2023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2" w:lineRule="auto"/>
              <w:ind w:left="72"/>
              <w:rPr>
                <w:lang w:val="ru-RU"/>
              </w:rPr>
            </w:pPr>
            <w:r w:rsidRPr="006C4CE9">
              <w:rPr>
                <w:rFonts w:ascii="Times New Roman" w:eastAsia="Times New Roman" w:hAnsi="Times New Roman"/>
                <w:color w:val="000000"/>
                <w:w w:val="97"/>
                <w:sz w:val="16"/>
                <w:lang w:val="ru-RU"/>
              </w:rPr>
              <w:t xml:space="preserve">Получать представления о </w:t>
            </w:r>
            <w:r w:rsidRPr="006C4CE9">
              <w:rPr>
                <w:lang w:val="ru-RU"/>
              </w:rPr>
              <w:br/>
            </w:r>
            <w:r w:rsidRPr="006C4CE9">
              <w:rPr>
                <w:rFonts w:ascii="Times New Roman" w:eastAsia="Times New Roman" w:hAnsi="Times New Roman"/>
                <w:color w:val="000000"/>
                <w:w w:val="97"/>
                <w:sz w:val="16"/>
                <w:lang w:val="ru-RU"/>
              </w:rPr>
              <w:t xml:space="preserve">наиболее знаменитых картинах и знать имена крупнейших </w:t>
            </w:r>
            <w:r w:rsidRPr="006C4CE9">
              <w:rPr>
                <w:lang w:val="ru-RU"/>
              </w:rPr>
              <w:br/>
            </w:r>
            <w:r w:rsidRPr="006C4CE9">
              <w:rPr>
                <w:rFonts w:ascii="Times New Roman" w:eastAsia="Times New Roman" w:hAnsi="Times New Roman"/>
                <w:color w:val="000000"/>
                <w:w w:val="97"/>
                <w:sz w:val="16"/>
                <w:lang w:val="ru-RU"/>
              </w:rPr>
              <w:t>отечественных художнико</w:t>
            </w:r>
            <w:proofErr w:type="gramStart"/>
            <w:r w:rsidRPr="006C4CE9">
              <w:rPr>
                <w:rFonts w:ascii="Times New Roman" w:eastAsia="Times New Roman" w:hAnsi="Times New Roman"/>
                <w:color w:val="000000"/>
                <w:w w:val="97"/>
                <w:sz w:val="16"/>
                <w:lang w:val="ru-RU"/>
              </w:rPr>
              <w:t>в-</w:t>
            </w:r>
            <w:proofErr w:type="gramEnd"/>
            <w:r w:rsidRPr="006C4CE9">
              <w:rPr>
                <w:lang w:val="ru-RU"/>
              </w:rPr>
              <w:br/>
            </w:r>
            <w:r w:rsidRPr="006C4CE9">
              <w:rPr>
                <w:rFonts w:ascii="Times New Roman" w:eastAsia="Times New Roman" w:hAnsi="Times New Roman"/>
                <w:color w:val="000000"/>
                <w:w w:val="97"/>
                <w:sz w:val="16"/>
                <w:lang w:val="ru-RU"/>
              </w:rPr>
              <w:t>портретистов.;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2270"/>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6.6.</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0" w:lineRule="auto"/>
              <w:ind w:left="72" w:right="144"/>
              <w:rPr>
                <w:lang w:val="ru-RU"/>
              </w:rPr>
            </w:pPr>
            <w:r w:rsidRPr="006C4CE9">
              <w:rPr>
                <w:rFonts w:ascii="Times New Roman" w:eastAsia="Times New Roman" w:hAnsi="Times New Roman"/>
                <w:b/>
                <w:color w:val="000000"/>
                <w:w w:val="97"/>
                <w:sz w:val="16"/>
                <w:lang w:val="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14.04.2023</w:t>
            </w:r>
          </w:p>
        </w:tc>
        <w:tc>
          <w:tcPr>
            <w:tcW w:w="2378"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4" w:lineRule="auto"/>
              <w:ind w:left="72"/>
              <w:rPr>
                <w:lang w:val="ru-RU"/>
              </w:rPr>
            </w:pPr>
            <w:r w:rsidRPr="006C4CE9">
              <w:rPr>
                <w:rFonts w:ascii="Times New Roman" w:eastAsia="Times New Roman" w:hAnsi="Times New Roman"/>
                <w:color w:val="000000"/>
                <w:w w:val="97"/>
                <w:sz w:val="16"/>
                <w:lang w:val="ru-RU"/>
              </w:rPr>
              <w:t xml:space="preserve">Рассматривать и обсуждать </w:t>
            </w:r>
            <w:r w:rsidRPr="006C4CE9">
              <w:rPr>
                <w:lang w:val="ru-RU"/>
              </w:rPr>
              <w:br/>
            </w:r>
            <w:r w:rsidRPr="006C4CE9">
              <w:rPr>
                <w:rFonts w:ascii="Times New Roman" w:eastAsia="Times New Roman" w:hAnsi="Times New Roman"/>
                <w:color w:val="000000"/>
                <w:w w:val="97"/>
                <w:sz w:val="16"/>
                <w:lang w:val="ru-RU"/>
              </w:rPr>
              <w:t xml:space="preserve">иллюстрации известных </w:t>
            </w:r>
            <w:r w:rsidRPr="006C4CE9">
              <w:rPr>
                <w:lang w:val="ru-RU"/>
              </w:rPr>
              <w:br/>
            </w:r>
            <w:r w:rsidRPr="006C4CE9">
              <w:rPr>
                <w:rFonts w:ascii="Times New Roman" w:eastAsia="Times New Roman" w:hAnsi="Times New Roman"/>
                <w:color w:val="000000"/>
                <w:w w:val="97"/>
                <w:sz w:val="16"/>
                <w:lang w:val="ru-RU"/>
              </w:rPr>
              <w:t xml:space="preserve">отечественных художников </w:t>
            </w:r>
            <w:r w:rsidRPr="006C4CE9">
              <w:rPr>
                <w:lang w:val="ru-RU"/>
              </w:rPr>
              <w:br/>
            </w:r>
            <w:r w:rsidRPr="006C4CE9">
              <w:rPr>
                <w:rFonts w:ascii="Times New Roman" w:eastAsia="Times New Roman" w:hAnsi="Times New Roman"/>
                <w:color w:val="000000"/>
                <w:w w:val="97"/>
                <w:sz w:val="16"/>
                <w:lang w:val="ru-RU"/>
              </w:rPr>
              <w:t>детских книг</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Рассматривать и анализировать архитектурные постройки своего города (села), характерные </w:t>
            </w:r>
            <w:r w:rsidRPr="006C4CE9">
              <w:rPr>
                <w:lang w:val="ru-RU"/>
              </w:rPr>
              <w:br/>
            </w:r>
            <w:r w:rsidRPr="006C4CE9">
              <w:rPr>
                <w:rFonts w:ascii="Times New Roman" w:eastAsia="Times New Roman" w:hAnsi="Times New Roman"/>
                <w:color w:val="000000"/>
                <w:w w:val="97"/>
                <w:sz w:val="16"/>
                <w:lang w:val="ru-RU"/>
              </w:rPr>
              <w:t xml:space="preserve">особенности улиц и площадей, выделять центральные по </w:t>
            </w:r>
            <w:r w:rsidRPr="006C4CE9">
              <w:rPr>
                <w:lang w:val="ru-RU"/>
              </w:rPr>
              <w:br/>
            </w:r>
            <w:r w:rsidRPr="006C4CE9">
              <w:rPr>
                <w:rFonts w:ascii="Times New Roman" w:eastAsia="Times New Roman" w:hAnsi="Times New Roman"/>
                <w:color w:val="000000"/>
                <w:w w:val="97"/>
                <w:sz w:val="16"/>
                <w:lang w:val="ru-RU"/>
              </w:rPr>
              <w:t>архитектуре здания и обсуждать их особенности.;</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D117AB" w:rsidTr="00AC47F8">
        <w:trPr>
          <w:trHeight w:hRule="exact" w:val="1536"/>
        </w:trPr>
        <w:tc>
          <w:tcPr>
            <w:tcW w:w="396"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4" w:after="0" w:line="230" w:lineRule="auto"/>
              <w:jc w:val="center"/>
            </w:pPr>
            <w:r>
              <w:rPr>
                <w:rFonts w:ascii="Times New Roman" w:eastAsia="Times New Roman" w:hAnsi="Times New Roman"/>
                <w:color w:val="000000"/>
                <w:w w:val="97"/>
                <w:sz w:val="16"/>
              </w:rPr>
              <w:t>6.7.</w:t>
            </w:r>
          </w:p>
        </w:tc>
        <w:tc>
          <w:tcPr>
            <w:tcW w:w="5956"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4" w:after="0" w:line="245" w:lineRule="auto"/>
              <w:ind w:left="72"/>
              <w:rPr>
                <w:lang w:val="ru-RU"/>
              </w:rPr>
            </w:pPr>
            <w:r w:rsidRPr="006C4CE9">
              <w:rPr>
                <w:rFonts w:ascii="Times New Roman" w:eastAsia="Times New Roman" w:hAnsi="Times New Roman"/>
                <w:b/>
                <w:color w:val="000000"/>
                <w:w w:val="97"/>
                <w:sz w:val="16"/>
                <w:lang w:val="ru-RU"/>
              </w:rPr>
              <w:t>Представления о произведениях крупнейших отечественных портретистов: В. И. Сурикова, И. Е. Репина, В. А. Серова (и других по выбору учителя).</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4" w:after="0" w:line="230" w:lineRule="auto"/>
              <w:ind w:left="72"/>
            </w:pPr>
            <w:r>
              <w:rPr>
                <w:rFonts w:ascii="Times New Roman" w:eastAsia="Times New Roman" w:hAnsi="Times New Roman"/>
                <w:color w:val="000000"/>
                <w:w w:val="97"/>
                <w:sz w:val="16"/>
              </w:rPr>
              <w:t>0.5</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2378"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4" w:after="0" w:line="254" w:lineRule="auto"/>
              <w:ind w:left="72" w:right="288"/>
              <w:rPr>
                <w:lang w:val="ru-RU"/>
              </w:rPr>
            </w:pPr>
            <w:r w:rsidRPr="006C4CE9">
              <w:rPr>
                <w:rFonts w:ascii="Times New Roman" w:eastAsia="Times New Roman" w:hAnsi="Times New Roman"/>
                <w:color w:val="000000"/>
                <w:w w:val="97"/>
                <w:sz w:val="16"/>
                <w:lang w:val="ru-RU"/>
              </w:rPr>
              <w:t>Узнавать и уметь объяснять назначение основных видов пространственных искусств</w:t>
            </w:r>
            <w:proofErr w:type="gramStart"/>
            <w:r w:rsidRPr="006C4CE9">
              <w:rPr>
                <w:rFonts w:ascii="Times New Roman" w:eastAsia="Times New Roman" w:hAnsi="Times New Roman"/>
                <w:color w:val="000000"/>
                <w:w w:val="97"/>
                <w:sz w:val="16"/>
                <w:lang w:val="ru-RU"/>
              </w:rPr>
              <w:t xml:space="preserve">.; </w:t>
            </w:r>
            <w:proofErr w:type="gramEnd"/>
            <w:r w:rsidRPr="006C4CE9">
              <w:rPr>
                <w:rFonts w:ascii="Times New Roman" w:eastAsia="Times New Roman" w:hAnsi="Times New Roman"/>
                <w:color w:val="000000"/>
                <w:w w:val="97"/>
                <w:sz w:val="16"/>
                <w:lang w:val="ru-RU"/>
              </w:rPr>
              <w:t xml:space="preserve">Уметь перечислять виды </w:t>
            </w:r>
            <w:r w:rsidRPr="006C4CE9">
              <w:rPr>
                <w:lang w:val="ru-RU"/>
              </w:rPr>
              <w:br/>
            </w:r>
            <w:r w:rsidRPr="006C4CE9">
              <w:rPr>
                <w:rFonts w:ascii="Times New Roman" w:eastAsia="Times New Roman" w:hAnsi="Times New Roman"/>
                <w:color w:val="000000"/>
                <w:w w:val="97"/>
                <w:sz w:val="16"/>
                <w:lang w:val="ru-RU"/>
              </w:rPr>
              <w:t>собственно изобразительных искусств: живопись, графику, скульптуру.;</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4"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5"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4"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2058"/>
        </w:trPr>
        <w:tc>
          <w:tcPr>
            <w:tcW w:w="396"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6.8.</w:t>
            </w:r>
          </w:p>
        </w:tc>
        <w:tc>
          <w:tcPr>
            <w:tcW w:w="5956"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2" w:lineRule="auto"/>
              <w:ind w:left="72" w:right="144"/>
              <w:rPr>
                <w:lang w:val="ru-RU"/>
              </w:rPr>
            </w:pPr>
            <w:r w:rsidRPr="006C4CE9">
              <w:rPr>
                <w:rFonts w:ascii="Times New Roman" w:eastAsia="Times New Roman" w:hAnsi="Times New Roman"/>
                <w:b/>
                <w:color w:val="000000"/>
                <w:w w:val="97"/>
                <w:sz w:val="16"/>
                <w:lang w:val="ru-RU"/>
              </w:rPr>
              <w:t xml:space="preserve">Художественные музеи. Виртуальные (интерактивные) путешествия в </w:t>
            </w:r>
            <w:r w:rsidRPr="006C4CE9">
              <w:rPr>
                <w:lang w:val="ru-RU"/>
              </w:rPr>
              <w:br/>
            </w:r>
            <w:r w:rsidRPr="006C4CE9">
              <w:rPr>
                <w:rFonts w:ascii="Times New Roman" w:eastAsia="Times New Roman" w:hAnsi="Times New Roman"/>
                <w:b/>
                <w:color w:val="000000"/>
                <w:w w:val="97"/>
                <w:sz w:val="16"/>
                <w:lang w:val="ru-RU"/>
              </w:rPr>
              <w:t xml:space="preserve">художественные музеи: Государственную Третьяковскую галерею, </w:t>
            </w:r>
            <w:r w:rsidRPr="006C4CE9">
              <w:rPr>
                <w:lang w:val="ru-RU"/>
              </w:rPr>
              <w:br/>
            </w:r>
            <w:r w:rsidRPr="006C4CE9">
              <w:rPr>
                <w:rFonts w:ascii="Times New Roman" w:eastAsia="Times New Roman" w:hAnsi="Times New Roman"/>
                <w:b/>
                <w:color w:val="000000"/>
                <w:w w:val="97"/>
                <w:sz w:val="16"/>
                <w:lang w:val="ru-RU"/>
              </w:rPr>
              <w:t>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28.04.2023</w:t>
            </w:r>
          </w:p>
        </w:tc>
        <w:tc>
          <w:tcPr>
            <w:tcW w:w="2378"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4" w:lineRule="auto"/>
              <w:ind w:left="72"/>
              <w:rPr>
                <w:lang w:val="ru-RU"/>
              </w:rPr>
            </w:pPr>
            <w:r w:rsidRPr="006C4CE9">
              <w:rPr>
                <w:rFonts w:ascii="Times New Roman" w:eastAsia="Times New Roman" w:hAnsi="Times New Roman"/>
                <w:color w:val="000000"/>
                <w:w w:val="97"/>
                <w:sz w:val="16"/>
                <w:lang w:val="ru-RU"/>
              </w:rPr>
              <w:t xml:space="preserve">Получать представления о </w:t>
            </w:r>
            <w:r w:rsidRPr="006C4CE9">
              <w:rPr>
                <w:lang w:val="ru-RU"/>
              </w:rPr>
              <w:br/>
            </w:r>
            <w:r w:rsidRPr="006C4CE9">
              <w:rPr>
                <w:rFonts w:ascii="Times New Roman" w:eastAsia="Times New Roman" w:hAnsi="Times New Roman"/>
                <w:color w:val="000000"/>
                <w:w w:val="97"/>
                <w:sz w:val="16"/>
                <w:lang w:val="ru-RU"/>
              </w:rPr>
              <w:t xml:space="preserve">наиболее знаменитых картинах и знать имена крупнейших </w:t>
            </w:r>
            <w:r w:rsidRPr="006C4CE9">
              <w:rPr>
                <w:lang w:val="ru-RU"/>
              </w:rPr>
              <w:br/>
            </w:r>
            <w:r w:rsidRPr="006C4CE9">
              <w:rPr>
                <w:rFonts w:ascii="Times New Roman" w:eastAsia="Times New Roman" w:hAnsi="Times New Roman"/>
                <w:color w:val="000000"/>
                <w:w w:val="97"/>
                <w:sz w:val="16"/>
                <w:lang w:val="ru-RU"/>
              </w:rPr>
              <w:t>отечественных художнико</w:t>
            </w:r>
            <w:proofErr w:type="gramStart"/>
            <w:r w:rsidRPr="006C4CE9">
              <w:rPr>
                <w:rFonts w:ascii="Times New Roman" w:eastAsia="Times New Roman" w:hAnsi="Times New Roman"/>
                <w:color w:val="000000"/>
                <w:w w:val="97"/>
                <w:sz w:val="16"/>
                <w:lang w:val="ru-RU"/>
              </w:rPr>
              <w:t>в-</w:t>
            </w:r>
            <w:proofErr w:type="gramEnd"/>
            <w:r w:rsidRPr="006C4CE9">
              <w:rPr>
                <w:lang w:val="ru-RU"/>
              </w:rPr>
              <w:br/>
            </w:r>
            <w:r w:rsidRPr="006C4CE9">
              <w:rPr>
                <w:rFonts w:ascii="Times New Roman" w:eastAsia="Times New Roman" w:hAnsi="Times New Roman"/>
                <w:color w:val="000000"/>
                <w:w w:val="97"/>
                <w:sz w:val="16"/>
                <w:lang w:val="ru-RU"/>
              </w:rPr>
              <w:t xml:space="preserve">пейзажистов.; </w:t>
            </w:r>
            <w:r w:rsidRPr="006C4CE9">
              <w:rPr>
                <w:lang w:val="ru-RU"/>
              </w:rPr>
              <w:br/>
            </w:r>
            <w:r w:rsidRPr="006C4CE9">
              <w:rPr>
                <w:rFonts w:ascii="Times New Roman" w:eastAsia="Times New Roman" w:hAnsi="Times New Roman"/>
                <w:color w:val="000000"/>
                <w:w w:val="97"/>
                <w:sz w:val="16"/>
                <w:lang w:val="ru-RU"/>
              </w:rPr>
              <w:t xml:space="preserve">Получать представления о </w:t>
            </w:r>
            <w:r w:rsidRPr="006C4CE9">
              <w:rPr>
                <w:lang w:val="ru-RU"/>
              </w:rPr>
              <w:br/>
            </w:r>
            <w:r w:rsidRPr="006C4CE9">
              <w:rPr>
                <w:rFonts w:ascii="Times New Roman" w:eastAsia="Times New Roman" w:hAnsi="Times New Roman"/>
                <w:color w:val="000000"/>
                <w:w w:val="97"/>
                <w:sz w:val="16"/>
                <w:lang w:val="ru-RU"/>
              </w:rPr>
              <w:t xml:space="preserve">наиболее знаменитых картинах и знать имена крупнейших </w:t>
            </w:r>
            <w:r w:rsidRPr="006C4CE9">
              <w:rPr>
                <w:lang w:val="ru-RU"/>
              </w:rPr>
              <w:br/>
            </w:r>
            <w:r w:rsidRPr="006C4CE9">
              <w:rPr>
                <w:rFonts w:ascii="Times New Roman" w:eastAsia="Times New Roman" w:hAnsi="Times New Roman"/>
                <w:color w:val="000000"/>
                <w:w w:val="97"/>
                <w:sz w:val="16"/>
                <w:lang w:val="ru-RU"/>
              </w:rPr>
              <w:t>отечественных художников-</w:t>
            </w:r>
            <w:r w:rsidRPr="006C4CE9">
              <w:rPr>
                <w:lang w:val="ru-RU"/>
              </w:rPr>
              <w:br/>
            </w:r>
            <w:r w:rsidRPr="006C4CE9">
              <w:rPr>
                <w:rFonts w:ascii="Times New Roman" w:eastAsia="Times New Roman" w:hAnsi="Times New Roman"/>
                <w:color w:val="000000"/>
                <w:w w:val="97"/>
                <w:sz w:val="16"/>
                <w:lang w:val="ru-RU"/>
              </w:rPr>
              <w:t>портретистов.;</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5"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bl>
    <w:p w:rsidR="00D117AB" w:rsidRDefault="00D117AB" w:rsidP="00D117AB">
      <w:pPr>
        <w:autoSpaceDE w:val="0"/>
        <w:autoSpaceDN w:val="0"/>
        <w:spacing w:after="0" w:line="14" w:lineRule="exact"/>
      </w:pPr>
    </w:p>
    <w:p w:rsidR="00D117AB" w:rsidRDefault="00D117AB" w:rsidP="00D117AB">
      <w:pPr>
        <w:sectPr w:rsidR="00D117AB">
          <w:pgSz w:w="16840" w:h="11900"/>
          <w:pgMar w:top="284" w:right="640" w:bottom="1312" w:left="666" w:header="720" w:footer="720" w:gutter="0"/>
          <w:cols w:space="720" w:equalWidth="0">
            <w:col w:w="15534" w:space="0"/>
          </w:cols>
          <w:docGrid w:linePitch="360"/>
        </w:sectPr>
      </w:pPr>
    </w:p>
    <w:p w:rsidR="00D117AB" w:rsidRDefault="00D117AB" w:rsidP="00D117AB">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D117AB" w:rsidTr="00AC47F8">
        <w:trPr>
          <w:trHeight w:hRule="exact" w:val="265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6.9.</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5" w:lineRule="auto"/>
              <w:ind w:left="72"/>
              <w:rPr>
                <w:lang w:val="ru-RU"/>
              </w:rPr>
            </w:pPr>
            <w:r w:rsidRPr="006C4CE9">
              <w:rPr>
                <w:rFonts w:ascii="Times New Roman" w:eastAsia="Times New Roman" w:hAnsi="Times New Roman"/>
                <w:b/>
                <w:color w:val="000000"/>
                <w:w w:val="97"/>
                <w:sz w:val="16"/>
                <w:lang w:val="ru-RU"/>
              </w:rPr>
              <w:t xml:space="preserve">Осознание значимости и увлекательности посещения музеев; посещение </w:t>
            </w:r>
            <w:r w:rsidRPr="006C4CE9">
              <w:rPr>
                <w:lang w:val="ru-RU"/>
              </w:rPr>
              <w:br/>
            </w:r>
            <w:r w:rsidRPr="006C4CE9">
              <w:rPr>
                <w:rFonts w:ascii="Times New Roman" w:eastAsia="Times New Roman" w:hAnsi="Times New Roman"/>
                <w:b/>
                <w:color w:val="000000"/>
                <w:w w:val="97"/>
                <w:sz w:val="16"/>
                <w:lang w:val="ru-RU"/>
              </w:rPr>
              <w:t>знаменитого музея как событие; интерес к коллекции музея и искусству в целом.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4" w:lineRule="auto"/>
              <w:ind w:left="72"/>
              <w:rPr>
                <w:lang w:val="ru-RU"/>
              </w:rPr>
            </w:pPr>
            <w:r w:rsidRPr="006C4CE9">
              <w:rPr>
                <w:rFonts w:ascii="Times New Roman" w:eastAsia="Times New Roman" w:hAnsi="Times New Roman"/>
                <w:color w:val="000000"/>
                <w:w w:val="97"/>
                <w:sz w:val="16"/>
                <w:lang w:val="ru-RU"/>
              </w:rPr>
              <w:t xml:space="preserve">Обсуждать впечатления от </w:t>
            </w:r>
            <w:r w:rsidRPr="006C4CE9">
              <w:rPr>
                <w:lang w:val="ru-RU"/>
              </w:rPr>
              <w:br/>
            </w:r>
            <w:r w:rsidRPr="006C4CE9">
              <w:rPr>
                <w:rFonts w:ascii="Times New Roman" w:eastAsia="Times New Roman" w:hAnsi="Times New Roman"/>
                <w:color w:val="000000"/>
                <w:w w:val="97"/>
                <w:sz w:val="16"/>
                <w:lang w:val="ru-RU"/>
              </w:rPr>
              <w:t xml:space="preserve">виртуальных путешествий, </w:t>
            </w:r>
            <w:r w:rsidRPr="006C4CE9">
              <w:rPr>
                <w:lang w:val="ru-RU"/>
              </w:rPr>
              <w:br/>
            </w:r>
            <w:r w:rsidRPr="006C4CE9">
              <w:rPr>
                <w:rFonts w:ascii="Times New Roman" w:eastAsia="Times New Roman" w:hAnsi="Times New Roman"/>
                <w:color w:val="000000"/>
                <w:w w:val="97"/>
                <w:sz w:val="16"/>
                <w:lang w:val="ru-RU"/>
              </w:rPr>
              <w:t xml:space="preserve">осуществлять исследовательские квесты.; </w:t>
            </w:r>
            <w:r w:rsidRPr="006C4CE9">
              <w:rPr>
                <w:lang w:val="ru-RU"/>
              </w:rPr>
              <w:br/>
            </w:r>
            <w:r w:rsidRPr="006C4CE9">
              <w:rPr>
                <w:rFonts w:ascii="Times New Roman" w:eastAsia="Times New Roman" w:hAnsi="Times New Roman"/>
                <w:color w:val="000000"/>
                <w:w w:val="97"/>
                <w:sz w:val="16"/>
                <w:lang w:val="ru-RU"/>
              </w:rPr>
              <w:t xml:space="preserve">Узнавать названия ведущих </w:t>
            </w:r>
            <w:r w:rsidRPr="006C4CE9">
              <w:rPr>
                <w:lang w:val="ru-RU"/>
              </w:rPr>
              <w:br/>
            </w:r>
            <w:r w:rsidRPr="006C4CE9">
              <w:rPr>
                <w:rFonts w:ascii="Times New Roman" w:eastAsia="Times New Roman" w:hAnsi="Times New Roman"/>
                <w:color w:val="000000"/>
                <w:w w:val="97"/>
                <w:sz w:val="16"/>
                <w:lang w:val="ru-RU"/>
              </w:rPr>
              <w:t xml:space="preserve">отечественных художественных музеев, а также где они </w:t>
            </w:r>
            <w:r w:rsidRPr="006C4CE9">
              <w:rPr>
                <w:lang w:val="ru-RU"/>
              </w:rPr>
              <w:br/>
            </w:r>
            <w:r w:rsidRPr="006C4CE9">
              <w:rPr>
                <w:rFonts w:ascii="Times New Roman" w:eastAsia="Times New Roman" w:hAnsi="Times New Roman"/>
                <w:color w:val="000000"/>
                <w:w w:val="97"/>
                <w:sz w:val="16"/>
                <w:lang w:val="ru-RU"/>
              </w:rPr>
              <w:t>находятся и чему посвящены их коллекции</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Рассуждать о значении </w:t>
            </w:r>
            <w:r w:rsidRPr="006C4CE9">
              <w:rPr>
                <w:lang w:val="ru-RU"/>
              </w:rPr>
              <w:br/>
            </w:r>
            <w:r w:rsidRPr="006C4CE9">
              <w:rPr>
                <w:rFonts w:ascii="Times New Roman" w:eastAsia="Times New Roman" w:hAnsi="Times New Roman"/>
                <w:color w:val="000000"/>
                <w:w w:val="97"/>
                <w:sz w:val="16"/>
                <w:lang w:val="ru-RU"/>
              </w:rPr>
              <w:t xml:space="preserve">художественных музеев в жизни людей, выражать своё </w:t>
            </w:r>
            <w:r w:rsidRPr="006C4CE9">
              <w:rPr>
                <w:lang w:val="ru-RU"/>
              </w:rPr>
              <w:br/>
            </w:r>
            <w:r w:rsidRPr="006C4CE9">
              <w:rPr>
                <w:rFonts w:ascii="Times New Roman" w:eastAsia="Times New Roman" w:hAnsi="Times New Roman"/>
                <w:color w:val="000000"/>
                <w:w w:val="97"/>
                <w:sz w:val="16"/>
                <w:lang w:val="ru-RU"/>
              </w:rPr>
              <w:t>отношение к музеям;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Итого по модулю 6</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6</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r>
      <w:tr w:rsidR="00D117AB" w:rsidTr="00AC47F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 xml:space="preserve">Модуль 7. </w:t>
            </w:r>
            <w:r>
              <w:rPr>
                <w:rFonts w:ascii="Times New Roman" w:eastAsia="Times New Roman" w:hAnsi="Times New Roman"/>
                <w:b/>
                <w:color w:val="000000"/>
                <w:w w:val="97"/>
                <w:sz w:val="16"/>
              </w:rPr>
              <w:t>Азбука цифровой графики</w:t>
            </w:r>
          </w:p>
        </w:tc>
      </w:tr>
      <w:tr w:rsidR="00D117AB" w:rsidTr="00AC47F8">
        <w:trPr>
          <w:trHeight w:hRule="exact" w:val="181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7.1.</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2" w:lineRule="auto"/>
              <w:ind w:left="72" w:right="144"/>
              <w:rPr>
                <w:lang w:val="ru-RU"/>
              </w:rPr>
            </w:pPr>
            <w:r w:rsidRPr="006C4CE9">
              <w:rPr>
                <w:rFonts w:ascii="Times New Roman" w:eastAsia="Times New Roman" w:hAnsi="Times New Roman"/>
                <w:b/>
                <w:color w:val="000000"/>
                <w:w w:val="97"/>
                <w:sz w:val="16"/>
                <w:lang w:val="ru-RU"/>
              </w:rPr>
              <w:t xml:space="preserve">Построение в графическом редакторе различных по эмоциональному </w:t>
            </w:r>
            <w:r w:rsidRPr="006C4CE9">
              <w:rPr>
                <w:lang w:val="ru-RU"/>
              </w:rPr>
              <w:br/>
            </w:r>
            <w:r w:rsidRPr="006C4CE9">
              <w:rPr>
                <w:rFonts w:ascii="Times New Roman" w:eastAsia="Times New Roman" w:hAnsi="Times New Roman"/>
                <w:b/>
                <w:color w:val="000000"/>
                <w:w w:val="97"/>
                <w:sz w:val="16"/>
                <w:lang w:val="ru-RU"/>
              </w:rPr>
              <w:t>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05.05.2023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4" w:lineRule="auto"/>
              <w:ind w:left="72" w:right="144"/>
              <w:rPr>
                <w:lang w:val="ru-RU"/>
              </w:rPr>
            </w:pPr>
            <w:r w:rsidRPr="006C4CE9">
              <w:rPr>
                <w:rFonts w:ascii="Times New Roman" w:eastAsia="Times New Roman" w:hAnsi="Times New Roman"/>
                <w:color w:val="000000"/>
                <w:w w:val="97"/>
                <w:sz w:val="16"/>
                <w:lang w:val="ru-RU"/>
              </w:rPr>
              <w:t xml:space="preserve">Построить и передать ритм </w:t>
            </w:r>
            <w:r w:rsidRPr="006C4CE9">
              <w:rPr>
                <w:lang w:val="ru-RU"/>
              </w:rPr>
              <w:br/>
            </w:r>
            <w:r w:rsidRPr="006C4CE9">
              <w:rPr>
                <w:rFonts w:ascii="Times New Roman" w:eastAsia="Times New Roman" w:hAnsi="Times New Roman"/>
                <w:color w:val="000000"/>
                <w:w w:val="97"/>
                <w:sz w:val="16"/>
                <w:lang w:val="ru-RU"/>
              </w:rPr>
              <w:t xml:space="preserve">движения машинок на улице города: машинки едут быстро, догоняют друг друга; или, </w:t>
            </w:r>
            <w:r w:rsidRPr="006C4CE9">
              <w:rPr>
                <w:lang w:val="ru-RU"/>
              </w:rPr>
              <w:br/>
            </w:r>
            <w:r w:rsidRPr="006C4CE9">
              <w:rPr>
                <w:rFonts w:ascii="Times New Roman" w:eastAsia="Times New Roman" w:hAnsi="Times New Roman"/>
                <w:color w:val="000000"/>
                <w:w w:val="97"/>
                <w:sz w:val="16"/>
                <w:lang w:val="ru-RU"/>
              </w:rPr>
              <w:t xml:space="preserve">наоборот, машинки едут </w:t>
            </w:r>
            <w:r w:rsidRPr="006C4CE9">
              <w:rPr>
                <w:lang w:val="ru-RU"/>
              </w:rPr>
              <w:br/>
            </w:r>
            <w:r w:rsidRPr="006C4CE9">
              <w:rPr>
                <w:rFonts w:ascii="Times New Roman" w:eastAsia="Times New Roman" w:hAnsi="Times New Roman"/>
                <w:color w:val="000000"/>
                <w:w w:val="97"/>
                <w:sz w:val="16"/>
                <w:lang w:val="ru-RU"/>
              </w:rPr>
              <w:t>спокойно, не спешат (то же задание может быть дано на сюжет «Полёт птиц</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D117AB" w:rsidTr="00AC47F8">
        <w:trPr>
          <w:trHeight w:hRule="exact" w:val="92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7.2.</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0" w:lineRule="auto"/>
              <w:ind w:left="72" w:right="144"/>
              <w:rPr>
                <w:lang w:val="ru-RU"/>
              </w:rPr>
            </w:pPr>
            <w:r w:rsidRPr="006C4CE9">
              <w:rPr>
                <w:rFonts w:ascii="Times New Roman" w:eastAsia="Times New Roman" w:hAnsi="Times New Roman"/>
                <w:b/>
                <w:color w:val="000000"/>
                <w:w w:val="97"/>
                <w:sz w:val="16"/>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12.05.2023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0" w:lineRule="auto"/>
              <w:ind w:left="72" w:right="288"/>
              <w:rPr>
                <w:lang w:val="ru-RU"/>
              </w:rPr>
            </w:pPr>
            <w:r w:rsidRPr="006C4CE9">
              <w:rPr>
                <w:rFonts w:ascii="Times New Roman" w:eastAsia="Times New Roman" w:hAnsi="Times New Roman"/>
                <w:color w:val="000000"/>
                <w:w w:val="97"/>
                <w:sz w:val="16"/>
                <w:lang w:val="ru-RU"/>
              </w:rPr>
              <w:t>Придумать и создать рисунок простого узора с помощью инструментов графического редактора (создать паттерн</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7.3.</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45" w:lineRule="auto"/>
              <w:ind w:left="72" w:right="720"/>
              <w:rPr>
                <w:lang w:val="ru-RU"/>
              </w:rPr>
            </w:pPr>
            <w:r w:rsidRPr="006C4CE9">
              <w:rPr>
                <w:rFonts w:ascii="Times New Roman" w:eastAsia="Times New Roman" w:hAnsi="Times New Roman"/>
                <w:b/>
                <w:color w:val="000000"/>
                <w:w w:val="97"/>
                <w:sz w:val="16"/>
                <w:lang w:val="ru-RU"/>
              </w:rPr>
              <w:t xml:space="preserve">Изображение и изучение мимики лица в программе </w:t>
            </w:r>
            <w:r>
              <w:rPr>
                <w:rFonts w:ascii="Times New Roman" w:eastAsia="Times New Roman" w:hAnsi="Times New Roman"/>
                <w:b/>
                <w:color w:val="000000"/>
                <w:w w:val="97"/>
                <w:sz w:val="16"/>
              </w:rPr>
              <w:t>Paint</w:t>
            </w:r>
            <w:r w:rsidRPr="006C4CE9">
              <w:rPr>
                <w:rFonts w:ascii="Times New Roman" w:eastAsia="Times New Roman" w:hAnsi="Times New Roman"/>
                <w:b/>
                <w:color w:val="000000"/>
                <w:w w:val="97"/>
                <w:sz w:val="16"/>
                <w:lang w:val="ru-RU"/>
              </w:rPr>
              <w:t xml:space="preserve"> (или в другом графическом редакторе).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19.05.2023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52" w:lineRule="auto"/>
              <w:ind w:left="72" w:right="432"/>
              <w:rPr>
                <w:lang w:val="ru-RU"/>
              </w:rPr>
            </w:pPr>
            <w:r w:rsidRPr="006C4CE9">
              <w:rPr>
                <w:rFonts w:ascii="Times New Roman" w:eastAsia="Times New Roman" w:hAnsi="Times New Roman"/>
                <w:color w:val="000000"/>
                <w:w w:val="97"/>
                <w:sz w:val="16"/>
                <w:lang w:val="ru-RU"/>
              </w:rPr>
              <w:t xml:space="preserve">Осваивать с помощью </w:t>
            </w:r>
            <w:r w:rsidRPr="006C4CE9">
              <w:rPr>
                <w:lang w:val="ru-RU"/>
              </w:rPr>
              <w:br/>
            </w:r>
            <w:r w:rsidRPr="006C4CE9">
              <w:rPr>
                <w:rFonts w:ascii="Times New Roman" w:eastAsia="Times New Roman" w:hAnsi="Times New Roman"/>
                <w:color w:val="000000"/>
                <w:w w:val="97"/>
                <w:sz w:val="16"/>
                <w:lang w:val="ru-RU"/>
              </w:rPr>
              <w:t>графического редактора строение лица человека и пропорции (соотношения) частей</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jc w:val="center"/>
            </w:pPr>
            <w:r>
              <w:rPr>
                <w:rFonts w:ascii="Times New Roman" w:eastAsia="Times New Roman" w:hAnsi="Times New Roman"/>
                <w:color w:val="000000"/>
                <w:w w:val="97"/>
                <w:sz w:val="16"/>
              </w:rPr>
              <w:t>https://resh.edu.ru/subject/7/3/</w:t>
            </w:r>
          </w:p>
        </w:tc>
      </w:tr>
      <w:tr w:rsidR="00D117AB" w:rsidTr="00AC47F8">
        <w:trPr>
          <w:trHeight w:hRule="exact" w:val="3402"/>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7.4.</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5" w:lineRule="auto"/>
              <w:ind w:left="72" w:right="288"/>
              <w:rPr>
                <w:lang w:val="ru-RU"/>
              </w:rPr>
            </w:pPr>
            <w:r w:rsidRPr="006C4CE9">
              <w:rPr>
                <w:rFonts w:ascii="Times New Roman" w:eastAsia="Times New Roman" w:hAnsi="Times New Roman"/>
                <w:b/>
                <w:color w:val="000000"/>
                <w:w w:val="97"/>
                <w:sz w:val="16"/>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4" w:lineRule="auto"/>
              <w:ind w:left="72" w:right="144"/>
              <w:rPr>
                <w:lang w:val="ru-RU"/>
              </w:rPr>
            </w:pPr>
            <w:r w:rsidRPr="006C4CE9">
              <w:rPr>
                <w:rFonts w:ascii="Times New Roman" w:eastAsia="Times New Roman" w:hAnsi="Times New Roman"/>
                <w:color w:val="000000"/>
                <w:w w:val="97"/>
                <w:sz w:val="16"/>
                <w:lang w:val="ru-RU"/>
              </w:rPr>
              <w:t xml:space="preserve">Осваивать с помощью </w:t>
            </w:r>
            <w:r w:rsidRPr="006C4CE9">
              <w:rPr>
                <w:lang w:val="ru-RU"/>
              </w:rPr>
              <w:br/>
            </w:r>
            <w:r w:rsidRPr="006C4CE9">
              <w:rPr>
                <w:rFonts w:ascii="Times New Roman" w:eastAsia="Times New Roman" w:hAnsi="Times New Roman"/>
                <w:color w:val="000000"/>
                <w:w w:val="97"/>
                <w:sz w:val="16"/>
                <w:lang w:val="ru-RU"/>
              </w:rPr>
              <w:t xml:space="preserve">графического редактора </w:t>
            </w:r>
            <w:r w:rsidRPr="006C4CE9">
              <w:rPr>
                <w:lang w:val="ru-RU"/>
              </w:rPr>
              <w:br/>
            </w:r>
            <w:r w:rsidRPr="006C4CE9">
              <w:rPr>
                <w:rFonts w:ascii="Times New Roman" w:eastAsia="Times New Roman" w:hAnsi="Times New Roman"/>
                <w:color w:val="000000"/>
                <w:w w:val="97"/>
                <w:sz w:val="16"/>
                <w:lang w:val="ru-RU"/>
              </w:rPr>
              <w:t xml:space="preserve">строение лица человека и </w:t>
            </w:r>
            <w:r w:rsidRPr="006C4CE9">
              <w:rPr>
                <w:lang w:val="ru-RU"/>
              </w:rPr>
              <w:br/>
            </w:r>
            <w:r w:rsidRPr="006C4CE9">
              <w:rPr>
                <w:rFonts w:ascii="Times New Roman" w:eastAsia="Times New Roman" w:hAnsi="Times New Roman"/>
                <w:color w:val="000000"/>
                <w:w w:val="97"/>
                <w:sz w:val="16"/>
                <w:lang w:val="ru-RU"/>
              </w:rPr>
              <w:t xml:space="preserve">пропорции (соотношения) </w:t>
            </w:r>
            <w:r w:rsidRPr="006C4CE9">
              <w:rPr>
                <w:lang w:val="ru-RU"/>
              </w:rPr>
              <w:br/>
            </w:r>
            <w:r w:rsidRPr="006C4CE9">
              <w:rPr>
                <w:rFonts w:ascii="Times New Roman" w:eastAsia="Times New Roman" w:hAnsi="Times New Roman"/>
                <w:color w:val="000000"/>
                <w:w w:val="97"/>
                <w:sz w:val="16"/>
                <w:lang w:val="ru-RU"/>
              </w:rPr>
              <w:t>частей</w:t>
            </w:r>
            <w:proofErr w:type="gramStart"/>
            <w:r w:rsidRPr="006C4CE9">
              <w:rPr>
                <w:rFonts w:ascii="Times New Roman" w:eastAsia="Times New Roman" w:hAnsi="Times New Roman"/>
                <w:color w:val="000000"/>
                <w:w w:val="97"/>
                <w:sz w:val="16"/>
                <w:lang w:val="ru-RU"/>
              </w:rPr>
              <w:t xml:space="preserve">.; </w:t>
            </w:r>
            <w:r w:rsidRPr="006C4CE9">
              <w:rPr>
                <w:lang w:val="ru-RU"/>
              </w:rPr>
              <w:br/>
            </w:r>
            <w:proofErr w:type="gramEnd"/>
            <w:r w:rsidRPr="006C4CE9">
              <w:rPr>
                <w:rFonts w:ascii="Times New Roman" w:eastAsia="Times New Roman" w:hAnsi="Times New Roman"/>
                <w:color w:val="000000"/>
                <w:w w:val="97"/>
                <w:sz w:val="16"/>
                <w:lang w:val="ru-RU"/>
              </w:rPr>
              <w:t xml:space="preserve">Осваивать с помощью </w:t>
            </w:r>
            <w:r w:rsidRPr="006C4CE9">
              <w:rPr>
                <w:lang w:val="ru-RU"/>
              </w:rPr>
              <w:br/>
            </w:r>
            <w:r w:rsidRPr="006C4CE9">
              <w:rPr>
                <w:rFonts w:ascii="Times New Roman" w:eastAsia="Times New Roman" w:hAnsi="Times New Roman"/>
                <w:color w:val="000000"/>
                <w:w w:val="97"/>
                <w:sz w:val="16"/>
                <w:lang w:val="ru-RU"/>
              </w:rPr>
              <w:t xml:space="preserve">графического редактора </w:t>
            </w:r>
            <w:r w:rsidRPr="006C4CE9">
              <w:rPr>
                <w:lang w:val="ru-RU"/>
              </w:rPr>
              <w:br/>
            </w:r>
            <w:r w:rsidRPr="006C4CE9">
              <w:rPr>
                <w:rFonts w:ascii="Times New Roman" w:eastAsia="Times New Roman" w:hAnsi="Times New Roman"/>
                <w:color w:val="000000"/>
                <w:w w:val="97"/>
                <w:sz w:val="16"/>
                <w:lang w:val="ru-RU"/>
              </w:rPr>
              <w:t xml:space="preserve">схематические изменения </w:t>
            </w:r>
            <w:r w:rsidRPr="006C4CE9">
              <w:rPr>
                <w:lang w:val="ru-RU"/>
              </w:rPr>
              <w:br/>
            </w:r>
            <w:r w:rsidRPr="006C4CE9">
              <w:rPr>
                <w:rFonts w:ascii="Times New Roman" w:eastAsia="Times New Roman" w:hAnsi="Times New Roman"/>
                <w:color w:val="000000"/>
                <w:w w:val="97"/>
                <w:sz w:val="16"/>
                <w:lang w:val="ru-RU"/>
              </w:rPr>
              <w:t xml:space="preserve">мимики лица.; </w:t>
            </w:r>
            <w:r w:rsidRPr="006C4CE9">
              <w:rPr>
                <w:lang w:val="ru-RU"/>
              </w:rPr>
              <w:br/>
            </w:r>
            <w:r w:rsidRPr="006C4CE9">
              <w:rPr>
                <w:rFonts w:ascii="Times New Roman" w:eastAsia="Times New Roman" w:hAnsi="Times New Roman"/>
                <w:color w:val="000000"/>
                <w:w w:val="97"/>
                <w:sz w:val="16"/>
                <w:lang w:val="ru-RU"/>
              </w:rPr>
              <w:t xml:space="preserve">Создать таблицу-схему </w:t>
            </w:r>
            <w:r w:rsidRPr="006C4CE9">
              <w:rPr>
                <w:lang w:val="ru-RU"/>
              </w:rPr>
              <w:br/>
            </w:r>
            <w:r w:rsidRPr="006C4CE9">
              <w:rPr>
                <w:rFonts w:ascii="Times New Roman" w:eastAsia="Times New Roman" w:hAnsi="Times New Roman"/>
                <w:color w:val="000000"/>
                <w:w w:val="97"/>
                <w:sz w:val="16"/>
                <w:lang w:val="ru-RU"/>
              </w:rPr>
              <w:t xml:space="preserve">изменений мимики на экране компьютера и сохранить её </w:t>
            </w:r>
            <w:r w:rsidRPr="006C4CE9">
              <w:rPr>
                <w:lang w:val="ru-RU"/>
              </w:rPr>
              <w:br/>
            </w:r>
            <w:r w:rsidRPr="006C4CE9">
              <w:rPr>
                <w:rFonts w:ascii="Times New Roman" w:eastAsia="Times New Roman" w:hAnsi="Times New Roman"/>
                <w:color w:val="000000"/>
                <w:w w:val="97"/>
                <w:sz w:val="16"/>
                <w:lang w:val="ru-RU"/>
              </w:rPr>
              <w:t xml:space="preserve">(распечатать).; </w:t>
            </w:r>
            <w:r w:rsidRPr="006C4CE9">
              <w:rPr>
                <w:lang w:val="ru-RU"/>
              </w:rPr>
              <w:br/>
            </w:r>
            <w:r w:rsidRPr="006C4CE9">
              <w:rPr>
                <w:rFonts w:ascii="Times New Roman" w:eastAsia="Times New Roman" w:hAnsi="Times New Roman"/>
                <w:color w:val="000000"/>
                <w:w w:val="97"/>
                <w:sz w:val="16"/>
                <w:lang w:val="ru-RU"/>
              </w:rPr>
              <w:t xml:space="preserve">Познакомиться с приёмами </w:t>
            </w:r>
            <w:r w:rsidRPr="006C4CE9">
              <w:rPr>
                <w:lang w:val="ru-RU"/>
              </w:rPr>
              <w:br/>
            </w:r>
            <w:r w:rsidRPr="006C4CE9">
              <w:rPr>
                <w:rFonts w:ascii="Times New Roman" w:eastAsia="Times New Roman" w:hAnsi="Times New Roman"/>
                <w:color w:val="000000"/>
                <w:w w:val="97"/>
                <w:sz w:val="16"/>
                <w:lang w:val="ru-RU"/>
              </w:rPr>
              <w:t xml:space="preserve">использования разных шрифтов в инструментах программы </w:t>
            </w:r>
            <w:r w:rsidRPr="006C4CE9">
              <w:rPr>
                <w:lang w:val="ru-RU"/>
              </w:rPr>
              <w:br/>
            </w:r>
            <w:r w:rsidRPr="006C4CE9">
              <w:rPr>
                <w:rFonts w:ascii="Times New Roman" w:eastAsia="Times New Roman" w:hAnsi="Times New Roman"/>
                <w:color w:val="000000"/>
                <w:w w:val="97"/>
                <w:sz w:val="16"/>
                <w:lang w:val="ru-RU"/>
              </w:rPr>
              <w:t>компьютерного редактора.;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bl>
    <w:p w:rsidR="00D117AB" w:rsidRDefault="00D117AB" w:rsidP="00D117AB">
      <w:pPr>
        <w:autoSpaceDE w:val="0"/>
        <w:autoSpaceDN w:val="0"/>
        <w:spacing w:after="0" w:line="14" w:lineRule="exact"/>
      </w:pPr>
    </w:p>
    <w:p w:rsidR="00D117AB" w:rsidRDefault="00D117AB" w:rsidP="00D117AB">
      <w:pPr>
        <w:sectPr w:rsidR="00D117AB">
          <w:pgSz w:w="16840" w:h="11900"/>
          <w:pgMar w:top="284" w:right="640" w:bottom="346" w:left="666" w:header="720" w:footer="720" w:gutter="0"/>
          <w:cols w:space="720" w:equalWidth="0">
            <w:col w:w="15534" w:space="0"/>
          </w:cols>
          <w:docGrid w:linePitch="360"/>
        </w:sectPr>
      </w:pPr>
    </w:p>
    <w:p w:rsidR="00D117AB" w:rsidRDefault="00D117AB" w:rsidP="00D117AB">
      <w:pPr>
        <w:autoSpaceDE w:val="0"/>
        <w:autoSpaceDN w:val="0"/>
        <w:spacing w:after="66" w:line="220" w:lineRule="exact"/>
      </w:pPr>
    </w:p>
    <w:tbl>
      <w:tblPr>
        <w:tblW w:w="0" w:type="auto"/>
        <w:tblInd w:w="6" w:type="dxa"/>
        <w:tblLayout w:type="fixed"/>
        <w:tblLook w:val="04A0"/>
      </w:tblPr>
      <w:tblGrid>
        <w:gridCol w:w="396"/>
        <w:gridCol w:w="5956"/>
        <w:gridCol w:w="528"/>
        <w:gridCol w:w="1104"/>
        <w:gridCol w:w="1142"/>
        <w:gridCol w:w="864"/>
        <w:gridCol w:w="2378"/>
        <w:gridCol w:w="1080"/>
        <w:gridCol w:w="2054"/>
      </w:tblGrid>
      <w:tr w:rsidR="00D117AB" w:rsidTr="00AC47F8">
        <w:trPr>
          <w:trHeight w:hRule="exact" w:val="1116"/>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7.5.</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5" w:lineRule="auto"/>
              <w:ind w:left="72" w:right="144"/>
              <w:rPr>
                <w:lang w:val="ru-RU"/>
              </w:rPr>
            </w:pPr>
            <w:r w:rsidRPr="006C4CE9">
              <w:rPr>
                <w:rFonts w:ascii="Times New Roman" w:eastAsia="Times New Roman" w:hAnsi="Times New Roman"/>
                <w:b/>
                <w:color w:val="000000"/>
                <w:w w:val="97"/>
                <w:sz w:val="16"/>
                <w:lang w:val="ru-RU"/>
              </w:rPr>
              <w:t xml:space="preserve">Редактирование фотографий в программе </w:t>
            </w:r>
            <w:r>
              <w:rPr>
                <w:rFonts w:ascii="Times New Roman" w:eastAsia="Times New Roman" w:hAnsi="Times New Roman"/>
                <w:b/>
                <w:color w:val="000000"/>
                <w:w w:val="97"/>
                <w:sz w:val="16"/>
              </w:rPr>
              <w:t>Picture</w:t>
            </w:r>
            <w:r w:rsidRPr="006C4CE9">
              <w:rPr>
                <w:rFonts w:ascii="Times New Roman" w:eastAsia="Times New Roman" w:hAnsi="Times New Roman"/>
                <w:b/>
                <w:color w:val="000000"/>
                <w:w w:val="97"/>
                <w:sz w:val="16"/>
                <w:lang w:val="ru-RU"/>
              </w:rPr>
              <w:t xml:space="preserve"> </w:t>
            </w:r>
            <w:r>
              <w:rPr>
                <w:rFonts w:ascii="Times New Roman" w:eastAsia="Times New Roman" w:hAnsi="Times New Roman"/>
                <w:b/>
                <w:color w:val="000000"/>
                <w:w w:val="97"/>
                <w:sz w:val="16"/>
              </w:rPr>
              <w:t>Manager</w:t>
            </w:r>
            <w:r w:rsidRPr="006C4CE9">
              <w:rPr>
                <w:rFonts w:ascii="Times New Roman" w:eastAsia="Times New Roman" w:hAnsi="Times New Roman"/>
                <w:b/>
                <w:color w:val="000000"/>
                <w:w w:val="97"/>
                <w:sz w:val="16"/>
                <w:lang w:val="ru-RU"/>
              </w:rPr>
              <w:t>: изменение яркости, контраста, насыщенности цвета; обрезка, поворот, отражение.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25.05.2023</w:t>
            </w:r>
          </w:p>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2" w:lineRule="auto"/>
              <w:ind w:left="72" w:right="432"/>
              <w:rPr>
                <w:lang w:val="ru-RU"/>
              </w:rPr>
            </w:pPr>
            <w:r w:rsidRPr="006C4CE9">
              <w:rPr>
                <w:rFonts w:ascii="Times New Roman" w:eastAsia="Times New Roman" w:hAnsi="Times New Roman"/>
                <w:color w:val="000000"/>
                <w:w w:val="97"/>
                <w:sz w:val="16"/>
                <w:lang w:val="ru-RU"/>
              </w:rPr>
              <w:t xml:space="preserve">Осваивать с помощью </w:t>
            </w:r>
            <w:r w:rsidRPr="006C4CE9">
              <w:rPr>
                <w:lang w:val="ru-RU"/>
              </w:rPr>
              <w:br/>
            </w:r>
            <w:r w:rsidRPr="006C4CE9">
              <w:rPr>
                <w:rFonts w:ascii="Times New Roman" w:eastAsia="Times New Roman" w:hAnsi="Times New Roman"/>
                <w:color w:val="000000"/>
                <w:w w:val="97"/>
                <w:sz w:val="16"/>
                <w:lang w:val="ru-RU"/>
              </w:rPr>
              <w:t>графического редактора строение лица человека и пропорции (соотношения) частей</w:t>
            </w:r>
            <w:proofErr w:type="gramStart"/>
            <w:r w:rsidRPr="006C4CE9">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1694"/>
        </w:trPr>
        <w:tc>
          <w:tcPr>
            <w:tcW w:w="39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7.6.</w:t>
            </w:r>
          </w:p>
        </w:tc>
        <w:tc>
          <w:tcPr>
            <w:tcW w:w="5956"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45" w:lineRule="auto"/>
              <w:ind w:left="72"/>
              <w:rPr>
                <w:lang w:val="ru-RU"/>
              </w:rPr>
            </w:pPr>
            <w:r w:rsidRPr="006C4CE9">
              <w:rPr>
                <w:rFonts w:ascii="Times New Roman" w:eastAsia="Times New Roman" w:hAnsi="Times New Roman"/>
                <w:b/>
                <w:color w:val="000000"/>
                <w:w w:val="97"/>
                <w:sz w:val="16"/>
                <w:lang w:val="ru-RU"/>
              </w:rPr>
              <w:t>Виртуальные путешествия в главные художественные музеи и музеи местные (по выбору учителя).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c>
          <w:tcPr>
            <w:tcW w:w="237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8" w:after="0" w:line="254" w:lineRule="auto"/>
              <w:ind w:left="72" w:right="288"/>
              <w:rPr>
                <w:lang w:val="ru-RU"/>
              </w:rPr>
            </w:pPr>
            <w:r w:rsidRPr="006C4CE9">
              <w:rPr>
                <w:rFonts w:ascii="Times New Roman" w:eastAsia="Times New Roman" w:hAnsi="Times New Roman"/>
                <w:color w:val="000000"/>
                <w:w w:val="97"/>
                <w:sz w:val="16"/>
                <w:lang w:val="ru-RU"/>
              </w:rPr>
              <w:t xml:space="preserve">Осуществлять виртуальные путешествия в отечественные художественные музеи и, </w:t>
            </w:r>
            <w:r w:rsidRPr="006C4CE9">
              <w:rPr>
                <w:lang w:val="ru-RU"/>
              </w:rPr>
              <w:br/>
            </w:r>
            <w:r w:rsidRPr="006C4CE9">
              <w:rPr>
                <w:rFonts w:ascii="Times New Roman" w:eastAsia="Times New Roman" w:hAnsi="Times New Roman"/>
                <w:color w:val="000000"/>
                <w:w w:val="97"/>
                <w:sz w:val="16"/>
                <w:lang w:val="ru-RU"/>
              </w:rPr>
              <w:t xml:space="preserve">возможно, знаменитые </w:t>
            </w:r>
            <w:r w:rsidRPr="006C4CE9">
              <w:rPr>
                <w:lang w:val="ru-RU"/>
              </w:rPr>
              <w:br/>
            </w:r>
            <w:r w:rsidRPr="006C4CE9">
              <w:rPr>
                <w:rFonts w:ascii="Times New Roman" w:eastAsia="Times New Roman" w:hAnsi="Times New Roman"/>
                <w:color w:val="000000"/>
                <w:w w:val="97"/>
                <w:sz w:val="16"/>
                <w:lang w:val="ru-RU"/>
              </w:rPr>
              <w:t xml:space="preserve">зарубежные художественные музеи на основе установок и квестов, предложенных </w:t>
            </w:r>
            <w:r w:rsidRPr="006C4CE9">
              <w:rPr>
                <w:lang w:val="ru-RU"/>
              </w:rPr>
              <w:br/>
            </w:r>
            <w:r w:rsidRPr="006C4CE9">
              <w:rPr>
                <w:rFonts w:ascii="Times New Roman" w:eastAsia="Times New Roman" w:hAnsi="Times New Roman"/>
                <w:color w:val="000000"/>
                <w:w w:val="97"/>
                <w:sz w:val="16"/>
                <w:lang w:val="ru-RU"/>
              </w:rPr>
              <w:t>учителем;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205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8" w:after="0" w:line="230" w:lineRule="auto"/>
              <w:jc w:val="center"/>
            </w:pPr>
            <w:r>
              <w:rPr>
                <w:rFonts w:ascii="Times New Roman" w:eastAsia="Times New Roman" w:hAnsi="Times New Roman"/>
                <w:color w:val="000000"/>
                <w:w w:val="97"/>
                <w:sz w:val="16"/>
              </w:rPr>
              <w:t>https://resh.edu.ru/subject/7/3/</w:t>
            </w:r>
          </w:p>
        </w:tc>
      </w:tr>
      <w:tr w:rsidR="00D117AB" w:rsidTr="00AC47F8">
        <w:trPr>
          <w:trHeight w:hRule="exact" w:val="34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Итого по модулю 7</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5</w:t>
            </w:r>
          </w:p>
        </w:tc>
        <w:tc>
          <w:tcPr>
            <w:tcW w:w="862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r>
      <w:tr w:rsidR="00D117AB" w:rsidTr="00AC47F8">
        <w:trPr>
          <w:trHeight w:hRule="exact" w:val="328"/>
        </w:trPr>
        <w:tc>
          <w:tcPr>
            <w:tcW w:w="635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Pr="006C4CE9" w:rsidRDefault="00D117AB" w:rsidP="00AC47F8">
            <w:pPr>
              <w:autoSpaceDE w:val="0"/>
              <w:autoSpaceDN w:val="0"/>
              <w:spacing w:before="76" w:after="0" w:line="233" w:lineRule="auto"/>
              <w:ind w:left="72"/>
              <w:rPr>
                <w:lang w:val="ru-RU"/>
              </w:rPr>
            </w:pPr>
            <w:r w:rsidRPr="006C4CE9">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pPr>
              <w:autoSpaceDE w:val="0"/>
              <w:autoSpaceDN w:val="0"/>
              <w:spacing w:before="76" w:after="0" w:line="233" w:lineRule="auto"/>
              <w:ind w:left="72"/>
            </w:pPr>
            <w:r>
              <w:rPr>
                <w:rFonts w:ascii="Times New Roman" w:eastAsia="Times New Roman" w:hAnsi="Times New Roman"/>
                <w:color w:val="000000"/>
                <w:w w:val="97"/>
                <w:sz w:val="16"/>
              </w:rPr>
              <w:t>0</w:t>
            </w:r>
          </w:p>
        </w:tc>
        <w:tc>
          <w:tcPr>
            <w:tcW w:w="637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D117AB" w:rsidRDefault="00D117AB" w:rsidP="00AC47F8"/>
        </w:tc>
      </w:tr>
    </w:tbl>
    <w:p w:rsidR="00D117AB" w:rsidRDefault="00D117AB" w:rsidP="00D117AB">
      <w:pPr>
        <w:autoSpaceDE w:val="0"/>
        <w:autoSpaceDN w:val="0"/>
        <w:spacing w:after="0" w:line="14" w:lineRule="exact"/>
      </w:pPr>
    </w:p>
    <w:p w:rsidR="00D117AB" w:rsidRDefault="00D117AB" w:rsidP="00D117AB">
      <w:pPr>
        <w:ind w:firstLine="720"/>
        <w:rPr>
          <w:lang w:val="ru-RU"/>
        </w:rPr>
      </w:pPr>
    </w:p>
    <w:p w:rsidR="00D117AB" w:rsidRDefault="00D117AB" w:rsidP="00D117AB">
      <w:pPr>
        <w:ind w:firstLine="720"/>
        <w:rPr>
          <w:lang w:val="ru-RU"/>
        </w:rPr>
      </w:pPr>
    </w:p>
    <w:p w:rsidR="00D117AB" w:rsidRDefault="00D117AB" w:rsidP="00D117AB">
      <w:pPr>
        <w:rPr>
          <w:lang w:val="ru-RU"/>
        </w:rPr>
      </w:pPr>
    </w:p>
    <w:p w:rsidR="00943526" w:rsidRPr="006327D3" w:rsidRDefault="00943526" w:rsidP="006327D3">
      <w:pPr>
        <w:rPr>
          <w:lang w:val="ru-RU"/>
        </w:rPr>
        <w:sectPr w:rsidR="00943526" w:rsidRPr="006327D3">
          <w:pgSz w:w="16840" w:h="11900"/>
          <w:pgMar w:top="284" w:right="640" w:bottom="532" w:left="666" w:header="720" w:footer="720" w:gutter="0"/>
          <w:cols w:space="720" w:equalWidth="0">
            <w:col w:w="15534" w:space="0"/>
          </w:cols>
          <w:docGrid w:linePitch="360"/>
        </w:sectPr>
      </w:pPr>
    </w:p>
    <w:p w:rsidR="00927D7B" w:rsidRDefault="00927D7B" w:rsidP="00927D7B">
      <w:pPr>
        <w:autoSpaceDE w:val="0"/>
        <w:autoSpaceDN w:val="0"/>
        <w:spacing w:after="320" w:line="230" w:lineRule="auto"/>
        <w:rPr>
          <w:rFonts w:ascii="Times New Roman" w:eastAsia="Times New Roman" w:hAnsi="Times New Roman"/>
          <w:b/>
          <w:color w:val="000000"/>
          <w:sz w:val="24"/>
          <w:lang w:val="ru-RU"/>
        </w:rPr>
      </w:pPr>
      <w:r>
        <w:rPr>
          <w:rFonts w:ascii="Times New Roman" w:eastAsia="Times New Roman" w:hAnsi="Times New Roman"/>
          <w:b/>
          <w:color w:val="000000"/>
          <w:sz w:val="24"/>
          <w:lang w:val="ru-RU"/>
        </w:rPr>
        <w:lastRenderedPageBreak/>
        <w:t xml:space="preserve"> 1 КЛАСС</w:t>
      </w:r>
    </w:p>
    <w:p w:rsidR="00927D7B" w:rsidRPr="00927D7B" w:rsidRDefault="006327D3" w:rsidP="00927D7B">
      <w:pPr>
        <w:autoSpaceDE w:val="0"/>
        <w:autoSpaceDN w:val="0"/>
        <w:spacing w:after="320" w:line="230" w:lineRule="auto"/>
        <w:rPr>
          <w:rFonts w:ascii="Times New Roman" w:eastAsia="Times New Roman" w:hAnsi="Times New Roman"/>
          <w:b/>
          <w:color w:val="000000"/>
          <w:sz w:val="24"/>
          <w:lang w:val="ru-RU"/>
        </w:rPr>
      </w:pPr>
      <w:r w:rsidRPr="00927D7B">
        <w:rPr>
          <w:rFonts w:ascii="Times New Roman" w:eastAsia="Times New Roman" w:hAnsi="Times New Roman"/>
          <w:b/>
          <w:color w:val="000000"/>
          <w:sz w:val="24"/>
          <w:lang w:val="ru-RU"/>
        </w:rPr>
        <w:t>ПОУРОЧНОЕ ПЛАНИРОВАНИЕ</w:t>
      </w:r>
      <w:r w:rsidR="00927D7B">
        <w:rPr>
          <w:rFonts w:ascii="Times New Roman" w:eastAsia="Times New Roman" w:hAnsi="Times New Roman"/>
          <w:b/>
          <w:color w:val="000000"/>
          <w:sz w:val="24"/>
          <w:lang w:val="ru-RU"/>
        </w:rPr>
        <w:t xml:space="preserve"> ПО ИЗОБРАЗИТЕЛЬНОМУ ИСКУССТВУ</w:t>
      </w:r>
    </w:p>
    <w:tbl>
      <w:tblPr>
        <w:tblW w:w="0" w:type="auto"/>
        <w:tblInd w:w="6" w:type="dxa"/>
        <w:tblLayout w:type="fixed"/>
        <w:tblLook w:val="04A0"/>
      </w:tblPr>
      <w:tblGrid>
        <w:gridCol w:w="504"/>
        <w:gridCol w:w="3216"/>
        <w:gridCol w:w="734"/>
        <w:gridCol w:w="1620"/>
        <w:gridCol w:w="1668"/>
        <w:gridCol w:w="1236"/>
        <w:gridCol w:w="1574"/>
      </w:tblGrid>
      <w:tr w:rsidR="00927D7B" w:rsidTr="00AC47F8">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2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5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71" w:lineRule="auto"/>
              <w:ind w:left="72" w:right="43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927D7B" w:rsidTr="00AC47F8">
        <w:trPr>
          <w:trHeight w:hRule="exact" w:val="828"/>
        </w:trPr>
        <w:tc>
          <w:tcPr>
            <w:tcW w:w="504" w:type="dxa"/>
            <w:vMerge/>
            <w:tcBorders>
              <w:top w:val="single" w:sz="4" w:space="0" w:color="000000"/>
              <w:left w:val="single" w:sz="4" w:space="0" w:color="000000"/>
              <w:bottom w:val="single" w:sz="4" w:space="0" w:color="000000"/>
              <w:right w:val="single" w:sz="4" w:space="0" w:color="000000"/>
            </w:tcBorders>
          </w:tcPr>
          <w:p w:rsidR="00927D7B" w:rsidRDefault="00927D7B" w:rsidP="00AC47F8"/>
        </w:tc>
        <w:tc>
          <w:tcPr>
            <w:tcW w:w="3216" w:type="dxa"/>
            <w:vMerge/>
            <w:tcBorders>
              <w:top w:val="single" w:sz="4" w:space="0" w:color="000000"/>
              <w:left w:val="single" w:sz="4" w:space="0" w:color="000000"/>
              <w:bottom w:val="single" w:sz="4" w:space="0" w:color="000000"/>
              <w:right w:val="single" w:sz="4" w:space="0" w:color="000000"/>
            </w:tcBorders>
          </w:tcPr>
          <w:p w:rsidR="00927D7B" w:rsidRDefault="00927D7B" w:rsidP="00AC47F8"/>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236" w:type="dxa"/>
            <w:vMerge/>
            <w:tcBorders>
              <w:top w:val="single" w:sz="4" w:space="0" w:color="000000"/>
              <w:left w:val="single" w:sz="4" w:space="0" w:color="000000"/>
              <w:bottom w:val="single" w:sz="4" w:space="0" w:color="000000"/>
              <w:right w:val="single" w:sz="4" w:space="0" w:color="000000"/>
            </w:tcBorders>
          </w:tcPr>
          <w:p w:rsidR="00927D7B" w:rsidRDefault="00927D7B" w:rsidP="00AC47F8"/>
        </w:tc>
        <w:tc>
          <w:tcPr>
            <w:tcW w:w="1574" w:type="dxa"/>
            <w:vMerge/>
            <w:tcBorders>
              <w:top w:val="single" w:sz="4" w:space="0" w:color="000000"/>
              <w:left w:val="single" w:sz="4" w:space="0" w:color="000000"/>
              <w:bottom w:val="single" w:sz="4" w:space="0" w:color="000000"/>
              <w:right w:val="single" w:sz="4" w:space="0" w:color="000000"/>
            </w:tcBorders>
          </w:tcPr>
          <w:p w:rsidR="00927D7B" w:rsidRDefault="00927D7B" w:rsidP="00AC47F8"/>
        </w:tc>
      </w:tr>
      <w:tr w:rsidR="00927D7B" w:rsidTr="00AC47F8">
        <w:trPr>
          <w:trHeight w:hRule="exact" w:val="25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rPr>
              <w:t>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autoSpaceDE w:val="0"/>
              <w:autoSpaceDN w:val="0"/>
              <w:spacing w:before="76" w:after="0" w:line="233" w:lineRule="auto"/>
              <w:ind w:left="72"/>
              <w:rPr>
                <w:sz w:val="24"/>
                <w:szCs w:val="24"/>
                <w:lang w:val="ru-RU"/>
              </w:rPr>
            </w:pPr>
            <w:r w:rsidRPr="00927D7B">
              <w:rPr>
                <w:rFonts w:ascii="Times New Roman" w:eastAsia="Times New Roman" w:hAnsi="Times New Roman"/>
                <w:color w:val="000000"/>
                <w:w w:val="97"/>
                <w:sz w:val="24"/>
                <w:szCs w:val="24"/>
                <w:lang w:val="ru-RU"/>
              </w:rPr>
              <w:t>Восприятие детских рисунков. Навыки восприятия произведений детского творчества и формирование зрительских умений.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BD0A89" w:rsidP="00AC47F8">
            <w:pPr>
              <w:autoSpaceDE w:val="0"/>
              <w:autoSpaceDN w:val="0"/>
              <w:spacing w:before="98" w:after="0" w:line="230" w:lineRule="auto"/>
              <w:jc w:val="center"/>
            </w:pPr>
            <w:r>
              <w:rPr>
                <w:rFonts w:ascii="Times New Roman" w:eastAsia="Times New Roman" w:hAnsi="Times New Roman"/>
                <w:color w:val="000000"/>
                <w:sz w:val="24"/>
              </w:rPr>
              <w:t>0</w:t>
            </w:r>
            <w:r>
              <w:rPr>
                <w:rFonts w:ascii="Times New Roman" w:eastAsia="Times New Roman" w:hAnsi="Times New Roman"/>
                <w:color w:val="000000"/>
                <w:sz w:val="24"/>
                <w:lang w:val="ru-RU"/>
              </w:rPr>
              <w:t>7</w:t>
            </w:r>
            <w:r w:rsidR="00927D7B">
              <w:rPr>
                <w:rFonts w:ascii="Times New Roman" w:eastAsia="Times New Roman" w:hAnsi="Times New Roman"/>
                <w:color w:val="000000"/>
                <w:sz w:val="24"/>
              </w:rPr>
              <w:t>.09.2022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385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lang w:val="ru-RU"/>
              </w:rPr>
              <w:t>2</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Первые представления о композиции: на уровне образного восприятия. </w:t>
            </w:r>
            <w:r>
              <w:rPr>
                <w:rFonts w:ascii="Times New Roman" w:eastAsia="Times New Roman" w:hAnsi="Times New Roman"/>
                <w:b/>
                <w:color w:val="000000"/>
                <w:w w:val="97"/>
                <w:sz w:val="16"/>
              </w:rPr>
              <w:t>Представление о различных художественных материалах.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BD0A89" w:rsidP="00AC47F8">
            <w:pPr>
              <w:autoSpaceDE w:val="0"/>
              <w:autoSpaceDN w:val="0"/>
              <w:spacing w:before="98" w:after="0" w:line="230" w:lineRule="auto"/>
              <w:jc w:val="center"/>
            </w:pPr>
            <w:r>
              <w:rPr>
                <w:rFonts w:ascii="Times New Roman" w:eastAsia="Times New Roman" w:hAnsi="Times New Roman"/>
                <w:color w:val="000000"/>
                <w:sz w:val="24"/>
                <w:lang w:val="ru-RU"/>
              </w:rPr>
              <w:t>21</w:t>
            </w:r>
            <w:r w:rsidR="00927D7B">
              <w:rPr>
                <w:rFonts w:ascii="Times New Roman" w:eastAsia="Times New Roman" w:hAnsi="Times New Roman"/>
                <w:color w:val="000000"/>
                <w:sz w:val="24"/>
              </w:rPr>
              <w:t>.09.2022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RPr="00BD0A89" w:rsidTr="00AC47F8">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lang w:val="ru-RU"/>
              </w:rPr>
              <w:t>3</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76" w:after="0" w:line="233" w:lineRule="auto"/>
              <w:ind w:left="72"/>
            </w:pPr>
            <w:r>
              <w:rPr>
                <w:rFonts w:ascii="Times New Roman" w:eastAsia="Times New Roman" w:hAnsi="Times New Roman"/>
                <w:b/>
                <w:color w:val="000000"/>
                <w:w w:val="97"/>
                <w:sz w:val="16"/>
              </w:rPr>
              <w:t>Обсуждение содержания рисунка.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BD0A89" w:rsidP="00AC47F8">
            <w:pPr>
              <w:autoSpaceDE w:val="0"/>
              <w:autoSpaceDN w:val="0"/>
              <w:spacing w:before="98" w:after="0" w:line="230" w:lineRule="auto"/>
              <w:jc w:val="center"/>
              <w:rPr>
                <w:lang w:val="ru-RU"/>
              </w:rPr>
            </w:pPr>
            <w:r>
              <w:rPr>
                <w:rFonts w:ascii="Times New Roman" w:eastAsia="Times New Roman" w:hAnsi="Times New Roman"/>
                <w:color w:val="000000"/>
                <w:sz w:val="24"/>
                <w:lang w:val="ru-RU"/>
              </w:rPr>
              <w:t>05</w:t>
            </w:r>
            <w:r w:rsidRPr="00BD0A89">
              <w:rPr>
                <w:rFonts w:ascii="Times New Roman" w:eastAsia="Times New Roman" w:hAnsi="Times New Roman"/>
                <w:color w:val="000000"/>
                <w:sz w:val="24"/>
                <w:lang w:val="ru-RU"/>
              </w:rPr>
              <w:t>.</w:t>
            </w:r>
            <w:r>
              <w:rPr>
                <w:rFonts w:ascii="Times New Roman" w:eastAsia="Times New Roman" w:hAnsi="Times New Roman"/>
                <w:color w:val="000000"/>
                <w:sz w:val="24"/>
                <w:lang w:val="ru-RU"/>
              </w:rPr>
              <w:t>10</w:t>
            </w:r>
            <w:r w:rsidR="00927D7B" w:rsidRPr="00BD0A89">
              <w:rPr>
                <w:rFonts w:ascii="Times New Roman" w:eastAsia="Times New Roman" w:hAnsi="Times New Roman"/>
                <w:color w:val="000000"/>
                <w:sz w:val="24"/>
                <w:lang w:val="ru-RU"/>
              </w:rPr>
              <w:t>.2022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98" w:after="0" w:line="262" w:lineRule="auto"/>
              <w:ind w:left="72"/>
              <w:rPr>
                <w:lang w:val="ru-RU"/>
              </w:rPr>
            </w:pPr>
            <w:r w:rsidRPr="00BD0A89">
              <w:rPr>
                <w:rFonts w:ascii="Times New Roman" w:eastAsia="Times New Roman" w:hAnsi="Times New Roman"/>
                <w:color w:val="000000"/>
                <w:sz w:val="24"/>
                <w:lang w:val="ru-RU"/>
              </w:rPr>
              <w:t>Практическая работа;</w:t>
            </w:r>
          </w:p>
        </w:tc>
      </w:tr>
    </w:tbl>
    <w:p w:rsidR="00927D7B" w:rsidRPr="00BD0A89" w:rsidRDefault="00927D7B" w:rsidP="00927D7B">
      <w:pPr>
        <w:autoSpaceDE w:val="0"/>
        <w:autoSpaceDN w:val="0"/>
        <w:spacing w:after="0" w:line="14" w:lineRule="exact"/>
        <w:rPr>
          <w:lang w:val="ru-RU"/>
        </w:rPr>
      </w:pPr>
    </w:p>
    <w:tbl>
      <w:tblPr>
        <w:tblpPr w:leftFromText="180" w:rightFromText="180" w:vertAnchor="text" w:horzAnchor="margin" w:tblpY="38"/>
        <w:tblW w:w="0" w:type="auto"/>
        <w:tblLayout w:type="fixed"/>
        <w:tblLook w:val="04A0"/>
      </w:tblPr>
      <w:tblGrid>
        <w:gridCol w:w="504"/>
        <w:gridCol w:w="3216"/>
        <w:gridCol w:w="734"/>
        <w:gridCol w:w="1620"/>
        <w:gridCol w:w="1668"/>
        <w:gridCol w:w="1236"/>
        <w:gridCol w:w="1574"/>
      </w:tblGrid>
      <w:tr w:rsidR="00927D7B" w:rsidRPr="00BD0A89"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98" w:after="0" w:line="230" w:lineRule="auto"/>
              <w:ind w:left="72"/>
              <w:rPr>
                <w:lang w:val="ru-RU"/>
              </w:rPr>
            </w:pPr>
            <w:r>
              <w:rPr>
                <w:rFonts w:ascii="Times New Roman" w:eastAsia="Times New Roman" w:hAnsi="Times New Roman"/>
                <w:color w:val="000000"/>
                <w:sz w:val="24"/>
                <w:lang w:val="ru-RU"/>
              </w:rPr>
              <w:t>4</w:t>
            </w:r>
            <w:r w:rsidRPr="00BD0A89">
              <w:rPr>
                <w:rFonts w:ascii="Times New Roman" w:eastAsia="Times New Roman" w:hAnsi="Times New Roman"/>
                <w:color w:val="000000"/>
                <w:sz w:val="24"/>
                <w:lang w:val="ru-RU"/>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78" w:after="0" w:line="230" w:lineRule="auto"/>
              <w:ind w:left="72"/>
              <w:rPr>
                <w:lang w:val="ru-RU"/>
              </w:rPr>
            </w:pPr>
            <w:r w:rsidRPr="00BD0A89">
              <w:rPr>
                <w:rFonts w:ascii="Times New Roman" w:eastAsia="Times New Roman" w:hAnsi="Times New Roman"/>
                <w:b/>
                <w:color w:val="000000"/>
                <w:w w:val="97"/>
                <w:sz w:val="16"/>
                <w:lang w:val="ru-RU"/>
              </w:rPr>
              <w:t>Линейный рисунок.</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98" w:after="0" w:line="230" w:lineRule="auto"/>
              <w:ind w:left="74"/>
              <w:rPr>
                <w:lang w:val="ru-RU"/>
              </w:rPr>
            </w:pPr>
            <w:r w:rsidRPr="00BD0A89">
              <w:rPr>
                <w:rFonts w:ascii="Times New Roman" w:eastAsia="Times New Roman" w:hAnsi="Times New Roman"/>
                <w:color w:val="000000"/>
                <w:sz w:val="24"/>
                <w:lang w:val="ru-RU"/>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BD0A89" w:rsidP="00AC47F8">
            <w:pPr>
              <w:autoSpaceDE w:val="0"/>
              <w:autoSpaceDN w:val="0"/>
              <w:spacing w:before="98" w:after="0" w:line="230" w:lineRule="auto"/>
              <w:jc w:val="center"/>
              <w:rPr>
                <w:lang w:val="ru-RU"/>
              </w:rPr>
            </w:pPr>
            <w:r>
              <w:rPr>
                <w:rFonts w:ascii="Times New Roman" w:eastAsia="Times New Roman" w:hAnsi="Times New Roman"/>
                <w:color w:val="000000"/>
                <w:sz w:val="24"/>
                <w:lang w:val="ru-RU"/>
              </w:rPr>
              <w:t>19</w:t>
            </w:r>
            <w:r w:rsidR="00927D7B" w:rsidRPr="00BD0A89">
              <w:rPr>
                <w:rFonts w:ascii="Times New Roman" w:eastAsia="Times New Roman" w:hAnsi="Times New Roman"/>
                <w:color w:val="000000"/>
                <w:sz w:val="24"/>
                <w:lang w:val="ru-RU"/>
              </w:rPr>
              <w:t>.10.2022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98" w:after="0" w:line="262" w:lineRule="auto"/>
              <w:ind w:left="72"/>
              <w:rPr>
                <w:lang w:val="ru-RU"/>
              </w:rPr>
            </w:pPr>
            <w:r w:rsidRPr="00BD0A89">
              <w:rPr>
                <w:rFonts w:ascii="Times New Roman" w:eastAsia="Times New Roman" w:hAnsi="Times New Roman"/>
                <w:color w:val="000000"/>
                <w:sz w:val="24"/>
                <w:lang w:val="ru-RU"/>
              </w:rPr>
              <w:t>Практическая работа;</w:t>
            </w:r>
          </w:p>
        </w:tc>
      </w:tr>
      <w:tr w:rsid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98" w:after="0" w:line="230" w:lineRule="auto"/>
              <w:ind w:left="72"/>
              <w:rPr>
                <w:lang w:val="ru-RU"/>
              </w:rPr>
            </w:pPr>
            <w:r>
              <w:rPr>
                <w:rFonts w:ascii="Times New Roman" w:eastAsia="Times New Roman" w:hAnsi="Times New Roman"/>
                <w:color w:val="000000"/>
                <w:sz w:val="24"/>
                <w:lang w:val="ru-RU"/>
              </w:rPr>
              <w:t>5</w:t>
            </w:r>
            <w:r w:rsidRPr="00BD0A89">
              <w:rPr>
                <w:rFonts w:ascii="Times New Roman" w:eastAsia="Times New Roman" w:hAnsi="Times New Roman"/>
                <w:color w:val="000000"/>
                <w:sz w:val="24"/>
                <w:lang w:val="ru-RU"/>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78" w:after="0" w:line="230" w:lineRule="auto"/>
              <w:ind w:left="72"/>
              <w:rPr>
                <w:lang w:val="ru-RU"/>
              </w:rPr>
            </w:pPr>
            <w:r w:rsidRPr="00BD0A89">
              <w:rPr>
                <w:rFonts w:ascii="Times New Roman" w:eastAsia="Times New Roman" w:hAnsi="Times New Roman"/>
                <w:b/>
                <w:color w:val="000000"/>
                <w:w w:val="97"/>
                <w:sz w:val="16"/>
                <w:lang w:val="ru-RU"/>
              </w:rPr>
              <w:t>Разные виды линий.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98" w:after="0" w:line="230" w:lineRule="auto"/>
              <w:ind w:left="74"/>
              <w:rPr>
                <w:lang w:val="ru-RU"/>
              </w:rPr>
            </w:pPr>
            <w:r w:rsidRPr="00BD0A89">
              <w:rPr>
                <w:rFonts w:ascii="Times New Roman" w:eastAsia="Times New Roman" w:hAnsi="Times New Roman"/>
                <w:color w:val="000000"/>
                <w:sz w:val="24"/>
                <w:lang w:val="ru-RU"/>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BD0A89" w:rsidP="00AC47F8">
            <w:pPr>
              <w:autoSpaceDE w:val="0"/>
              <w:autoSpaceDN w:val="0"/>
              <w:spacing w:before="98" w:after="0" w:line="230" w:lineRule="auto"/>
              <w:ind w:left="72"/>
              <w:rPr>
                <w:lang w:val="ru-RU"/>
              </w:rPr>
            </w:pPr>
            <w:r>
              <w:rPr>
                <w:rFonts w:ascii="Times New Roman" w:eastAsia="Times New Roman" w:hAnsi="Times New Roman"/>
                <w:color w:val="000000"/>
                <w:sz w:val="24"/>
                <w:lang w:val="ru-RU"/>
              </w:rPr>
              <w:t>02.11</w:t>
            </w:r>
            <w:r w:rsidR="00927D7B" w:rsidRPr="00BD0A89">
              <w:rPr>
                <w:rFonts w:ascii="Times New Roman" w:eastAsia="Times New Roman" w:hAnsi="Times New Roman"/>
                <w:color w:val="000000"/>
                <w:sz w:val="24"/>
                <w:lang w:val="ru-RU"/>
              </w:rPr>
              <w:t xml:space="preserve">.2022 </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tabs>
                <w:tab w:val="left" w:pos="156"/>
              </w:tabs>
              <w:autoSpaceDE w:val="0"/>
              <w:autoSpaceDN w:val="0"/>
              <w:spacing w:before="98" w:after="0" w:line="262" w:lineRule="auto"/>
            </w:pPr>
            <w:r w:rsidRPr="00BD0A89">
              <w:rPr>
                <w:rFonts w:ascii="Times New Roman" w:eastAsia="Times New Roman" w:hAnsi="Times New Roman"/>
                <w:color w:val="000000"/>
                <w:sz w:val="24"/>
                <w:lang w:val="ru-RU"/>
              </w:rPr>
              <w:t xml:space="preserve"> Практич</w:t>
            </w:r>
            <w:r>
              <w:rPr>
                <w:rFonts w:ascii="Times New Roman" w:eastAsia="Times New Roman" w:hAnsi="Times New Roman"/>
                <w:color w:val="000000"/>
                <w:sz w:val="24"/>
              </w:rPr>
              <w:t xml:space="preserve">еская </w:t>
            </w:r>
            <w:r>
              <w:tab/>
            </w:r>
            <w:r>
              <w:rPr>
                <w:rFonts w:ascii="Times New Roman" w:eastAsia="Times New Roman" w:hAnsi="Times New Roman"/>
                <w:color w:val="000000"/>
                <w:sz w:val="24"/>
              </w:rPr>
              <w:t>работа;</w:t>
            </w:r>
          </w:p>
        </w:tc>
      </w:tr>
      <w:tr w:rsidR="00927D7B" w:rsidRP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BD0A89" w:rsidP="00AC47F8">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6.</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DB121E" w:rsidRDefault="00927D7B" w:rsidP="00AC47F8">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Линии в природе. Ветки (по фотографиям): тонкие — толстые, порывистые, угловатые, плавные и др.</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BD0A89" w:rsidP="00AC47F8">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BD0A89" w:rsidP="00AC47F8">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16.11.2022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BD0A89" w:rsidP="00AC47F8">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r w:rsidR="00927D7B" w:rsidRPr="00BD0A89"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 xml:space="preserve">Графические материалы и их особенности. </w:t>
            </w:r>
            <w:r w:rsidRPr="00BD0A89">
              <w:rPr>
                <w:rFonts w:ascii="Times New Roman" w:eastAsia="Times New Roman" w:hAnsi="Times New Roman"/>
                <w:b/>
                <w:color w:val="000000"/>
                <w:w w:val="97"/>
                <w:sz w:val="16"/>
                <w:lang w:val="ru-RU"/>
              </w:rPr>
              <w:t>Приёмы рисования линией.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BD0A89" w:rsidP="00AC47F8">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927D7B"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BD0A89" w:rsidP="00AC47F8">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30.11.2022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BD0A89" w:rsidP="00AC47F8">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r w:rsidR="00927D7B" w:rsidRP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DB121E" w:rsidRDefault="00927D7B" w:rsidP="00AC47F8">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Рисунок с натуры: рисунок листьев разной формы (треугольный, круглый, овальный, длинный).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BD0A89" w:rsidP="00AC47F8">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BD0A89" w:rsidP="00AC47F8">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14.12.2022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BD0A89" w:rsidP="00AC47F8">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r w:rsid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76" w:after="0" w:line="233" w:lineRule="auto"/>
              <w:ind w:left="72"/>
            </w:pPr>
            <w:r>
              <w:rPr>
                <w:rFonts w:ascii="Times New Roman" w:eastAsia="Times New Roman" w:hAnsi="Times New Roman"/>
                <w:b/>
                <w:color w:val="000000"/>
                <w:w w:val="97"/>
                <w:sz w:val="16"/>
              </w:rPr>
              <w:t>Последовательность рисунка.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rPr>
                <w:rFonts w:ascii="Times New Roman" w:eastAsia="Times New Roman" w:hAnsi="Times New Roman"/>
                <w:color w:val="000000"/>
                <w:sz w:val="24"/>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BD0A89" w:rsidRDefault="00BD0A89" w:rsidP="00AC47F8">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28.12.2022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BD0A89" w:rsidP="00AC47F8">
            <w:pPr>
              <w:tabs>
                <w:tab w:val="left" w:pos="156"/>
              </w:tabs>
              <w:autoSpaceDE w:val="0"/>
              <w:autoSpaceDN w:val="0"/>
              <w:spacing w:before="98" w:after="0" w:line="262" w:lineRule="auto"/>
              <w:rPr>
                <w:rFonts w:ascii="Times New Roman" w:eastAsia="Times New Roman" w:hAnsi="Times New Roman"/>
                <w:color w:val="000000"/>
                <w:sz w:val="24"/>
              </w:rPr>
            </w:pPr>
            <w:r w:rsidRPr="00BD0A89">
              <w:rPr>
                <w:rFonts w:ascii="Times New Roman" w:eastAsia="Times New Roman" w:hAnsi="Times New Roman"/>
                <w:color w:val="000000"/>
                <w:sz w:val="24"/>
                <w:lang w:val="ru-RU"/>
              </w:rPr>
              <w:t>Практическая работа;</w:t>
            </w:r>
          </w:p>
        </w:tc>
      </w:tr>
      <w:tr w:rsidR="00927D7B" w:rsidRP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DB121E" w:rsidRDefault="00927D7B" w:rsidP="00AC47F8">
            <w:pPr>
              <w:autoSpaceDE w:val="0"/>
              <w:autoSpaceDN w:val="0"/>
              <w:spacing w:before="76" w:after="0" w:line="245" w:lineRule="auto"/>
              <w:ind w:left="72" w:right="144"/>
              <w:rPr>
                <w:lang w:val="ru-RU"/>
              </w:rPr>
            </w:pPr>
            <w:r w:rsidRPr="00DB121E">
              <w:rPr>
                <w:rFonts w:ascii="Times New Roman" w:eastAsia="Times New Roman" w:hAnsi="Times New Roman"/>
                <w:b/>
                <w:color w:val="000000"/>
                <w:w w:val="97"/>
                <w:sz w:val="16"/>
                <w:lang w:val="ru-RU"/>
              </w:rPr>
              <w:t>Первичные навыки определения пропорций и понимания их значения. От одного пятна — «тела», меняя пропорции «лап» и «шеи», получаем рисунки разных животных.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autoSpaceDE w:val="0"/>
              <w:autoSpaceDN w:val="0"/>
              <w:spacing w:before="98" w:after="0" w:line="230" w:lineRule="auto"/>
              <w:ind w:left="74"/>
              <w:rPr>
                <w:rFonts w:ascii="Times New Roman" w:eastAsia="Times New Roman" w:hAnsi="Times New Roman"/>
                <w:color w:val="000000"/>
                <w:sz w:val="24"/>
                <w:lang w:val="ru-RU"/>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894001" w:rsidP="00AC47F8">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18.01.2023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894001" w:rsidP="00AC47F8">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r w:rsidR="00927D7B" w:rsidRP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DB121E" w:rsidRDefault="00927D7B" w:rsidP="00AC47F8">
            <w:pPr>
              <w:autoSpaceDE w:val="0"/>
              <w:autoSpaceDN w:val="0"/>
              <w:spacing w:before="76" w:after="0" w:line="245" w:lineRule="auto"/>
              <w:ind w:left="72" w:right="288"/>
              <w:rPr>
                <w:lang w:val="ru-RU"/>
              </w:rPr>
            </w:pPr>
            <w:r w:rsidRPr="00DB121E">
              <w:rPr>
                <w:rFonts w:ascii="Times New Roman" w:eastAsia="Times New Roman" w:hAnsi="Times New Roman"/>
                <w:b/>
                <w:color w:val="000000"/>
                <w:w w:val="97"/>
                <w:sz w:val="16"/>
                <w:lang w:val="ru-RU"/>
              </w:rPr>
              <w:t>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autoSpaceDE w:val="0"/>
              <w:autoSpaceDN w:val="0"/>
              <w:spacing w:before="98" w:after="0" w:line="230" w:lineRule="auto"/>
              <w:ind w:left="74"/>
              <w:rPr>
                <w:rFonts w:ascii="Times New Roman" w:eastAsia="Times New Roman" w:hAnsi="Times New Roman"/>
                <w:color w:val="000000"/>
                <w:sz w:val="24"/>
                <w:lang w:val="ru-RU"/>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927D7B"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894001" w:rsidP="00AC47F8">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25.01.2023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927D7B" w:rsidRDefault="00894001" w:rsidP="00AC47F8">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r w:rsidR="00894001" w:rsidRP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Default="00894001" w:rsidP="00894001">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DB121E" w:rsidRDefault="00894001" w:rsidP="00894001">
            <w:pPr>
              <w:autoSpaceDE w:val="0"/>
              <w:autoSpaceDN w:val="0"/>
              <w:spacing w:before="78" w:after="0" w:line="245" w:lineRule="auto"/>
              <w:ind w:left="72" w:right="864"/>
              <w:rPr>
                <w:lang w:val="ru-RU"/>
              </w:rPr>
            </w:pPr>
            <w:r w:rsidRPr="00DB121E">
              <w:rPr>
                <w:rFonts w:ascii="Times New Roman" w:eastAsia="Times New Roman" w:hAnsi="Times New Roman"/>
                <w:b/>
                <w:color w:val="000000"/>
                <w:w w:val="97"/>
                <w:sz w:val="16"/>
                <w:lang w:val="ru-RU"/>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 Пятно как основа графического изображения.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autoSpaceDE w:val="0"/>
              <w:autoSpaceDN w:val="0"/>
              <w:spacing w:before="98" w:after="0" w:line="230" w:lineRule="auto"/>
              <w:ind w:left="74"/>
              <w:rPr>
                <w:rFonts w:ascii="Times New Roman" w:eastAsia="Times New Roman" w:hAnsi="Times New Roman"/>
                <w:color w:val="000000"/>
                <w:sz w:val="24"/>
                <w:lang w:val="ru-RU"/>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8.02.2023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r w:rsidR="00894001"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Default="00894001" w:rsidP="00894001">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Default="00894001" w:rsidP="00894001">
            <w:pPr>
              <w:autoSpaceDE w:val="0"/>
              <w:autoSpaceDN w:val="0"/>
              <w:spacing w:before="78" w:after="0" w:line="230" w:lineRule="auto"/>
              <w:ind w:left="72"/>
            </w:pPr>
            <w:r w:rsidRPr="00DB121E">
              <w:rPr>
                <w:rFonts w:ascii="Times New Roman" w:eastAsia="Times New Roman" w:hAnsi="Times New Roman"/>
                <w:b/>
                <w:color w:val="000000"/>
                <w:w w:val="97"/>
                <w:sz w:val="16"/>
                <w:lang w:val="ru-RU"/>
              </w:rPr>
              <w:t xml:space="preserve">Тень как пример пятна. Теневой театр. </w:t>
            </w:r>
            <w:r>
              <w:rPr>
                <w:rFonts w:ascii="Times New Roman" w:eastAsia="Times New Roman" w:hAnsi="Times New Roman"/>
                <w:b/>
                <w:color w:val="000000"/>
                <w:w w:val="97"/>
                <w:sz w:val="16"/>
              </w:rPr>
              <w:t>Силуэт.</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Default="00894001" w:rsidP="00894001">
            <w:pPr>
              <w:autoSpaceDE w:val="0"/>
              <w:autoSpaceDN w:val="0"/>
              <w:spacing w:before="98" w:after="0" w:line="230" w:lineRule="auto"/>
              <w:ind w:left="74"/>
              <w:rPr>
                <w:rFonts w:ascii="Times New Roman" w:eastAsia="Times New Roman" w:hAnsi="Times New Roman"/>
                <w:color w:val="000000"/>
                <w:sz w:val="24"/>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Default="00894001" w:rsidP="00894001"/>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Default="00894001" w:rsidP="00894001"/>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894001" w:rsidRDefault="00894001" w:rsidP="00894001">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22.02.2023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r w:rsidR="00894001" w:rsidRP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Default="00894001" w:rsidP="00894001">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DB121E" w:rsidRDefault="00894001" w:rsidP="00894001">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Навыки работы на уроке с жидкой краской и кистью, уход за своим рабочим местом.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autoSpaceDE w:val="0"/>
              <w:autoSpaceDN w:val="0"/>
              <w:spacing w:before="98" w:after="0" w:line="230" w:lineRule="auto"/>
              <w:ind w:left="74"/>
              <w:rPr>
                <w:rFonts w:ascii="Times New Roman" w:eastAsia="Times New Roman" w:hAnsi="Times New Roman"/>
                <w:color w:val="000000"/>
                <w:sz w:val="24"/>
                <w:lang w:val="ru-RU"/>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8.03.2023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r w:rsidR="00894001" w:rsidRP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Default="00894001" w:rsidP="00894001">
            <w:pPr>
              <w:autoSpaceDE w:val="0"/>
              <w:autoSpaceDN w:val="0"/>
              <w:spacing w:before="98" w:after="0" w:line="230" w:lineRule="auto"/>
              <w:ind w:left="72"/>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DB121E" w:rsidRDefault="00894001" w:rsidP="00894001">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Рассмотрение и анализ средств выражения — пятна и линии — в иллюстрациях художников к детским книгам.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autoSpaceDE w:val="0"/>
              <w:autoSpaceDN w:val="0"/>
              <w:spacing w:before="98" w:after="0" w:line="230" w:lineRule="auto"/>
              <w:ind w:left="74"/>
              <w:rPr>
                <w:rFonts w:ascii="Times New Roman" w:eastAsia="Times New Roman" w:hAnsi="Times New Roman"/>
                <w:color w:val="000000"/>
                <w:sz w:val="24"/>
                <w:lang w:val="ru-RU"/>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894001" w:rsidRDefault="00894001" w:rsidP="00894001">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22.03.2023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894001" w:rsidRPr="00927D7B" w:rsidRDefault="00894001" w:rsidP="00894001">
            <w:pPr>
              <w:tabs>
                <w:tab w:val="left" w:pos="156"/>
              </w:tabs>
              <w:autoSpaceDE w:val="0"/>
              <w:autoSpaceDN w:val="0"/>
              <w:spacing w:before="98" w:after="0" w:line="262" w:lineRule="auto"/>
              <w:rPr>
                <w:rFonts w:ascii="Times New Roman" w:eastAsia="Times New Roman" w:hAnsi="Times New Roman"/>
                <w:color w:val="000000"/>
                <w:sz w:val="24"/>
                <w:lang w:val="ru-RU"/>
              </w:rPr>
            </w:pPr>
            <w:r w:rsidRPr="00BD0A89">
              <w:rPr>
                <w:rFonts w:ascii="Times New Roman" w:eastAsia="Times New Roman" w:hAnsi="Times New Roman"/>
                <w:color w:val="000000"/>
                <w:sz w:val="24"/>
                <w:lang w:val="ru-RU"/>
              </w:rPr>
              <w:t>Практическая работа;</w:t>
            </w:r>
          </w:p>
        </w:tc>
      </w:tr>
    </w:tbl>
    <w:p w:rsidR="00927D7B" w:rsidRPr="00FA79A2" w:rsidRDefault="00927D7B" w:rsidP="00927D7B">
      <w:pPr>
        <w:rPr>
          <w:lang w:val="ru-RU"/>
        </w:rPr>
      </w:pPr>
    </w:p>
    <w:p w:rsidR="00927D7B" w:rsidRPr="00927D7B" w:rsidRDefault="00927D7B" w:rsidP="00927D7B">
      <w:pPr>
        <w:rPr>
          <w:lang w:val="ru-RU"/>
        </w:rPr>
      </w:pPr>
    </w:p>
    <w:p w:rsidR="00927D7B" w:rsidRPr="00927D7B" w:rsidRDefault="00927D7B" w:rsidP="00927D7B">
      <w:pPr>
        <w:rPr>
          <w:lang w:val="ru-RU"/>
        </w:rPr>
        <w:sectPr w:rsidR="00927D7B" w:rsidRPr="00927D7B">
          <w:pgSz w:w="11900" w:h="16840"/>
          <w:pgMar w:top="298" w:right="650" w:bottom="388" w:left="666" w:header="720" w:footer="720" w:gutter="0"/>
          <w:cols w:space="720" w:equalWidth="0">
            <w:col w:w="10584" w:space="0"/>
          </w:cols>
          <w:docGrid w:linePitch="360"/>
        </w:sectPr>
      </w:pPr>
    </w:p>
    <w:p w:rsidR="00927D7B" w:rsidRPr="00927D7B" w:rsidRDefault="00927D7B" w:rsidP="00927D7B">
      <w:pPr>
        <w:autoSpaceDE w:val="0"/>
        <w:autoSpaceDN w:val="0"/>
        <w:spacing w:after="66" w:line="220" w:lineRule="exact"/>
        <w:rPr>
          <w:lang w:val="ru-RU"/>
        </w:rPr>
      </w:pPr>
    </w:p>
    <w:p w:rsidR="00927D7B" w:rsidRPr="00927D7B" w:rsidRDefault="00927D7B" w:rsidP="00927D7B">
      <w:pPr>
        <w:autoSpaceDE w:val="0"/>
        <w:autoSpaceDN w:val="0"/>
        <w:spacing w:after="0" w:line="14" w:lineRule="exact"/>
        <w:rPr>
          <w:lang w:val="ru-RU"/>
        </w:rPr>
      </w:pPr>
    </w:p>
    <w:tbl>
      <w:tblPr>
        <w:tblW w:w="0" w:type="auto"/>
        <w:tblLayout w:type="fixed"/>
        <w:tblLook w:val="04A0"/>
      </w:tblPr>
      <w:tblGrid>
        <w:gridCol w:w="6"/>
        <w:gridCol w:w="498"/>
        <w:gridCol w:w="6"/>
        <w:gridCol w:w="3210"/>
        <w:gridCol w:w="6"/>
        <w:gridCol w:w="728"/>
        <w:gridCol w:w="6"/>
        <w:gridCol w:w="1614"/>
        <w:gridCol w:w="6"/>
        <w:gridCol w:w="1662"/>
        <w:gridCol w:w="6"/>
        <w:gridCol w:w="1230"/>
        <w:gridCol w:w="6"/>
        <w:gridCol w:w="1568"/>
        <w:gridCol w:w="6"/>
      </w:tblGrid>
      <w:tr w:rsidR="0006156D" w:rsidTr="00AC47F8">
        <w:trPr>
          <w:gridBefore w:val="1"/>
          <w:wBefore w:w="6" w:type="dxa"/>
          <w:trHeight w:hRule="exact" w:val="2172"/>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t>6</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Цвет как одно из главных средств выражения в изобразительном искусстве. </w:t>
            </w:r>
            <w:r>
              <w:rPr>
                <w:rFonts w:ascii="Times New Roman" w:eastAsia="Times New Roman" w:hAnsi="Times New Roman"/>
                <w:b/>
                <w:color w:val="000000"/>
                <w:w w:val="97"/>
                <w:sz w:val="16"/>
              </w:rPr>
              <w:t>Навыки работы гуашью в условиях урока.</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894001" w:rsidRDefault="00894001" w:rsidP="00AC47F8">
            <w:pPr>
              <w:autoSpaceDE w:val="0"/>
              <w:autoSpaceDN w:val="0"/>
              <w:spacing w:before="98" w:after="0" w:line="230" w:lineRule="auto"/>
              <w:jc w:val="center"/>
              <w:rPr>
                <w:lang w:val="ru-RU"/>
              </w:rPr>
            </w:pPr>
            <w:r>
              <w:rPr>
                <w:rFonts w:ascii="Times New Roman" w:eastAsia="Times New Roman" w:hAnsi="Times New Roman"/>
                <w:color w:val="000000"/>
                <w:sz w:val="24"/>
                <w:lang w:val="ru-RU"/>
              </w:rPr>
              <w:t>05.04.2023</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06156D" w:rsidTr="00AC47F8">
        <w:trPr>
          <w:gridBefore w:val="1"/>
          <w:wBefore w:w="6"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t>7</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Три основных цвета. Ассоциативные представления, связанные с каждым из цветов. </w:t>
            </w:r>
            <w:r>
              <w:rPr>
                <w:rFonts w:ascii="Times New Roman" w:eastAsia="Times New Roman" w:hAnsi="Times New Roman"/>
                <w:b/>
                <w:color w:val="000000"/>
                <w:w w:val="97"/>
                <w:sz w:val="16"/>
              </w:rPr>
              <w:t>Навыки смешения красок и получения нового цвета.</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894001" w:rsidP="00AC47F8">
            <w:pPr>
              <w:autoSpaceDE w:val="0"/>
              <w:autoSpaceDN w:val="0"/>
              <w:spacing w:before="98" w:after="0" w:line="230" w:lineRule="auto"/>
              <w:jc w:val="center"/>
            </w:pPr>
            <w:r>
              <w:rPr>
                <w:rFonts w:ascii="Times New Roman" w:eastAsia="Times New Roman" w:hAnsi="Times New Roman"/>
                <w:color w:val="000000"/>
                <w:sz w:val="24"/>
                <w:lang w:val="ru-RU"/>
              </w:rPr>
              <w:t>19.04.2023</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06156D" w:rsidTr="00AC47F8">
        <w:trPr>
          <w:gridBefore w:val="1"/>
          <w:wBefore w:w="6"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t>8</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76" w:after="0" w:line="233" w:lineRule="auto"/>
              <w:ind w:left="72"/>
            </w:pPr>
            <w:r>
              <w:rPr>
                <w:rFonts w:ascii="Times New Roman" w:eastAsia="Times New Roman" w:hAnsi="Times New Roman"/>
                <w:b/>
                <w:color w:val="000000"/>
                <w:w w:val="97"/>
                <w:sz w:val="16"/>
              </w:rPr>
              <w:t>Эмоциональная выразительность цвета.</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t>09</w:t>
            </w:r>
            <w:r>
              <w:rPr>
                <w:rFonts w:ascii="Times New Roman" w:eastAsia="Times New Roman" w:hAnsi="Times New Roman"/>
                <w:color w:val="000000"/>
                <w:sz w:val="24"/>
              </w:rPr>
              <w:t>.12.2022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06156D" w:rsidTr="00AC47F8">
        <w:trPr>
          <w:gridBefore w:val="1"/>
          <w:wBefore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t>9</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DB121E" w:rsidRDefault="0006156D" w:rsidP="00AC47F8">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Цвет как выражение настроения, душевного состояния.</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5E2414" w:rsidRDefault="0006156D" w:rsidP="00AC47F8">
            <w:pPr>
              <w:autoSpaceDE w:val="0"/>
              <w:autoSpaceDN w:val="0"/>
              <w:spacing w:before="98" w:after="0" w:line="230" w:lineRule="auto"/>
              <w:jc w:val="center"/>
              <w:rPr>
                <w:lang w:val="ru-RU"/>
              </w:rPr>
            </w:pPr>
            <w:r>
              <w:rPr>
                <w:rFonts w:ascii="Times New Roman" w:eastAsia="Times New Roman" w:hAnsi="Times New Roman"/>
                <w:color w:val="000000"/>
                <w:sz w:val="24"/>
                <w:lang w:val="ru-RU"/>
              </w:rPr>
              <w:t>23</w:t>
            </w:r>
            <w:r>
              <w:rPr>
                <w:rFonts w:ascii="Times New Roman" w:eastAsia="Times New Roman" w:hAnsi="Times New Roman"/>
                <w:color w:val="000000"/>
                <w:sz w:val="24"/>
              </w:rPr>
              <w:t>.</w:t>
            </w:r>
            <w:r>
              <w:rPr>
                <w:rFonts w:ascii="Times New Roman" w:eastAsia="Times New Roman" w:hAnsi="Times New Roman"/>
                <w:color w:val="000000"/>
                <w:sz w:val="24"/>
                <w:lang w:val="ru-RU"/>
              </w:rPr>
              <w:t>12</w:t>
            </w:r>
            <w:r>
              <w:rPr>
                <w:rFonts w:ascii="Times New Roman" w:eastAsia="Times New Roman" w:hAnsi="Times New Roman"/>
                <w:color w:val="000000"/>
                <w:sz w:val="24"/>
              </w:rPr>
              <w:t>.202</w:t>
            </w:r>
            <w:r>
              <w:rPr>
                <w:rFonts w:ascii="Times New Roman" w:eastAsia="Times New Roman" w:hAnsi="Times New Roman"/>
                <w:color w:val="000000"/>
                <w:sz w:val="24"/>
                <w:lang w:val="ru-RU"/>
              </w:rPr>
              <w:t>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06156D" w:rsidTr="00AC47F8">
        <w:trPr>
          <w:gridAfter w:val="1"/>
          <w:wAfter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FA79A2" w:rsidRDefault="0006156D" w:rsidP="00AC47F8">
            <w:pPr>
              <w:autoSpaceDE w:val="0"/>
              <w:autoSpaceDN w:val="0"/>
              <w:spacing w:before="98" w:after="0" w:line="230" w:lineRule="auto"/>
              <w:jc w:val="center"/>
              <w:rPr>
                <w:rFonts w:ascii="Times New Roman" w:eastAsia="Times New Roman" w:hAnsi="Times New Roman"/>
                <w:color w:val="000000"/>
                <w:sz w:val="24"/>
                <w:lang w:val="ru-RU"/>
              </w:rPr>
            </w:pPr>
            <w:r w:rsidRPr="00FA79A2">
              <w:rPr>
                <w:rFonts w:ascii="Times New Roman" w:eastAsia="Times New Roman" w:hAnsi="Times New Roman"/>
                <w:color w:val="000000"/>
                <w:sz w:val="24"/>
                <w:lang w:val="ru-RU"/>
              </w:rPr>
              <w:t>1</w:t>
            </w:r>
            <w:r>
              <w:rPr>
                <w:rFonts w:ascii="Times New Roman" w:eastAsia="Times New Roman" w:hAnsi="Times New Roman"/>
                <w:color w:val="000000"/>
                <w:sz w:val="24"/>
                <w:lang w:val="ru-RU"/>
              </w:rPr>
              <w:t>0</w:t>
            </w:r>
            <w:r w:rsidRPr="00FA79A2">
              <w:rPr>
                <w:rFonts w:ascii="Times New Roman" w:eastAsia="Times New Roman" w:hAnsi="Times New Roman"/>
                <w:color w:val="000000"/>
                <w:sz w:val="24"/>
                <w:lang w:val="ru-RU"/>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78" w:after="0" w:line="245" w:lineRule="auto"/>
              <w:ind w:left="72" w:right="144"/>
            </w:pPr>
            <w:r w:rsidRPr="00DB121E">
              <w:rPr>
                <w:rFonts w:ascii="Times New Roman" w:eastAsia="Times New Roman" w:hAnsi="Times New Roman"/>
                <w:b/>
                <w:color w:val="000000"/>
                <w:w w:val="97"/>
                <w:sz w:val="16"/>
                <w:lang w:val="ru-RU"/>
              </w:rPr>
              <w:t xml:space="preserve">Наш мир украшают цветы. Живописное изображение по представлению и восприятию разных по цвету и формам цветков. </w:t>
            </w:r>
            <w:r>
              <w:rPr>
                <w:rFonts w:ascii="Times New Roman" w:eastAsia="Times New Roman" w:hAnsi="Times New Roman"/>
                <w:b/>
                <w:color w:val="000000"/>
                <w:w w:val="97"/>
                <w:sz w:val="16"/>
              </w:rPr>
              <w:t>Развитие навыков работы гуашью и навыков наблюдения.</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FA79A2" w:rsidRDefault="0006156D" w:rsidP="00AC47F8">
            <w:pPr>
              <w:autoSpaceDE w:val="0"/>
              <w:autoSpaceDN w:val="0"/>
              <w:spacing w:before="98" w:after="0" w:line="23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FA79A2" w:rsidRDefault="0006156D" w:rsidP="00AC47F8">
            <w:pPr>
              <w:autoSpaceDE w:val="0"/>
              <w:autoSpaceDN w:val="0"/>
              <w:spacing w:before="98" w:after="0" w:line="230" w:lineRule="auto"/>
              <w:jc w:val="center"/>
              <w:rPr>
                <w:rFonts w:ascii="Times New Roman" w:eastAsia="Times New Roman" w:hAnsi="Times New Roman"/>
                <w:color w:val="000000"/>
                <w:sz w:val="24"/>
              </w:rPr>
            </w:pPr>
            <w:r>
              <w:rPr>
                <w:rFonts w:ascii="Times New Roman" w:eastAsia="Times New Roman" w:hAnsi="Times New Roman"/>
                <w:color w:val="000000"/>
                <w:sz w:val="24"/>
              </w:rPr>
              <w:t>2</w:t>
            </w:r>
            <w:r>
              <w:rPr>
                <w:rFonts w:ascii="Times New Roman" w:eastAsia="Times New Roman" w:hAnsi="Times New Roman"/>
                <w:color w:val="000000"/>
                <w:sz w:val="24"/>
                <w:lang w:val="ru-RU"/>
              </w:rPr>
              <w:t>0</w:t>
            </w:r>
            <w:r>
              <w:rPr>
                <w:rFonts w:ascii="Times New Roman" w:eastAsia="Times New Roman" w:hAnsi="Times New Roman"/>
                <w:color w:val="000000"/>
                <w:sz w:val="24"/>
              </w:rPr>
              <w:t>.01.2023</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FA79A2" w:rsidRDefault="0006156D" w:rsidP="00AC47F8">
            <w:pPr>
              <w:autoSpaceDE w:val="0"/>
              <w:autoSpaceDN w:val="0"/>
              <w:spacing w:before="98" w:after="0" w:line="262" w:lineRule="auto"/>
              <w:ind w:left="72"/>
              <w:rPr>
                <w:rFonts w:ascii="Times New Roman" w:eastAsia="Times New Roman" w:hAnsi="Times New Roman"/>
                <w:color w:val="000000"/>
                <w:sz w:val="24"/>
              </w:rPr>
            </w:pPr>
            <w:r>
              <w:rPr>
                <w:rFonts w:ascii="Times New Roman" w:eastAsia="Times New Roman" w:hAnsi="Times New Roman"/>
                <w:color w:val="000000"/>
                <w:sz w:val="24"/>
              </w:rPr>
              <w:t>Практическая работа;</w:t>
            </w:r>
          </w:p>
        </w:tc>
      </w:tr>
      <w:tr w:rsidR="0006156D" w:rsidTr="00AC47F8">
        <w:trPr>
          <w:gridAfter w:val="1"/>
          <w:wAfter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FA79A2" w:rsidRDefault="0006156D" w:rsidP="00AC47F8">
            <w:pPr>
              <w:autoSpaceDE w:val="0"/>
              <w:autoSpaceDN w:val="0"/>
              <w:spacing w:before="98" w:after="0" w:line="230"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Pr="00FA79A2">
              <w:rPr>
                <w:rFonts w:ascii="Times New Roman" w:eastAsia="Times New Roman" w:hAnsi="Times New Roman"/>
                <w:color w:val="000000"/>
                <w:sz w:val="24"/>
                <w:lang w:val="ru-RU"/>
              </w:rPr>
              <w:t>1.</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78" w:after="0" w:line="245" w:lineRule="auto"/>
              <w:ind w:left="72" w:right="576"/>
            </w:pPr>
            <w:r w:rsidRPr="00DB121E">
              <w:rPr>
                <w:rFonts w:ascii="Times New Roman" w:eastAsia="Times New Roman" w:hAnsi="Times New Roman"/>
                <w:b/>
                <w:color w:val="000000"/>
                <w:w w:val="97"/>
                <w:sz w:val="16"/>
                <w:lang w:val="ru-RU"/>
              </w:rPr>
              <w:t xml:space="preserve">Тематическая композиция «Времена года». Контрастные цветовые состояния времён года. </w:t>
            </w:r>
            <w:r>
              <w:rPr>
                <w:rFonts w:ascii="Times New Roman" w:eastAsia="Times New Roman" w:hAnsi="Times New Roman"/>
                <w:b/>
                <w:color w:val="000000"/>
                <w:w w:val="97"/>
                <w:sz w:val="16"/>
              </w:rPr>
              <w:t>Работа гуашью, в технике аппликации или в смешанной технике.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FA79A2" w:rsidRDefault="0006156D" w:rsidP="00AC47F8">
            <w:pPr>
              <w:autoSpaceDE w:val="0"/>
              <w:autoSpaceDN w:val="0"/>
              <w:spacing w:before="98" w:after="0" w:line="23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FA79A2" w:rsidRDefault="0006156D" w:rsidP="00AC47F8">
            <w:pPr>
              <w:autoSpaceDE w:val="0"/>
              <w:autoSpaceDN w:val="0"/>
              <w:spacing w:before="98" w:after="0" w:line="230" w:lineRule="auto"/>
              <w:jc w:val="center"/>
              <w:rPr>
                <w:rFonts w:ascii="Times New Roman" w:eastAsia="Times New Roman" w:hAnsi="Times New Roman"/>
                <w:color w:val="000000"/>
                <w:sz w:val="24"/>
              </w:rPr>
            </w:pPr>
            <w:r>
              <w:rPr>
                <w:rFonts w:ascii="Times New Roman" w:eastAsia="Times New Roman" w:hAnsi="Times New Roman"/>
                <w:color w:val="000000"/>
                <w:sz w:val="24"/>
                <w:lang w:val="ru-RU"/>
              </w:rPr>
              <w:t>03</w:t>
            </w:r>
            <w:r>
              <w:rPr>
                <w:rFonts w:ascii="Times New Roman" w:eastAsia="Times New Roman" w:hAnsi="Times New Roman"/>
                <w:color w:val="000000"/>
                <w:sz w:val="24"/>
              </w:rPr>
              <w:t>.02.2023</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FA79A2" w:rsidRDefault="0006156D" w:rsidP="00AC47F8">
            <w:pPr>
              <w:autoSpaceDE w:val="0"/>
              <w:autoSpaceDN w:val="0"/>
              <w:spacing w:before="98" w:after="0" w:line="262" w:lineRule="auto"/>
              <w:ind w:left="72"/>
              <w:rPr>
                <w:rFonts w:ascii="Times New Roman" w:eastAsia="Times New Roman" w:hAnsi="Times New Roman"/>
                <w:color w:val="000000"/>
                <w:sz w:val="24"/>
              </w:rPr>
            </w:pPr>
            <w:r>
              <w:rPr>
                <w:rFonts w:ascii="Times New Roman" w:eastAsia="Times New Roman" w:hAnsi="Times New Roman"/>
                <w:color w:val="000000"/>
                <w:sz w:val="24"/>
              </w:rPr>
              <w:t>Практическая работа;</w:t>
            </w:r>
          </w:p>
        </w:tc>
      </w:tr>
    </w:tbl>
    <w:p w:rsidR="00927D7B" w:rsidRDefault="00927D7B" w:rsidP="00927D7B">
      <w:pPr>
        <w:autoSpaceDE w:val="0"/>
        <w:autoSpaceDN w:val="0"/>
        <w:spacing w:after="66" w:line="220" w:lineRule="exact"/>
      </w:pPr>
    </w:p>
    <w:tbl>
      <w:tblPr>
        <w:tblpPr w:leftFromText="180" w:rightFromText="180" w:vertAnchor="text" w:horzAnchor="margin" w:tblpY="303"/>
        <w:tblW w:w="0" w:type="auto"/>
        <w:tblLayout w:type="fixed"/>
        <w:tblLook w:val="04A0"/>
      </w:tblPr>
      <w:tblGrid>
        <w:gridCol w:w="504"/>
        <w:gridCol w:w="3216"/>
        <w:gridCol w:w="734"/>
        <w:gridCol w:w="1620"/>
        <w:gridCol w:w="1668"/>
        <w:gridCol w:w="1236"/>
        <w:gridCol w:w="1574"/>
      </w:tblGrid>
      <w:tr w:rsidR="0006156D" w:rsidTr="00AC47F8">
        <w:trPr>
          <w:trHeight w:hRule="exact" w:val="385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t>12</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DB121E" w:rsidRDefault="0006156D" w:rsidP="00AC47F8">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Изображение в объёме. Приёмы работы с пластилином; дощечка, стек, тряпочка.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rPr>
              <w:t>17.02.2023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06156D" w:rsidTr="00AC47F8">
        <w:trPr>
          <w:trHeight w:hRule="exact" w:val="452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lastRenderedPageBreak/>
              <w:t>13</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Лепка зверушек из цельной формы (черепашки, ёжика, зайчика и т. д.). </w:t>
            </w:r>
            <w:r>
              <w:rPr>
                <w:rFonts w:ascii="Times New Roman" w:eastAsia="Times New Roman" w:hAnsi="Times New Roman"/>
                <w:b/>
                <w:color w:val="000000"/>
                <w:w w:val="97"/>
                <w:sz w:val="16"/>
              </w:rPr>
              <w:t>Приёмы вытягивания, вдавливания, сгибания, скручивания.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t>02</w:t>
            </w:r>
            <w:r>
              <w:rPr>
                <w:rFonts w:ascii="Times New Roman" w:eastAsia="Times New Roman" w:hAnsi="Times New Roman"/>
                <w:color w:val="000000"/>
                <w:sz w:val="24"/>
              </w:rPr>
              <w:t>.03.2023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06156D" w:rsidTr="00AC47F8">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pPr>
            <w:r>
              <w:rPr>
                <w:rFonts w:ascii="Times New Roman" w:eastAsia="Times New Roman" w:hAnsi="Times New Roman"/>
                <w:color w:val="000000"/>
                <w:sz w:val="24"/>
                <w:lang w:val="ru-RU"/>
              </w:rPr>
              <w:t>14</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DB121E" w:rsidRDefault="0006156D" w:rsidP="00AC47F8">
            <w:pPr>
              <w:autoSpaceDE w:val="0"/>
              <w:autoSpaceDN w:val="0"/>
              <w:spacing w:before="76" w:after="0" w:line="233" w:lineRule="auto"/>
              <w:ind w:left="72"/>
              <w:rPr>
                <w:lang w:val="ru-RU"/>
              </w:rPr>
            </w:pPr>
            <w:r w:rsidRPr="00DB121E">
              <w:rPr>
                <w:rFonts w:ascii="Times New Roman" w:eastAsia="Times New Roman" w:hAnsi="Times New Roman"/>
                <w:b/>
                <w:color w:val="000000"/>
                <w:w w:val="97"/>
                <w:sz w:val="16"/>
                <w:lang w:val="ru-RU"/>
              </w:rPr>
              <w:t>Бумажная пластика. Овладение первичными приёмами надрезания, закручивания, складывания в работе над объёмной аппликацией.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2"/>
            </w:pPr>
            <w:r>
              <w:rPr>
                <w:rFonts w:ascii="Times New Roman" w:eastAsia="Times New Roman" w:hAnsi="Times New Roman"/>
                <w:color w:val="000000"/>
                <w:sz w:val="24"/>
                <w:lang w:val="ru-RU"/>
              </w:rPr>
              <w:t>16</w:t>
            </w:r>
            <w:r>
              <w:rPr>
                <w:rFonts w:ascii="Times New Roman" w:eastAsia="Times New Roman" w:hAnsi="Times New Roman"/>
                <w:color w:val="000000"/>
                <w:sz w:val="24"/>
              </w:rPr>
              <w:t xml:space="preserve">.03.2023 </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tabs>
                <w:tab w:val="left" w:pos="156"/>
              </w:tabs>
              <w:autoSpaceDE w:val="0"/>
              <w:autoSpaceDN w:val="0"/>
              <w:spacing w:before="98" w:after="0" w:line="262" w:lineRule="auto"/>
            </w:pPr>
            <w:r>
              <w:rPr>
                <w:rFonts w:ascii="Times New Roman" w:eastAsia="Times New Roman" w:hAnsi="Times New Roman"/>
                <w:color w:val="000000"/>
                <w:sz w:val="24"/>
              </w:rPr>
              <w:t xml:space="preserve"> Практическая </w:t>
            </w:r>
            <w:r>
              <w:tab/>
            </w:r>
            <w:r>
              <w:rPr>
                <w:rFonts w:ascii="Times New Roman" w:eastAsia="Times New Roman" w:hAnsi="Times New Roman"/>
                <w:color w:val="000000"/>
                <w:sz w:val="24"/>
              </w:rPr>
              <w:t>работа;</w:t>
            </w:r>
          </w:p>
        </w:tc>
      </w:tr>
      <w:tr w:rsidR="0006156D" w:rsidRPr="00BA2FD3" w:rsidTr="00AC47F8">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DB121E" w:rsidRDefault="0006156D" w:rsidP="00AC47F8">
            <w:pPr>
              <w:autoSpaceDE w:val="0"/>
              <w:autoSpaceDN w:val="0"/>
              <w:spacing w:before="76" w:after="0" w:line="245" w:lineRule="auto"/>
              <w:ind w:left="72" w:right="144"/>
              <w:rPr>
                <w:lang w:val="ru-RU"/>
              </w:rPr>
            </w:pPr>
            <w:r w:rsidRPr="00DB121E">
              <w:rPr>
                <w:rFonts w:ascii="Times New Roman" w:eastAsia="Times New Roman" w:hAnsi="Times New Roman"/>
                <w:b/>
                <w:color w:val="000000"/>
                <w:w w:val="97"/>
                <w:sz w:val="16"/>
                <w:lang w:val="ru-RU"/>
              </w:rPr>
              <w:t>Лепка игрушки по мотивам одного из наиболее известных народных художественных промыслов (дымковская, каргопольская игрушки или по выбору учителя с учётом местных промыслов).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AC47F8">
            <w:pPr>
              <w:autoSpaceDE w:val="0"/>
              <w:autoSpaceDN w:val="0"/>
              <w:spacing w:before="98" w:after="0" w:line="230" w:lineRule="auto"/>
              <w:ind w:left="74"/>
              <w:rPr>
                <w:rFonts w:ascii="Times New Roman" w:eastAsia="Times New Roman" w:hAnsi="Times New Roman"/>
                <w:color w:val="000000"/>
                <w:sz w:val="24"/>
                <w:lang w:val="ru-RU"/>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2"/>
              <w:rPr>
                <w:rFonts w:ascii="Times New Roman" w:eastAsia="Times New Roman" w:hAnsi="Times New Roman"/>
                <w:color w:val="000000"/>
                <w:sz w:val="24"/>
                <w:lang w:val="ru-RU"/>
              </w:rPr>
            </w:pP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AC47F8">
            <w:pPr>
              <w:tabs>
                <w:tab w:val="left" w:pos="156"/>
              </w:tabs>
              <w:autoSpaceDE w:val="0"/>
              <w:autoSpaceDN w:val="0"/>
              <w:spacing w:before="98" w:after="0" w:line="262" w:lineRule="auto"/>
              <w:rPr>
                <w:rFonts w:ascii="Times New Roman" w:eastAsia="Times New Roman" w:hAnsi="Times New Roman"/>
                <w:color w:val="000000"/>
                <w:sz w:val="24"/>
                <w:lang w:val="ru-RU"/>
              </w:rPr>
            </w:pPr>
          </w:p>
        </w:tc>
      </w:tr>
      <w:tr w:rsidR="0006156D" w:rsidRPr="00BA2FD3" w:rsidTr="00AC47F8">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jc w:val="center"/>
              <w:rPr>
                <w:rFonts w:ascii="Times New Roman" w:eastAsia="Times New Roman" w:hAnsi="Times New Roman"/>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DB121E" w:rsidRDefault="0006156D" w:rsidP="00AC47F8">
            <w:pPr>
              <w:autoSpaceDE w:val="0"/>
              <w:autoSpaceDN w:val="0"/>
              <w:spacing w:before="78" w:after="0" w:line="230" w:lineRule="auto"/>
              <w:ind w:left="72"/>
              <w:rPr>
                <w:lang w:val="ru-RU"/>
              </w:rPr>
            </w:pPr>
            <w:r w:rsidRPr="00DB121E">
              <w:rPr>
                <w:rFonts w:ascii="Times New Roman" w:eastAsia="Times New Roman" w:hAnsi="Times New Roman"/>
                <w:b/>
                <w:color w:val="000000"/>
                <w:w w:val="97"/>
                <w:sz w:val="16"/>
                <w:lang w:val="ru-RU"/>
              </w:rPr>
              <w:t>Объёмная аппликация из бумаги и картона.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AC47F8">
            <w:pPr>
              <w:autoSpaceDE w:val="0"/>
              <w:autoSpaceDN w:val="0"/>
              <w:spacing w:before="98" w:after="0" w:line="230" w:lineRule="auto"/>
              <w:ind w:left="74"/>
              <w:rPr>
                <w:rFonts w:ascii="Times New Roman" w:eastAsia="Times New Roman" w:hAnsi="Times New Roman"/>
                <w:color w:val="000000"/>
                <w:sz w:val="24"/>
                <w:lang w:val="ru-RU"/>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AC47F8">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AC47F8">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98" w:after="0" w:line="230" w:lineRule="auto"/>
              <w:ind w:left="72"/>
              <w:rPr>
                <w:rFonts w:ascii="Times New Roman" w:eastAsia="Times New Roman" w:hAnsi="Times New Roman"/>
                <w:color w:val="000000"/>
                <w:sz w:val="24"/>
                <w:lang w:val="ru-RU"/>
              </w:rPr>
            </w:pP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AC47F8">
            <w:pPr>
              <w:tabs>
                <w:tab w:val="left" w:pos="156"/>
              </w:tabs>
              <w:autoSpaceDE w:val="0"/>
              <w:autoSpaceDN w:val="0"/>
              <w:spacing w:before="98" w:after="0" w:line="262" w:lineRule="auto"/>
              <w:rPr>
                <w:rFonts w:ascii="Times New Roman" w:eastAsia="Times New Roman" w:hAnsi="Times New Roman"/>
                <w:color w:val="000000"/>
                <w:sz w:val="24"/>
                <w:lang w:val="ru-RU"/>
              </w:rPr>
            </w:pPr>
          </w:p>
        </w:tc>
      </w:tr>
    </w:tbl>
    <w:tbl>
      <w:tblPr>
        <w:tblpPr w:leftFromText="180" w:rightFromText="180" w:vertAnchor="text" w:horzAnchor="margin" w:tblpY="10590"/>
        <w:tblW w:w="0" w:type="auto"/>
        <w:tblLayout w:type="fixed"/>
        <w:tblLook w:val="04A0"/>
      </w:tblPr>
      <w:tblGrid>
        <w:gridCol w:w="504"/>
        <w:gridCol w:w="3216"/>
        <w:gridCol w:w="734"/>
        <w:gridCol w:w="1620"/>
        <w:gridCol w:w="1668"/>
        <w:gridCol w:w="1236"/>
        <w:gridCol w:w="1574"/>
      </w:tblGrid>
      <w:tr w:rsidR="0006156D" w:rsidTr="0006156D">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5E2414" w:rsidRDefault="0006156D" w:rsidP="0006156D">
            <w:pPr>
              <w:autoSpaceDE w:val="0"/>
              <w:autoSpaceDN w:val="0"/>
              <w:spacing w:before="98" w:after="0" w:line="230" w:lineRule="auto"/>
              <w:jc w:val="center"/>
              <w:rPr>
                <w:i/>
              </w:rPr>
            </w:pPr>
            <w:r w:rsidRPr="005E2414">
              <w:rPr>
                <w:rFonts w:ascii="Times New Roman" w:eastAsia="Times New Roman" w:hAnsi="Times New Roman"/>
                <w:i/>
                <w:color w:val="000000"/>
                <w:sz w:val="24"/>
                <w:lang w:val="ru-RU"/>
              </w:rPr>
              <w:t>15</w:t>
            </w:r>
            <w:r w:rsidRPr="005E2414">
              <w:rPr>
                <w:rFonts w:ascii="Times New Roman" w:eastAsia="Times New Roman" w:hAnsi="Times New Roman"/>
                <w:i/>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78" w:after="0" w:line="230" w:lineRule="auto"/>
              <w:ind w:left="72"/>
            </w:pPr>
            <w:r>
              <w:rPr>
                <w:rFonts w:ascii="Times New Roman" w:eastAsia="Times New Roman" w:hAnsi="Times New Roman"/>
                <w:b/>
                <w:color w:val="000000"/>
                <w:w w:val="97"/>
                <w:sz w:val="16"/>
              </w:rPr>
              <w:t>Узоры в природе.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30" w:lineRule="auto"/>
              <w:jc w:val="center"/>
            </w:pPr>
            <w:r>
              <w:rPr>
                <w:rFonts w:ascii="Times New Roman" w:eastAsia="Times New Roman" w:hAnsi="Times New Roman"/>
                <w:color w:val="000000"/>
                <w:sz w:val="24"/>
              </w:rPr>
              <w:t>14.04.2023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06156D" w:rsidTr="0006156D">
        <w:trPr>
          <w:trHeight w:hRule="exact" w:val="315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5E2414" w:rsidRDefault="0006156D" w:rsidP="0006156D">
            <w:pPr>
              <w:autoSpaceDE w:val="0"/>
              <w:autoSpaceDN w:val="0"/>
              <w:spacing w:before="98" w:after="0" w:line="230" w:lineRule="auto"/>
              <w:jc w:val="center"/>
              <w:rPr>
                <w:i/>
              </w:rPr>
            </w:pPr>
            <w:r w:rsidRPr="005E2414">
              <w:rPr>
                <w:rFonts w:ascii="Times New Roman" w:eastAsia="Times New Roman" w:hAnsi="Times New Roman"/>
                <w:i/>
                <w:color w:val="000000"/>
                <w:sz w:val="24"/>
                <w:lang w:val="ru-RU"/>
              </w:rPr>
              <w:t>16</w:t>
            </w:r>
            <w:r w:rsidRPr="005E2414">
              <w:rPr>
                <w:rFonts w:ascii="Times New Roman" w:eastAsia="Times New Roman" w:hAnsi="Times New Roman"/>
                <w:i/>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DB121E" w:rsidRDefault="0006156D" w:rsidP="00AC47F8">
            <w:pPr>
              <w:autoSpaceDE w:val="0"/>
              <w:autoSpaceDN w:val="0"/>
              <w:spacing w:before="76" w:after="0" w:line="245" w:lineRule="auto"/>
              <w:ind w:left="72" w:right="1008"/>
              <w:rPr>
                <w:lang w:val="ru-RU"/>
              </w:rPr>
            </w:pPr>
            <w:r w:rsidRPr="00DB121E">
              <w:rPr>
                <w:rFonts w:ascii="Times New Roman" w:eastAsia="Times New Roman" w:hAnsi="Times New Roman"/>
                <w:b/>
                <w:color w:val="000000"/>
                <w:w w:val="97"/>
                <w:sz w:val="16"/>
                <w:lang w:val="ru-RU"/>
              </w:rPr>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30" w:lineRule="auto"/>
              <w:jc w:val="center"/>
            </w:pPr>
            <w:r>
              <w:rPr>
                <w:rFonts w:ascii="Times New Roman" w:eastAsia="Times New Roman" w:hAnsi="Times New Roman"/>
                <w:color w:val="000000"/>
                <w:sz w:val="24"/>
              </w:rPr>
              <w:t>28.04.2023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06156D" w:rsidRPr="00BA2FD3" w:rsidTr="0006156D">
        <w:trPr>
          <w:trHeight w:hRule="exact" w:val="315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5E2414" w:rsidRDefault="0006156D" w:rsidP="0006156D">
            <w:pPr>
              <w:autoSpaceDE w:val="0"/>
              <w:autoSpaceDN w:val="0"/>
              <w:spacing w:before="98" w:after="0" w:line="230" w:lineRule="auto"/>
              <w:jc w:val="center"/>
              <w:rPr>
                <w:rFonts w:ascii="Times New Roman" w:eastAsia="Times New Roman" w:hAnsi="Times New Roman"/>
                <w:i/>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DB121E" w:rsidRDefault="0006156D" w:rsidP="00AC47F8">
            <w:pPr>
              <w:autoSpaceDE w:val="0"/>
              <w:autoSpaceDN w:val="0"/>
              <w:spacing w:before="76" w:after="0" w:line="245" w:lineRule="auto"/>
              <w:ind w:left="72" w:right="432"/>
              <w:rPr>
                <w:lang w:val="ru-RU"/>
              </w:rPr>
            </w:pPr>
            <w:r w:rsidRPr="00DB121E">
              <w:rPr>
                <w:rFonts w:ascii="Times New Roman" w:eastAsia="Times New Roman" w:hAnsi="Times New Roman"/>
                <w:b/>
                <w:color w:val="000000"/>
                <w:w w:val="97"/>
                <w:sz w:val="16"/>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06156D">
            <w:pPr>
              <w:autoSpaceDE w:val="0"/>
              <w:autoSpaceDN w:val="0"/>
              <w:spacing w:before="98" w:after="0" w:line="230" w:lineRule="auto"/>
              <w:ind w:left="74"/>
              <w:rPr>
                <w:rFonts w:ascii="Times New Roman" w:eastAsia="Times New Roman" w:hAnsi="Times New Roman"/>
                <w:color w:val="000000"/>
                <w:sz w:val="24"/>
                <w:lang w:val="ru-RU"/>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06156D">
            <w:pPr>
              <w:rPr>
                <w:lang w:val="ru-RU"/>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06156D">
            <w:pPr>
              <w:rPr>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06156D">
            <w:pPr>
              <w:autoSpaceDE w:val="0"/>
              <w:autoSpaceDN w:val="0"/>
              <w:spacing w:before="98" w:after="0" w:line="230" w:lineRule="auto"/>
              <w:jc w:val="center"/>
              <w:rPr>
                <w:rFonts w:ascii="Times New Roman" w:eastAsia="Times New Roman" w:hAnsi="Times New Roman"/>
                <w:color w:val="000000"/>
                <w:sz w:val="24"/>
                <w:lang w:val="ru-RU"/>
              </w:rPr>
            </w:pP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06156D" w:rsidRDefault="0006156D" w:rsidP="0006156D">
            <w:pPr>
              <w:autoSpaceDE w:val="0"/>
              <w:autoSpaceDN w:val="0"/>
              <w:spacing w:before="98" w:after="0" w:line="262" w:lineRule="auto"/>
              <w:ind w:left="72"/>
              <w:rPr>
                <w:rFonts w:ascii="Times New Roman" w:eastAsia="Times New Roman" w:hAnsi="Times New Roman"/>
                <w:color w:val="000000"/>
                <w:sz w:val="24"/>
                <w:lang w:val="ru-RU"/>
              </w:rPr>
            </w:pPr>
          </w:p>
        </w:tc>
      </w:tr>
      <w:tr w:rsidR="0006156D" w:rsidTr="0006156D">
        <w:trPr>
          <w:trHeight w:hRule="exact" w:val="315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Pr="005E2414" w:rsidRDefault="0006156D" w:rsidP="0006156D">
            <w:pPr>
              <w:autoSpaceDE w:val="0"/>
              <w:autoSpaceDN w:val="0"/>
              <w:spacing w:before="98" w:after="0" w:line="230" w:lineRule="auto"/>
              <w:jc w:val="center"/>
              <w:rPr>
                <w:rFonts w:ascii="Times New Roman" w:eastAsia="Times New Roman" w:hAnsi="Times New Roman"/>
                <w:i/>
                <w:color w:val="000000"/>
                <w:sz w:val="24"/>
                <w:lang w:val="ru-RU"/>
              </w:rPr>
            </w:pP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AC47F8">
            <w:pPr>
              <w:autoSpaceDE w:val="0"/>
              <w:autoSpaceDN w:val="0"/>
              <w:spacing w:before="76" w:after="0" w:line="233" w:lineRule="auto"/>
              <w:ind w:left="72"/>
            </w:pPr>
            <w:r w:rsidRPr="00DB121E">
              <w:rPr>
                <w:rFonts w:ascii="Times New Roman" w:eastAsia="Times New Roman" w:hAnsi="Times New Roman"/>
                <w:b/>
                <w:color w:val="000000"/>
                <w:w w:val="97"/>
                <w:sz w:val="16"/>
                <w:lang w:val="ru-RU"/>
              </w:rPr>
              <w:t xml:space="preserve">Узоры и орнаменты, создаваемые людьми, и разнообразие их видов. </w:t>
            </w:r>
            <w:r>
              <w:rPr>
                <w:rFonts w:ascii="Times New Roman" w:eastAsia="Times New Roman" w:hAnsi="Times New Roman"/>
                <w:b/>
                <w:color w:val="000000"/>
                <w:w w:val="97"/>
                <w:sz w:val="16"/>
              </w:rPr>
              <w:t>Орнаменты геометрические и растительные.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30" w:lineRule="auto"/>
              <w:ind w:left="74"/>
              <w:rPr>
                <w:rFonts w:ascii="Times New Roman" w:eastAsia="Times New Roman" w:hAnsi="Times New Roman"/>
                <w:color w:val="000000"/>
                <w:sz w:val="24"/>
              </w:rPr>
            </w:pP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30" w:lineRule="auto"/>
              <w:jc w:val="center"/>
              <w:rPr>
                <w:rFonts w:ascii="Times New Roman" w:eastAsia="Times New Roman" w:hAnsi="Times New Roman"/>
                <w:color w:val="000000"/>
                <w:sz w:val="24"/>
              </w:rPr>
            </w:pP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06156D" w:rsidRDefault="0006156D" w:rsidP="0006156D">
            <w:pPr>
              <w:autoSpaceDE w:val="0"/>
              <w:autoSpaceDN w:val="0"/>
              <w:spacing w:before="98" w:after="0" w:line="262" w:lineRule="auto"/>
              <w:ind w:left="72"/>
              <w:rPr>
                <w:rFonts w:ascii="Times New Roman" w:eastAsia="Times New Roman" w:hAnsi="Times New Roman"/>
                <w:color w:val="000000"/>
                <w:sz w:val="24"/>
              </w:rPr>
            </w:pPr>
          </w:p>
        </w:tc>
      </w:tr>
    </w:tbl>
    <w:p w:rsidR="00927D7B" w:rsidRDefault="00927D7B" w:rsidP="00927D7B">
      <w:pPr>
        <w:autoSpaceDE w:val="0"/>
        <w:autoSpaceDN w:val="0"/>
        <w:spacing w:after="0" w:line="14" w:lineRule="exact"/>
      </w:pPr>
    </w:p>
    <w:p w:rsidR="00927D7B" w:rsidRPr="005E2414" w:rsidRDefault="00927D7B" w:rsidP="00927D7B">
      <w:pPr>
        <w:rPr>
          <w:lang w:val="ru-RU"/>
        </w:rPr>
      </w:pPr>
    </w:p>
    <w:tbl>
      <w:tblPr>
        <w:tblpPr w:leftFromText="180" w:rightFromText="180" w:vertAnchor="text" w:horzAnchor="page" w:tblpX="1173" w:tblpY="41"/>
        <w:tblW w:w="0" w:type="auto"/>
        <w:tblLayout w:type="fixed"/>
        <w:tblLook w:val="04A0"/>
      </w:tblPr>
      <w:tblGrid>
        <w:gridCol w:w="504"/>
        <w:gridCol w:w="3216"/>
        <w:gridCol w:w="734"/>
        <w:gridCol w:w="1620"/>
        <w:gridCol w:w="1668"/>
        <w:gridCol w:w="1236"/>
        <w:gridCol w:w="1574"/>
      </w:tblGrid>
      <w:tr w:rsidR="00927D7B" w:rsidTr="00AC47F8">
        <w:trPr>
          <w:trHeight w:hRule="exact" w:val="21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100" w:after="0" w:line="230" w:lineRule="auto"/>
              <w:jc w:val="center"/>
            </w:pPr>
            <w:r>
              <w:rPr>
                <w:rFonts w:ascii="Times New Roman" w:eastAsia="Times New Roman" w:hAnsi="Times New Roman"/>
                <w:color w:val="000000"/>
                <w:sz w:val="24"/>
                <w:lang w:val="ru-RU"/>
              </w:rPr>
              <w:t>17</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100" w:after="0" w:line="281" w:lineRule="auto"/>
              <w:ind w:left="72"/>
              <w:rPr>
                <w:lang w:val="ru-RU"/>
              </w:rPr>
            </w:pPr>
            <w:r w:rsidRPr="006C4CE9">
              <w:rPr>
                <w:rFonts w:ascii="Times New Roman" w:eastAsia="Times New Roman" w:hAnsi="Times New Roman"/>
                <w:color w:val="000000"/>
                <w:sz w:val="24"/>
                <w:lang w:val="ru-RU"/>
              </w:rPr>
              <w:t xml:space="preserve">Редактирование фотографий в программе </w:t>
            </w:r>
            <w:r>
              <w:rPr>
                <w:rFonts w:ascii="Times New Roman" w:eastAsia="Times New Roman" w:hAnsi="Times New Roman"/>
                <w:color w:val="000000"/>
                <w:sz w:val="24"/>
              </w:rPr>
              <w:t>Picture</w:t>
            </w:r>
            <w:r w:rsidRPr="006C4CE9">
              <w:rPr>
                <w:rFonts w:ascii="Times New Roman" w:eastAsia="Times New Roman" w:hAnsi="Times New Roman"/>
                <w:color w:val="000000"/>
                <w:sz w:val="24"/>
                <w:lang w:val="ru-RU"/>
              </w:rPr>
              <w:t xml:space="preserve"> </w:t>
            </w:r>
            <w:r>
              <w:rPr>
                <w:rFonts w:ascii="Times New Roman" w:eastAsia="Times New Roman" w:hAnsi="Times New Roman"/>
                <w:color w:val="000000"/>
                <w:sz w:val="24"/>
              </w:rPr>
              <w:t>Manager</w:t>
            </w:r>
            <w:r w:rsidRPr="006C4CE9">
              <w:rPr>
                <w:rFonts w:ascii="Times New Roman" w:eastAsia="Times New Roman" w:hAnsi="Times New Roman"/>
                <w:color w:val="000000"/>
                <w:sz w:val="24"/>
                <w:lang w:val="ru-RU"/>
              </w:rPr>
              <w:t xml:space="preserve">: изменение яркости, </w:t>
            </w:r>
            <w:r w:rsidRPr="006C4CE9">
              <w:rPr>
                <w:lang w:val="ru-RU"/>
              </w:rPr>
              <w:br/>
            </w:r>
            <w:r w:rsidRPr="006C4CE9">
              <w:rPr>
                <w:rFonts w:ascii="Times New Roman" w:eastAsia="Times New Roman" w:hAnsi="Times New Roman"/>
                <w:color w:val="000000"/>
                <w:sz w:val="24"/>
                <w:lang w:val="ru-RU"/>
              </w:rPr>
              <w:t xml:space="preserve">контраста, насыщенности </w:t>
            </w:r>
            <w:r w:rsidRPr="006C4CE9">
              <w:rPr>
                <w:lang w:val="ru-RU"/>
              </w:rPr>
              <w:br/>
            </w:r>
            <w:r w:rsidRPr="006C4CE9">
              <w:rPr>
                <w:rFonts w:ascii="Times New Roman" w:eastAsia="Times New Roman" w:hAnsi="Times New Roman"/>
                <w:color w:val="000000"/>
                <w:sz w:val="24"/>
                <w:lang w:val="ru-RU"/>
              </w:rPr>
              <w:t xml:space="preserve">цвета; обрезка, поворот, </w:t>
            </w:r>
            <w:r w:rsidRPr="006C4CE9">
              <w:rPr>
                <w:lang w:val="ru-RU"/>
              </w:rPr>
              <w:br/>
            </w:r>
            <w:r w:rsidRPr="006C4CE9">
              <w:rPr>
                <w:rFonts w:ascii="Times New Roman" w:eastAsia="Times New Roman" w:hAnsi="Times New Roman"/>
                <w:color w:val="000000"/>
                <w:sz w:val="24"/>
                <w:lang w:val="ru-RU"/>
              </w:rPr>
              <w:t>отражение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100" w:after="0" w:line="230" w:lineRule="auto"/>
              <w:jc w:val="center"/>
            </w:pPr>
            <w:r>
              <w:rPr>
                <w:rFonts w:ascii="Times New Roman" w:eastAsia="Times New Roman" w:hAnsi="Times New Roman"/>
                <w:color w:val="000000"/>
                <w:sz w:val="24"/>
              </w:rPr>
              <w:t>12.05.2023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100"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808"/>
        </w:trPr>
        <w:tc>
          <w:tcPr>
            <w:tcW w:w="37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62" w:lineRule="auto"/>
              <w:ind w:left="72" w:right="144"/>
              <w:rPr>
                <w:lang w:val="ru-RU"/>
              </w:rPr>
            </w:pPr>
            <w:r w:rsidRPr="006C4CE9">
              <w:rPr>
                <w:rFonts w:ascii="Times New Roman" w:eastAsia="Times New Roman" w:hAnsi="Times New Roman"/>
                <w:color w:val="000000"/>
                <w:sz w:val="24"/>
                <w:lang w:val="ru-RU"/>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30" w:lineRule="auto"/>
              <w:ind w:left="74"/>
              <w:rPr>
                <w:lang w:val="ru-RU"/>
              </w:rPr>
            </w:pPr>
            <w:r>
              <w:rPr>
                <w:rFonts w:ascii="Times New Roman" w:eastAsia="Times New Roman" w:hAnsi="Times New Roman"/>
                <w:color w:val="000000"/>
                <w:sz w:val="24"/>
                <w:lang w:val="ru-RU"/>
              </w:rPr>
              <w:t>17</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rPr>
              <w:t>3</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28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r>
    </w:tbl>
    <w:p w:rsidR="00927D7B" w:rsidRDefault="00927D7B" w:rsidP="00927D7B">
      <w:pPr>
        <w:autoSpaceDE w:val="0"/>
        <w:autoSpaceDN w:val="0"/>
        <w:spacing w:after="320" w:line="230" w:lineRule="auto"/>
        <w:rPr>
          <w:rFonts w:ascii="Times New Roman" w:eastAsia="Times New Roman" w:hAnsi="Times New Roman"/>
          <w:b/>
          <w:color w:val="000000"/>
          <w:sz w:val="24"/>
          <w:lang w:val="ru-RU"/>
        </w:rPr>
      </w:pPr>
    </w:p>
    <w:p w:rsidR="00927D7B" w:rsidRDefault="00927D7B" w:rsidP="00927D7B">
      <w:pPr>
        <w:autoSpaceDE w:val="0"/>
        <w:autoSpaceDN w:val="0"/>
        <w:spacing w:after="320" w:line="230" w:lineRule="auto"/>
        <w:rPr>
          <w:rFonts w:ascii="Times New Roman" w:eastAsia="Times New Roman" w:hAnsi="Times New Roman"/>
          <w:b/>
          <w:color w:val="000000"/>
          <w:sz w:val="24"/>
          <w:lang w:val="ru-RU"/>
        </w:rPr>
      </w:pPr>
    </w:p>
    <w:p w:rsidR="00927D7B" w:rsidRDefault="00927D7B" w:rsidP="00927D7B">
      <w:pPr>
        <w:autoSpaceDE w:val="0"/>
        <w:autoSpaceDN w:val="0"/>
        <w:spacing w:after="320" w:line="230" w:lineRule="auto"/>
        <w:rPr>
          <w:rFonts w:ascii="Times New Roman" w:eastAsia="Times New Roman" w:hAnsi="Times New Roman"/>
          <w:b/>
          <w:color w:val="000000"/>
          <w:sz w:val="24"/>
          <w:lang w:val="ru-RU"/>
        </w:rPr>
      </w:pPr>
    </w:p>
    <w:p w:rsidR="00927D7B" w:rsidRDefault="00927D7B" w:rsidP="00927D7B">
      <w:pPr>
        <w:autoSpaceDE w:val="0"/>
        <w:autoSpaceDN w:val="0"/>
        <w:spacing w:after="320" w:line="230" w:lineRule="auto"/>
        <w:rPr>
          <w:rFonts w:ascii="Times New Roman" w:eastAsia="Times New Roman" w:hAnsi="Times New Roman"/>
          <w:b/>
          <w:color w:val="000000"/>
          <w:sz w:val="24"/>
          <w:lang w:val="ru-RU"/>
        </w:rPr>
      </w:pPr>
      <w:r>
        <w:rPr>
          <w:rFonts w:ascii="Times New Roman" w:eastAsia="Times New Roman" w:hAnsi="Times New Roman"/>
          <w:b/>
          <w:color w:val="000000"/>
          <w:sz w:val="24"/>
          <w:lang w:val="ru-RU"/>
        </w:rPr>
        <w:t>2 КЛАСС</w:t>
      </w:r>
    </w:p>
    <w:p w:rsidR="00927D7B" w:rsidRPr="00927D7B" w:rsidRDefault="00927D7B" w:rsidP="00927D7B">
      <w:pPr>
        <w:autoSpaceDE w:val="0"/>
        <w:autoSpaceDN w:val="0"/>
        <w:spacing w:after="320" w:line="230" w:lineRule="auto"/>
        <w:rPr>
          <w:rFonts w:ascii="Times New Roman" w:eastAsia="Times New Roman" w:hAnsi="Times New Roman"/>
          <w:b/>
          <w:color w:val="000000"/>
          <w:sz w:val="24"/>
          <w:lang w:val="ru-RU"/>
        </w:rPr>
      </w:pPr>
      <w:r w:rsidRPr="00927D7B">
        <w:rPr>
          <w:rFonts w:ascii="Times New Roman" w:eastAsia="Times New Roman" w:hAnsi="Times New Roman"/>
          <w:b/>
          <w:color w:val="000000"/>
          <w:sz w:val="24"/>
          <w:lang w:val="ru-RU"/>
        </w:rPr>
        <w:t>ПОУРОЧНОЕ ПЛАНИРОВАНИЕ</w:t>
      </w:r>
      <w:r>
        <w:rPr>
          <w:rFonts w:ascii="Times New Roman" w:eastAsia="Times New Roman" w:hAnsi="Times New Roman"/>
          <w:b/>
          <w:color w:val="000000"/>
          <w:sz w:val="24"/>
          <w:lang w:val="ru-RU"/>
        </w:rPr>
        <w:t xml:space="preserve"> ПО ИЗОБРАЗИТЕЛЬНОМУ ИСКУССТВУ</w:t>
      </w:r>
    </w:p>
    <w:tbl>
      <w:tblPr>
        <w:tblW w:w="0" w:type="auto"/>
        <w:tblInd w:w="6" w:type="dxa"/>
        <w:tblLayout w:type="fixed"/>
        <w:tblLook w:val="04A0"/>
      </w:tblPr>
      <w:tblGrid>
        <w:gridCol w:w="504"/>
        <w:gridCol w:w="3216"/>
        <w:gridCol w:w="734"/>
        <w:gridCol w:w="1620"/>
        <w:gridCol w:w="1668"/>
        <w:gridCol w:w="1236"/>
        <w:gridCol w:w="1574"/>
      </w:tblGrid>
      <w:tr w:rsidR="00927D7B" w:rsidTr="00AC47F8">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2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5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71" w:lineRule="auto"/>
              <w:ind w:left="72" w:right="43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927D7B" w:rsidTr="00AC47F8">
        <w:trPr>
          <w:trHeight w:hRule="exact" w:val="828"/>
        </w:trPr>
        <w:tc>
          <w:tcPr>
            <w:tcW w:w="504" w:type="dxa"/>
            <w:vMerge/>
            <w:tcBorders>
              <w:top w:val="single" w:sz="4" w:space="0" w:color="000000"/>
              <w:left w:val="single" w:sz="4" w:space="0" w:color="000000"/>
              <w:bottom w:val="single" w:sz="4" w:space="0" w:color="000000"/>
              <w:right w:val="single" w:sz="4" w:space="0" w:color="000000"/>
            </w:tcBorders>
          </w:tcPr>
          <w:p w:rsidR="00927D7B" w:rsidRDefault="00927D7B" w:rsidP="00AC47F8"/>
        </w:tc>
        <w:tc>
          <w:tcPr>
            <w:tcW w:w="3216" w:type="dxa"/>
            <w:vMerge/>
            <w:tcBorders>
              <w:top w:val="single" w:sz="4" w:space="0" w:color="000000"/>
              <w:left w:val="single" w:sz="4" w:space="0" w:color="000000"/>
              <w:bottom w:val="single" w:sz="4" w:space="0" w:color="000000"/>
              <w:right w:val="single" w:sz="4" w:space="0" w:color="000000"/>
            </w:tcBorders>
          </w:tcPr>
          <w:p w:rsidR="00927D7B" w:rsidRDefault="00927D7B" w:rsidP="00AC47F8"/>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236" w:type="dxa"/>
            <w:vMerge/>
            <w:tcBorders>
              <w:top w:val="single" w:sz="4" w:space="0" w:color="000000"/>
              <w:left w:val="single" w:sz="4" w:space="0" w:color="000000"/>
              <w:bottom w:val="single" w:sz="4" w:space="0" w:color="000000"/>
              <w:right w:val="single" w:sz="4" w:space="0" w:color="000000"/>
            </w:tcBorders>
          </w:tcPr>
          <w:p w:rsidR="00927D7B" w:rsidRDefault="00927D7B" w:rsidP="00AC47F8"/>
        </w:tc>
        <w:tc>
          <w:tcPr>
            <w:tcW w:w="1574" w:type="dxa"/>
            <w:vMerge/>
            <w:tcBorders>
              <w:top w:val="single" w:sz="4" w:space="0" w:color="000000"/>
              <w:left w:val="single" w:sz="4" w:space="0" w:color="000000"/>
              <w:bottom w:val="single" w:sz="4" w:space="0" w:color="000000"/>
              <w:right w:val="single" w:sz="4" w:space="0" w:color="000000"/>
            </w:tcBorders>
          </w:tcPr>
          <w:p w:rsidR="00927D7B" w:rsidRDefault="00927D7B" w:rsidP="00AC47F8"/>
        </w:tc>
      </w:tr>
      <w:tr w:rsidR="00927D7B" w:rsidTr="00AC47F8">
        <w:trPr>
          <w:trHeight w:hRule="exact" w:val="25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rPr>
              <w:lastRenderedPageBreak/>
              <w:t>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30" w:lineRule="auto"/>
              <w:ind w:left="72"/>
              <w:rPr>
                <w:lang w:val="ru-RU"/>
              </w:rPr>
            </w:pPr>
            <w:r w:rsidRPr="006C4CE9">
              <w:rPr>
                <w:rFonts w:ascii="Times New Roman" w:eastAsia="Times New Roman" w:hAnsi="Times New Roman"/>
                <w:color w:val="000000"/>
                <w:sz w:val="24"/>
                <w:lang w:val="ru-RU"/>
              </w:rPr>
              <w:t>Модуль «Графика».</w:t>
            </w:r>
          </w:p>
          <w:p w:rsidR="00927D7B" w:rsidRPr="006C4CE9" w:rsidRDefault="00927D7B" w:rsidP="00AC47F8">
            <w:pPr>
              <w:autoSpaceDE w:val="0"/>
              <w:autoSpaceDN w:val="0"/>
              <w:spacing w:before="70" w:after="0" w:line="262" w:lineRule="auto"/>
              <w:ind w:left="72" w:right="288"/>
              <w:rPr>
                <w:lang w:val="ru-RU"/>
              </w:rPr>
            </w:pPr>
            <w:r w:rsidRPr="006C4CE9">
              <w:rPr>
                <w:rFonts w:ascii="Times New Roman" w:eastAsia="Times New Roman" w:hAnsi="Times New Roman"/>
                <w:color w:val="000000"/>
                <w:sz w:val="24"/>
                <w:lang w:val="ru-RU"/>
              </w:rPr>
              <w:t>Поздравительная открытка. Открытка-пожелание.</w:t>
            </w:r>
          </w:p>
          <w:p w:rsidR="00927D7B" w:rsidRDefault="00927D7B" w:rsidP="00AC47F8">
            <w:pPr>
              <w:autoSpaceDE w:val="0"/>
              <w:autoSpaceDN w:val="0"/>
              <w:spacing w:before="70" w:after="0" w:line="278" w:lineRule="auto"/>
              <w:ind w:left="72" w:right="144"/>
            </w:pPr>
            <w:r w:rsidRPr="006C4CE9">
              <w:rPr>
                <w:rFonts w:ascii="Times New Roman" w:eastAsia="Times New Roman" w:hAnsi="Times New Roman"/>
                <w:color w:val="000000"/>
                <w:sz w:val="24"/>
                <w:lang w:val="ru-RU"/>
              </w:rPr>
              <w:t xml:space="preserve">Композиция открытки: </w:t>
            </w:r>
            <w:r w:rsidRPr="006C4CE9">
              <w:rPr>
                <w:lang w:val="ru-RU"/>
              </w:rPr>
              <w:br/>
            </w:r>
            <w:r w:rsidRPr="006C4CE9">
              <w:rPr>
                <w:rFonts w:ascii="Times New Roman" w:eastAsia="Times New Roman" w:hAnsi="Times New Roman"/>
                <w:color w:val="000000"/>
                <w:sz w:val="24"/>
                <w:lang w:val="ru-RU"/>
              </w:rPr>
              <w:t xml:space="preserve">совмещение текста (шрифта) и изображения. </w:t>
            </w:r>
            <w:r>
              <w:rPr>
                <w:rFonts w:ascii="Times New Roman" w:eastAsia="Times New Roman" w:hAnsi="Times New Roman"/>
                <w:color w:val="000000"/>
                <w:sz w:val="24"/>
              </w:rPr>
              <w:t xml:space="preserve">Рисунок </w:t>
            </w:r>
            <w:r>
              <w:br/>
            </w:r>
            <w:r>
              <w:rPr>
                <w:rFonts w:ascii="Times New Roman" w:eastAsia="Times New Roman" w:hAnsi="Times New Roman"/>
                <w:color w:val="000000"/>
                <w:sz w:val="24"/>
              </w:rPr>
              <w:t>открытки или аппликация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rPr>
              <w:t>02.09.2022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385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lang w:val="ru-RU"/>
              </w:rPr>
              <w:t>2</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86" w:lineRule="auto"/>
              <w:ind w:left="72" w:right="144"/>
              <w:rPr>
                <w:lang w:val="ru-RU"/>
              </w:rPr>
            </w:pPr>
            <w:r w:rsidRPr="006C4CE9">
              <w:rPr>
                <w:rFonts w:ascii="Times New Roman" w:eastAsia="Times New Roman" w:hAnsi="Times New Roman"/>
                <w:color w:val="000000"/>
                <w:sz w:val="24"/>
                <w:lang w:val="ru-RU"/>
              </w:rPr>
              <w:t xml:space="preserve">Знакомство с творчеством некоторых известных </w:t>
            </w:r>
            <w:r w:rsidRPr="006C4CE9">
              <w:rPr>
                <w:lang w:val="ru-RU"/>
              </w:rPr>
              <w:br/>
            </w:r>
            <w:r w:rsidRPr="006C4CE9">
              <w:rPr>
                <w:rFonts w:ascii="Times New Roman" w:eastAsia="Times New Roman" w:hAnsi="Times New Roman"/>
                <w:color w:val="000000"/>
                <w:sz w:val="24"/>
                <w:lang w:val="ru-RU"/>
              </w:rPr>
              <w:t xml:space="preserve">отечественных </w:t>
            </w:r>
            <w:r w:rsidRPr="006C4CE9">
              <w:rPr>
                <w:lang w:val="ru-RU"/>
              </w:rPr>
              <w:br/>
            </w:r>
            <w:r w:rsidRPr="006C4CE9">
              <w:rPr>
                <w:rFonts w:ascii="Times New Roman" w:eastAsia="Times New Roman" w:hAnsi="Times New Roman"/>
                <w:color w:val="000000"/>
                <w:sz w:val="24"/>
                <w:lang w:val="ru-RU"/>
              </w:rPr>
              <w:t xml:space="preserve">иллюстраторов детской </w:t>
            </w:r>
            <w:r w:rsidRPr="006C4CE9">
              <w:rPr>
                <w:lang w:val="ru-RU"/>
              </w:rPr>
              <w:br/>
            </w:r>
            <w:r w:rsidRPr="006C4CE9">
              <w:rPr>
                <w:rFonts w:ascii="Times New Roman" w:eastAsia="Times New Roman" w:hAnsi="Times New Roman"/>
                <w:color w:val="000000"/>
                <w:sz w:val="24"/>
                <w:lang w:val="ru-RU"/>
              </w:rPr>
              <w:t>книги (И. Я. Билибин, Е. И. Рачёв, Б. А. Дехтерёв, В. Г. Сутеев, Ю. А. Васнецов, В. А. Чижиков, Е. И. Чарушин, Л. В. Владимирский, Н. Г. Гольц — по выбору учителя и учащихся)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rPr>
              <w:t>16.09.2022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lang w:val="ru-RU"/>
              </w:rPr>
              <w:t>3</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30" w:lineRule="auto"/>
              <w:ind w:left="72"/>
              <w:rPr>
                <w:lang w:val="ru-RU"/>
              </w:rPr>
            </w:pPr>
            <w:r w:rsidRPr="006C4CE9">
              <w:rPr>
                <w:rFonts w:ascii="Times New Roman" w:eastAsia="Times New Roman" w:hAnsi="Times New Roman"/>
                <w:color w:val="000000"/>
                <w:sz w:val="24"/>
                <w:lang w:val="ru-RU"/>
              </w:rPr>
              <w:t>Изображение лица человека.</w:t>
            </w:r>
          </w:p>
          <w:p w:rsidR="00927D7B" w:rsidRPr="006C4CE9" w:rsidRDefault="00927D7B" w:rsidP="00AC47F8">
            <w:pPr>
              <w:autoSpaceDE w:val="0"/>
              <w:autoSpaceDN w:val="0"/>
              <w:spacing w:before="70" w:after="0" w:line="281" w:lineRule="auto"/>
              <w:ind w:left="72"/>
              <w:rPr>
                <w:lang w:val="ru-RU"/>
              </w:rPr>
            </w:pPr>
            <w:r w:rsidRPr="006C4CE9">
              <w:rPr>
                <w:rFonts w:ascii="Times New Roman" w:eastAsia="Times New Roman" w:hAnsi="Times New Roman"/>
                <w:color w:val="000000"/>
                <w:sz w:val="24"/>
                <w:lang w:val="ru-RU"/>
              </w:rPr>
              <w:t xml:space="preserve">Строение: пропорции, </w:t>
            </w:r>
            <w:r w:rsidRPr="006C4CE9">
              <w:rPr>
                <w:lang w:val="ru-RU"/>
              </w:rPr>
              <w:br/>
            </w:r>
            <w:r w:rsidRPr="006C4CE9">
              <w:rPr>
                <w:rFonts w:ascii="Times New Roman" w:eastAsia="Times New Roman" w:hAnsi="Times New Roman"/>
                <w:color w:val="000000"/>
                <w:sz w:val="24"/>
                <w:lang w:val="ru-RU"/>
              </w:rPr>
              <w:t xml:space="preserve">взаиморасположение частей лица. Эскиз маски для </w:t>
            </w:r>
            <w:r w:rsidRPr="006C4CE9">
              <w:rPr>
                <w:lang w:val="ru-RU"/>
              </w:rPr>
              <w:br/>
            </w:r>
            <w:r w:rsidRPr="006C4CE9">
              <w:rPr>
                <w:rFonts w:ascii="Times New Roman" w:eastAsia="Times New Roman" w:hAnsi="Times New Roman"/>
                <w:color w:val="000000"/>
                <w:sz w:val="24"/>
                <w:lang w:val="ru-RU"/>
              </w:rPr>
              <w:t xml:space="preserve">маскарада: изображение </w:t>
            </w:r>
            <w:r w:rsidRPr="006C4CE9">
              <w:rPr>
                <w:lang w:val="ru-RU"/>
              </w:rPr>
              <w:br/>
            </w:r>
            <w:r w:rsidRPr="006C4CE9">
              <w:rPr>
                <w:rFonts w:ascii="Times New Roman" w:eastAsia="Times New Roman" w:hAnsi="Times New Roman"/>
                <w:color w:val="000000"/>
                <w:sz w:val="24"/>
                <w:lang w:val="ru-RU"/>
              </w:rPr>
              <w:t>лица-маски персонажа с ярко выраженным характером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rPr>
              <w:t>30.09.2022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927D7B" w:rsidRDefault="00927D7B" w:rsidP="00927D7B">
      <w:pPr>
        <w:autoSpaceDE w:val="0"/>
        <w:autoSpaceDN w:val="0"/>
        <w:spacing w:after="0" w:line="14" w:lineRule="exact"/>
      </w:pPr>
    </w:p>
    <w:tbl>
      <w:tblPr>
        <w:tblpPr w:leftFromText="180" w:rightFromText="180" w:vertAnchor="text" w:horzAnchor="margin" w:tblpY="38"/>
        <w:tblW w:w="0" w:type="auto"/>
        <w:tblLayout w:type="fixed"/>
        <w:tblLook w:val="04A0"/>
      </w:tblPr>
      <w:tblGrid>
        <w:gridCol w:w="504"/>
        <w:gridCol w:w="3216"/>
        <w:gridCol w:w="734"/>
        <w:gridCol w:w="1620"/>
        <w:gridCol w:w="1668"/>
        <w:gridCol w:w="1236"/>
        <w:gridCol w:w="1574"/>
      </w:tblGrid>
      <w:tr w:rsid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lang w:val="ru-RU"/>
              </w:rPr>
              <w:t>4</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71" w:lineRule="auto"/>
              <w:ind w:left="72" w:right="144"/>
              <w:rPr>
                <w:lang w:val="ru-RU"/>
              </w:rPr>
            </w:pPr>
            <w:r w:rsidRPr="006C4CE9">
              <w:rPr>
                <w:rFonts w:ascii="Times New Roman" w:eastAsia="Times New Roman" w:hAnsi="Times New Roman"/>
                <w:color w:val="000000"/>
                <w:sz w:val="24"/>
                <w:lang w:val="ru-RU"/>
              </w:rPr>
              <w:t>П</w:t>
            </w:r>
            <w:r>
              <w:rPr>
                <w:rFonts w:ascii="Times New Roman" w:eastAsia="Times New Roman" w:hAnsi="Times New Roman"/>
                <w:color w:val="000000"/>
                <w:sz w:val="24"/>
                <w:lang w:val="ru-RU"/>
              </w:rPr>
              <w:t>е</w:t>
            </w:r>
            <w:r w:rsidRPr="006C4CE9">
              <w:rPr>
                <w:rFonts w:ascii="Times New Roman" w:eastAsia="Times New Roman" w:hAnsi="Times New Roman"/>
                <w:color w:val="000000"/>
                <w:sz w:val="24"/>
                <w:lang w:val="ru-RU"/>
              </w:rPr>
              <w:t xml:space="preserve">йзаж в живописи. Пейзаж, передающий состояния в </w:t>
            </w:r>
            <w:r w:rsidRPr="006C4CE9">
              <w:rPr>
                <w:lang w:val="ru-RU"/>
              </w:rPr>
              <w:br/>
            </w:r>
            <w:r w:rsidRPr="006C4CE9">
              <w:rPr>
                <w:rFonts w:ascii="Times New Roman" w:eastAsia="Times New Roman" w:hAnsi="Times New Roman"/>
                <w:color w:val="000000"/>
                <w:sz w:val="24"/>
                <w:lang w:val="ru-RU"/>
              </w:rPr>
              <w:t>природе.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rPr>
              <w:t>14.10.2022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lang w:val="ru-RU"/>
              </w:rPr>
              <w:t>5</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71" w:lineRule="auto"/>
              <w:ind w:left="72" w:right="432"/>
              <w:rPr>
                <w:lang w:val="ru-RU"/>
              </w:rPr>
            </w:pPr>
            <w:r w:rsidRPr="006C4CE9">
              <w:rPr>
                <w:rFonts w:ascii="Times New Roman" w:eastAsia="Times New Roman" w:hAnsi="Times New Roman"/>
                <w:color w:val="000000"/>
                <w:sz w:val="24"/>
                <w:lang w:val="ru-RU"/>
              </w:rPr>
              <w:t xml:space="preserve">Сюжетная композиция «В цирке» (по памяти и по </w:t>
            </w:r>
            <w:r w:rsidRPr="006C4CE9">
              <w:rPr>
                <w:lang w:val="ru-RU"/>
              </w:rPr>
              <w:br/>
            </w:r>
            <w:r w:rsidRPr="006C4CE9">
              <w:rPr>
                <w:rFonts w:ascii="Times New Roman" w:eastAsia="Times New Roman" w:hAnsi="Times New Roman"/>
                <w:color w:val="000000"/>
                <w:sz w:val="24"/>
                <w:lang w:val="ru-RU"/>
              </w:rPr>
              <w:t>представлению)</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rPr>
              <w:t xml:space="preserve">28.10.2022 </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tabs>
                <w:tab w:val="left" w:pos="156"/>
              </w:tabs>
              <w:autoSpaceDE w:val="0"/>
              <w:autoSpaceDN w:val="0"/>
              <w:spacing w:before="98" w:after="0" w:line="262" w:lineRule="auto"/>
            </w:pPr>
            <w:r>
              <w:rPr>
                <w:rFonts w:ascii="Times New Roman" w:eastAsia="Times New Roman" w:hAnsi="Times New Roman"/>
                <w:color w:val="000000"/>
                <w:sz w:val="24"/>
              </w:rPr>
              <w:t xml:space="preserve"> Практическая </w:t>
            </w:r>
            <w:r>
              <w:tab/>
            </w:r>
            <w:r>
              <w:rPr>
                <w:rFonts w:ascii="Times New Roman" w:eastAsia="Times New Roman" w:hAnsi="Times New Roman"/>
                <w:color w:val="000000"/>
                <w:sz w:val="24"/>
              </w:rPr>
              <w:t>работа;</w:t>
            </w:r>
          </w:p>
        </w:tc>
      </w:tr>
    </w:tbl>
    <w:p w:rsidR="00927D7B" w:rsidRPr="00FA79A2" w:rsidRDefault="00927D7B" w:rsidP="00927D7B">
      <w:pPr>
        <w:rPr>
          <w:lang w:val="ru-RU"/>
        </w:rPr>
      </w:pPr>
    </w:p>
    <w:p w:rsidR="00927D7B" w:rsidRDefault="00927D7B" w:rsidP="00927D7B"/>
    <w:p w:rsidR="00927D7B" w:rsidRPr="00FA79A2" w:rsidRDefault="00927D7B" w:rsidP="00927D7B">
      <w:pPr>
        <w:sectPr w:rsidR="00927D7B" w:rsidRPr="00FA79A2">
          <w:pgSz w:w="11900" w:h="16840"/>
          <w:pgMar w:top="298" w:right="650" w:bottom="388" w:left="666" w:header="720" w:footer="720" w:gutter="0"/>
          <w:cols w:space="720" w:equalWidth="0">
            <w:col w:w="10584" w:space="0"/>
          </w:cols>
          <w:docGrid w:linePitch="360"/>
        </w:sectPr>
      </w:pPr>
    </w:p>
    <w:p w:rsidR="00927D7B" w:rsidRDefault="00927D7B" w:rsidP="00927D7B">
      <w:pPr>
        <w:autoSpaceDE w:val="0"/>
        <w:autoSpaceDN w:val="0"/>
        <w:spacing w:after="66" w:line="220" w:lineRule="exact"/>
      </w:pPr>
    </w:p>
    <w:p w:rsidR="00927D7B" w:rsidRDefault="00927D7B" w:rsidP="00927D7B">
      <w:pPr>
        <w:autoSpaceDE w:val="0"/>
        <w:autoSpaceDN w:val="0"/>
        <w:spacing w:after="0" w:line="14" w:lineRule="exact"/>
      </w:pPr>
    </w:p>
    <w:tbl>
      <w:tblPr>
        <w:tblW w:w="0" w:type="auto"/>
        <w:tblLayout w:type="fixed"/>
        <w:tblLook w:val="04A0"/>
      </w:tblPr>
      <w:tblGrid>
        <w:gridCol w:w="6"/>
        <w:gridCol w:w="498"/>
        <w:gridCol w:w="6"/>
        <w:gridCol w:w="3210"/>
        <w:gridCol w:w="6"/>
        <w:gridCol w:w="728"/>
        <w:gridCol w:w="6"/>
        <w:gridCol w:w="1614"/>
        <w:gridCol w:w="6"/>
        <w:gridCol w:w="1662"/>
        <w:gridCol w:w="6"/>
        <w:gridCol w:w="1230"/>
        <w:gridCol w:w="6"/>
        <w:gridCol w:w="1568"/>
        <w:gridCol w:w="6"/>
      </w:tblGrid>
      <w:tr w:rsidR="00927D7B" w:rsidTr="00AC47F8">
        <w:trPr>
          <w:gridBefore w:val="1"/>
          <w:wBefore w:w="6" w:type="dxa"/>
          <w:trHeight w:hRule="exact" w:val="2172"/>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6</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81" w:lineRule="auto"/>
              <w:ind w:left="72"/>
              <w:rPr>
                <w:lang w:val="ru-RU"/>
              </w:rPr>
            </w:pPr>
            <w:r w:rsidRPr="006C4CE9">
              <w:rPr>
                <w:rFonts w:ascii="Times New Roman" w:eastAsia="Times New Roman" w:hAnsi="Times New Roman"/>
                <w:color w:val="000000"/>
                <w:sz w:val="24"/>
                <w:lang w:val="ru-RU"/>
              </w:rPr>
              <w:t>Тематическая композиция</w:t>
            </w:r>
            <w:r w:rsidRPr="006C4CE9">
              <w:rPr>
                <w:lang w:val="ru-RU"/>
              </w:rPr>
              <w:br/>
            </w:r>
            <w:r w:rsidRPr="006C4CE9">
              <w:rPr>
                <w:rFonts w:ascii="Times New Roman" w:eastAsia="Times New Roman" w:hAnsi="Times New Roman"/>
                <w:color w:val="000000"/>
                <w:sz w:val="24"/>
                <w:lang w:val="ru-RU"/>
              </w:rPr>
              <w:t xml:space="preserve">«Праздник в городе» (гуашь по цветной бумаге, возможно совмещение с наклейками в виде коллажа или </w:t>
            </w:r>
            <w:r w:rsidRPr="006C4CE9">
              <w:rPr>
                <w:lang w:val="ru-RU"/>
              </w:rPr>
              <w:br/>
            </w:r>
            <w:r w:rsidRPr="006C4CE9">
              <w:rPr>
                <w:rFonts w:ascii="Times New Roman" w:eastAsia="Times New Roman" w:hAnsi="Times New Roman"/>
                <w:color w:val="000000"/>
                <w:sz w:val="24"/>
                <w:lang w:val="ru-RU"/>
              </w:rPr>
              <w:t>аппликации)</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rPr>
              <w:t>1</w:t>
            </w:r>
            <w:r>
              <w:rPr>
                <w:rFonts w:ascii="Times New Roman" w:eastAsia="Times New Roman" w:hAnsi="Times New Roman"/>
                <w:color w:val="000000"/>
                <w:sz w:val="24"/>
                <w:lang w:val="ru-RU"/>
              </w:rPr>
              <w:t>1</w:t>
            </w:r>
            <w:r>
              <w:rPr>
                <w:rFonts w:ascii="Times New Roman" w:eastAsia="Times New Roman" w:hAnsi="Times New Roman"/>
                <w:color w:val="000000"/>
                <w:sz w:val="24"/>
              </w:rPr>
              <w:t>.11.2022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gridBefore w:val="1"/>
          <w:wBefore w:w="6"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7</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ind w:left="72" w:right="864"/>
              <w:rPr>
                <w:lang w:val="ru-RU"/>
              </w:rPr>
            </w:pPr>
            <w:r w:rsidRPr="006C4CE9">
              <w:rPr>
                <w:rFonts w:ascii="Times New Roman" w:eastAsia="Times New Roman" w:hAnsi="Times New Roman"/>
                <w:color w:val="000000"/>
                <w:sz w:val="24"/>
                <w:lang w:val="ru-RU"/>
              </w:rPr>
              <w:t xml:space="preserve">Создание игрушки из подручного </w:t>
            </w:r>
            <w:r w:rsidRPr="006C4CE9">
              <w:rPr>
                <w:lang w:val="ru-RU"/>
              </w:rPr>
              <w:br/>
            </w:r>
            <w:r w:rsidRPr="006C4CE9">
              <w:rPr>
                <w:rFonts w:ascii="Times New Roman" w:eastAsia="Times New Roman" w:hAnsi="Times New Roman"/>
                <w:color w:val="000000"/>
                <w:sz w:val="24"/>
                <w:lang w:val="ru-RU"/>
              </w:rPr>
              <w:t>нехудожественного материала</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25</w:t>
            </w:r>
            <w:r>
              <w:rPr>
                <w:rFonts w:ascii="Times New Roman" w:eastAsia="Times New Roman" w:hAnsi="Times New Roman"/>
                <w:color w:val="000000"/>
                <w:sz w:val="24"/>
              </w:rPr>
              <w:t>.1</w:t>
            </w:r>
            <w:r>
              <w:rPr>
                <w:rFonts w:ascii="Times New Roman" w:eastAsia="Times New Roman" w:hAnsi="Times New Roman"/>
                <w:color w:val="000000"/>
                <w:sz w:val="24"/>
                <w:lang w:val="ru-RU"/>
              </w:rPr>
              <w:t>1</w:t>
            </w:r>
            <w:r>
              <w:rPr>
                <w:rFonts w:ascii="Times New Roman" w:eastAsia="Times New Roman" w:hAnsi="Times New Roman"/>
                <w:color w:val="000000"/>
                <w:sz w:val="24"/>
              </w:rPr>
              <w:t>.2022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gridBefore w:val="1"/>
          <w:wBefore w:w="6"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8</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ind w:left="72" w:right="144"/>
              <w:rPr>
                <w:lang w:val="ru-RU"/>
              </w:rPr>
            </w:pPr>
            <w:r w:rsidRPr="006C4CE9">
              <w:rPr>
                <w:rFonts w:ascii="Times New Roman" w:eastAsia="Times New Roman" w:hAnsi="Times New Roman"/>
                <w:color w:val="000000"/>
                <w:sz w:val="24"/>
                <w:lang w:val="ru-RU"/>
              </w:rPr>
              <w:t xml:space="preserve">Лепка эскиза парковой </w:t>
            </w:r>
            <w:r w:rsidRPr="006C4CE9">
              <w:rPr>
                <w:lang w:val="ru-RU"/>
              </w:rPr>
              <w:br/>
            </w:r>
            <w:r w:rsidRPr="006C4CE9">
              <w:rPr>
                <w:rFonts w:ascii="Times New Roman" w:eastAsia="Times New Roman" w:hAnsi="Times New Roman"/>
                <w:color w:val="000000"/>
                <w:sz w:val="24"/>
                <w:lang w:val="ru-RU"/>
              </w:rPr>
              <w:t>скульптуры (пластилин или глина). Выражение пластики движения в скульптуре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09</w:t>
            </w:r>
            <w:r>
              <w:rPr>
                <w:rFonts w:ascii="Times New Roman" w:eastAsia="Times New Roman" w:hAnsi="Times New Roman"/>
                <w:color w:val="000000"/>
                <w:sz w:val="24"/>
              </w:rPr>
              <w:t>.12.2022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gridBefore w:val="1"/>
          <w:wBefore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9</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62" w:lineRule="auto"/>
              <w:ind w:left="72" w:right="432"/>
              <w:rPr>
                <w:lang w:val="ru-RU"/>
              </w:rPr>
            </w:pPr>
            <w:r w:rsidRPr="006C4CE9">
              <w:rPr>
                <w:rFonts w:ascii="Times New Roman" w:eastAsia="Times New Roman" w:hAnsi="Times New Roman"/>
                <w:color w:val="000000"/>
                <w:sz w:val="24"/>
                <w:lang w:val="ru-RU"/>
              </w:rPr>
              <w:t>Эскизы орнаментов для росписи тканей. Раппорт.</w:t>
            </w:r>
          </w:p>
          <w:p w:rsidR="00927D7B" w:rsidRPr="006C4CE9" w:rsidRDefault="00927D7B" w:rsidP="00AC47F8">
            <w:pPr>
              <w:autoSpaceDE w:val="0"/>
              <w:autoSpaceDN w:val="0"/>
              <w:spacing w:before="70" w:after="0" w:line="271" w:lineRule="auto"/>
              <w:ind w:left="72" w:right="720"/>
              <w:rPr>
                <w:lang w:val="ru-RU"/>
              </w:rPr>
            </w:pPr>
            <w:r w:rsidRPr="006C4CE9">
              <w:rPr>
                <w:rFonts w:ascii="Times New Roman" w:eastAsia="Times New Roman" w:hAnsi="Times New Roman"/>
                <w:color w:val="000000"/>
                <w:sz w:val="24"/>
                <w:lang w:val="ru-RU"/>
              </w:rPr>
              <w:t xml:space="preserve">Трафарет и создание </w:t>
            </w:r>
            <w:r w:rsidRPr="006C4CE9">
              <w:rPr>
                <w:lang w:val="ru-RU"/>
              </w:rPr>
              <w:br/>
            </w:r>
            <w:r w:rsidRPr="006C4CE9">
              <w:rPr>
                <w:rFonts w:ascii="Times New Roman" w:eastAsia="Times New Roman" w:hAnsi="Times New Roman"/>
                <w:color w:val="000000"/>
                <w:sz w:val="24"/>
                <w:lang w:val="ru-RU"/>
              </w:rPr>
              <w:t>орнамента при помощи печаток или штампов</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5E2414" w:rsidRDefault="00927D7B" w:rsidP="00AC47F8">
            <w:pPr>
              <w:autoSpaceDE w:val="0"/>
              <w:autoSpaceDN w:val="0"/>
              <w:spacing w:before="98" w:after="0" w:line="230" w:lineRule="auto"/>
              <w:jc w:val="center"/>
              <w:rPr>
                <w:lang w:val="ru-RU"/>
              </w:rPr>
            </w:pPr>
            <w:r>
              <w:rPr>
                <w:rFonts w:ascii="Times New Roman" w:eastAsia="Times New Roman" w:hAnsi="Times New Roman"/>
                <w:color w:val="000000"/>
                <w:sz w:val="24"/>
                <w:lang w:val="ru-RU"/>
              </w:rPr>
              <w:t>23</w:t>
            </w:r>
            <w:r>
              <w:rPr>
                <w:rFonts w:ascii="Times New Roman" w:eastAsia="Times New Roman" w:hAnsi="Times New Roman"/>
                <w:color w:val="000000"/>
                <w:sz w:val="24"/>
              </w:rPr>
              <w:t>.</w:t>
            </w:r>
            <w:r>
              <w:rPr>
                <w:rFonts w:ascii="Times New Roman" w:eastAsia="Times New Roman" w:hAnsi="Times New Roman"/>
                <w:color w:val="000000"/>
                <w:sz w:val="24"/>
                <w:lang w:val="ru-RU"/>
              </w:rPr>
              <w:t>12</w:t>
            </w:r>
            <w:r>
              <w:rPr>
                <w:rFonts w:ascii="Times New Roman" w:eastAsia="Times New Roman" w:hAnsi="Times New Roman"/>
                <w:color w:val="000000"/>
                <w:sz w:val="24"/>
              </w:rPr>
              <w:t>.202</w:t>
            </w:r>
            <w:r>
              <w:rPr>
                <w:rFonts w:ascii="Times New Roman" w:eastAsia="Times New Roman" w:hAnsi="Times New Roman"/>
                <w:color w:val="000000"/>
                <w:sz w:val="24"/>
                <w:lang w:val="ru-RU"/>
              </w:rPr>
              <w:t>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gridAfter w:val="1"/>
          <w:wAfter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30" w:lineRule="auto"/>
              <w:jc w:val="center"/>
              <w:rPr>
                <w:rFonts w:ascii="Times New Roman" w:eastAsia="Times New Roman" w:hAnsi="Times New Roman"/>
                <w:color w:val="000000"/>
                <w:sz w:val="24"/>
                <w:lang w:val="ru-RU"/>
              </w:rPr>
            </w:pPr>
            <w:r w:rsidRPr="00FA79A2">
              <w:rPr>
                <w:rFonts w:ascii="Times New Roman" w:eastAsia="Times New Roman" w:hAnsi="Times New Roman"/>
                <w:color w:val="000000"/>
                <w:sz w:val="24"/>
                <w:lang w:val="ru-RU"/>
              </w:rPr>
              <w:t>1</w:t>
            </w:r>
            <w:r>
              <w:rPr>
                <w:rFonts w:ascii="Times New Roman" w:eastAsia="Times New Roman" w:hAnsi="Times New Roman"/>
                <w:color w:val="000000"/>
                <w:sz w:val="24"/>
                <w:lang w:val="ru-RU"/>
              </w:rPr>
              <w:t>0</w:t>
            </w:r>
            <w:r w:rsidRPr="00FA79A2">
              <w:rPr>
                <w:rFonts w:ascii="Times New Roman" w:eastAsia="Times New Roman" w:hAnsi="Times New Roman"/>
                <w:color w:val="000000"/>
                <w:sz w:val="24"/>
                <w:lang w:val="ru-RU"/>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62" w:lineRule="auto"/>
              <w:ind w:left="72" w:right="432"/>
              <w:rPr>
                <w:rFonts w:ascii="Times New Roman" w:eastAsia="Times New Roman" w:hAnsi="Times New Roman"/>
                <w:color w:val="000000"/>
                <w:sz w:val="24"/>
                <w:lang w:val="ru-RU"/>
              </w:rPr>
            </w:pPr>
            <w:r w:rsidRPr="006C4CE9">
              <w:rPr>
                <w:rFonts w:ascii="Times New Roman" w:eastAsia="Times New Roman" w:hAnsi="Times New Roman"/>
                <w:color w:val="000000"/>
                <w:sz w:val="24"/>
                <w:lang w:val="ru-RU"/>
              </w:rPr>
              <w:t>Модуль «Архитектура».</w:t>
            </w:r>
          </w:p>
          <w:p w:rsidR="00927D7B" w:rsidRPr="00FA79A2" w:rsidRDefault="00927D7B" w:rsidP="00AC47F8">
            <w:pPr>
              <w:autoSpaceDE w:val="0"/>
              <w:autoSpaceDN w:val="0"/>
              <w:spacing w:before="98" w:after="0" w:line="262" w:lineRule="auto"/>
              <w:ind w:left="72" w:right="432"/>
              <w:rPr>
                <w:rFonts w:ascii="Times New Roman" w:eastAsia="Times New Roman" w:hAnsi="Times New Roman"/>
                <w:color w:val="000000"/>
                <w:sz w:val="24"/>
                <w:lang w:val="ru-RU"/>
              </w:rPr>
            </w:pPr>
            <w:r w:rsidRPr="006C4CE9">
              <w:rPr>
                <w:rFonts w:ascii="Times New Roman" w:eastAsia="Times New Roman" w:hAnsi="Times New Roman"/>
                <w:color w:val="000000"/>
                <w:sz w:val="24"/>
                <w:lang w:val="ru-RU"/>
              </w:rPr>
              <w:t xml:space="preserve">Графические зарисовки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карандашами архитектурных достопримечательностей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своего города или села (по памяти или на основе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наблюдений и фотографий)</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3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30" w:lineRule="auto"/>
              <w:jc w:val="center"/>
              <w:rPr>
                <w:rFonts w:ascii="Times New Roman" w:eastAsia="Times New Roman" w:hAnsi="Times New Roman"/>
                <w:color w:val="000000"/>
                <w:sz w:val="24"/>
              </w:rPr>
            </w:pPr>
            <w:r>
              <w:rPr>
                <w:rFonts w:ascii="Times New Roman" w:eastAsia="Times New Roman" w:hAnsi="Times New Roman"/>
                <w:color w:val="000000"/>
                <w:sz w:val="24"/>
              </w:rPr>
              <w:t>2</w:t>
            </w:r>
            <w:r>
              <w:rPr>
                <w:rFonts w:ascii="Times New Roman" w:eastAsia="Times New Roman" w:hAnsi="Times New Roman"/>
                <w:color w:val="000000"/>
                <w:sz w:val="24"/>
                <w:lang w:val="ru-RU"/>
              </w:rPr>
              <w:t>0</w:t>
            </w:r>
            <w:r>
              <w:rPr>
                <w:rFonts w:ascii="Times New Roman" w:eastAsia="Times New Roman" w:hAnsi="Times New Roman"/>
                <w:color w:val="000000"/>
                <w:sz w:val="24"/>
              </w:rPr>
              <w:t>.01.2023</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62" w:lineRule="auto"/>
              <w:ind w:left="72"/>
              <w:rPr>
                <w:rFonts w:ascii="Times New Roman" w:eastAsia="Times New Roman" w:hAnsi="Times New Roman"/>
                <w:color w:val="000000"/>
                <w:sz w:val="24"/>
              </w:rPr>
            </w:pPr>
            <w:r>
              <w:rPr>
                <w:rFonts w:ascii="Times New Roman" w:eastAsia="Times New Roman" w:hAnsi="Times New Roman"/>
                <w:color w:val="000000"/>
                <w:sz w:val="24"/>
              </w:rPr>
              <w:t>Практическая работа;</w:t>
            </w:r>
          </w:p>
        </w:tc>
      </w:tr>
      <w:tr w:rsidR="00927D7B" w:rsidTr="00AC47F8">
        <w:trPr>
          <w:gridAfter w:val="1"/>
          <w:wAfter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30"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Pr="00FA79A2">
              <w:rPr>
                <w:rFonts w:ascii="Times New Roman" w:eastAsia="Times New Roman" w:hAnsi="Times New Roman"/>
                <w:color w:val="000000"/>
                <w:sz w:val="24"/>
                <w:lang w:val="ru-RU"/>
              </w:rPr>
              <w:t>1.</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62" w:lineRule="auto"/>
              <w:ind w:left="72" w:right="432"/>
              <w:rPr>
                <w:rFonts w:ascii="Times New Roman" w:eastAsia="Times New Roman" w:hAnsi="Times New Roman"/>
                <w:color w:val="000000"/>
                <w:sz w:val="24"/>
                <w:lang w:val="ru-RU"/>
              </w:rPr>
            </w:pPr>
            <w:r w:rsidRPr="006C4CE9">
              <w:rPr>
                <w:rFonts w:ascii="Times New Roman" w:eastAsia="Times New Roman" w:hAnsi="Times New Roman"/>
                <w:color w:val="000000"/>
                <w:sz w:val="24"/>
                <w:lang w:val="ru-RU"/>
              </w:rPr>
              <w:t>Дизайн в городе.</w:t>
            </w:r>
          </w:p>
          <w:p w:rsidR="00927D7B" w:rsidRPr="00FA79A2" w:rsidRDefault="00927D7B" w:rsidP="00AC47F8">
            <w:pPr>
              <w:autoSpaceDE w:val="0"/>
              <w:autoSpaceDN w:val="0"/>
              <w:spacing w:before="98" w:after="0" w:line="262" w:lineRule="auto"/>
              <w:ind w:left="72" w:right="432"/>
              <w:rPr>
                <w:rFonts w:ascii="Times New Roman" w:eastAsia="Times New Roman" w:hAnsi="Times New Roman"/>
                <w:color w:val="000000"/>
                <w:sz w:val="24"/>
                <w:lang w:val="ru-RU"/>
              </w:rPr>
            </w:pPr>
            <w:proofErr w:type="gramStart"/>
            <w:r w:rsidRPr="006C4CE9">
              <w:rPr>
                <w:rFonts w:ascii="Times New Roman" w:eastAsia="Times New Roman" w:hAnsi="Times New Roman"/>
                <w:color w:val="000000"/>
                <w:sz w:val="24"/>
                <w:lang w:val="ru-RU"/>
              </w:rPr>
              <w:t xml:space="preserve">Проектирование (эскизы)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малых архитектурных форм в городе (ажурные ограды,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фонари, остановки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транспорта, скамейки,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киоски, беседки и др.)</w:t>
            </w:r>
            <w:proofErr w:type="gramEnd"/>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3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30" w:lineRule="auto"/>
              <w:jc w:val="center"/>
              <w:rPr>
                <w:rFonts w:ascii="Times New Roman" w:eastAsia="Times New Roman" w:hAnsi="Times New Roman"/>
                <w:color w:val="000000"/>
                <w:sz w:val="24"/>
              </w:rPr>
            </w:pPr>
            <w:r>
              <w:rPr>
                <w:rFonts w:ascii="Times New Roman" w:eastAsia="Times New Roman" w:hAnsi="Times New Roman"/>
                <w:color w:val="000000"/>
                <w:sz w:val="24"/>
                <w:lang w:val="ru-RU"/>
              </w:rPr>
              <w:t>03</w:t>
            </w:r>
            <w:r>
              <w:rPr>
                <w:rFonts w:ascii="Times New Roman" w:eastAsia="Times New Roman" w:hAnsi="Times New Roman"/>
                <w:color w:val="000000"/>
                <w:sz w:val="24"/>
              </w:rPr>
              <w:t>.02.2023</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62" w:lineRule="auto"/>
              <w:ind w:left="72"/>
              <w:rPr>
                <w:rFonts w:ascii="Times New Roman" w:eastAsia="Times New Roman" w:hAnsi="Times New Roman"/>
                <w:color w:val="000000"/>
                <w:sz w:val="24"/>
              </w:rPr>
            </w:pPr>
            <w:r>
              <w:rPr>
                <w:rFonts w:ascii="Times New Roman" w:eastAsia="Times New Roman" w:hAnsi="Times New Roman"/>
                <w:color w:val="000000"/>
                <w:sz w:val="24"/>
              </w:rPr>
              <w:t>Практическая работа;</w:t>
            </w:r>
          </w:p>
        </w:tc>
      </w:tr>
    </w:tbl>
    <w:p w:rsidR="00927D7B" w:rsidRDefault="00927D7B" w:rsidP="00927D7B">
      <w:pPr>
        <w:autoSpaceDE w:val="0"/>
        <w:autoSpaceDN w:val="0"/>
        <w:spacing w:after="66" w:line="220" w:lineRule="exact"/>
      </w:pPr>
    </w:p>
    <w:tbl>
      <w:tblPr>
        <w:tblpPr w:leftFromText="180" w:rightFromText="180" w:vertAnchor="text" w:horzAnchor="margin" w:tblpY="303"/>
        <w:tblW w:w="0" w:type="auto"/>
        <w:tblLayout w:type="fixed"/>
        <w:tblLook w:val="04A0"/>
      </w:tblPr>
      <w:tblGrid>
        <w:gridCol w:w="504"/>
        <w:gridCol w:w="3216"/>
        <w:gridCol w:w="734"/>
        <w:gridCol w:w="1620"/>
        <w:gridCol w:w="1668"/>
        <w:gridCol w:w="1236"/>
        <w:gridCol w:w="1574"/>
      </w:tblGrid>
      <w:tr w:rsidR="00927D7B" w:rsidTr="00AC47F8">
        <w:trPr>
          <w:trHeight w:hRule="exact" w:val="385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12</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86" w:lineRule="auto"/>
              <w:ind w:left="72" w:right="144"/>
              <w:rPr>
                <w:lang w:val="ru-RU"/>
              </w:rPr>
            </w:pPr>
            <w:r w:rsidRPr="006C4CE9">
              <w:rPr>
                <w:rFonts w:ascii="Times New Roman" w:eastAsia="Times New Roman" w:hAnsi="Times New Roman"/>
                <w:color w:val="000000"/>
                <w:sz w:val="24"/>
                <w:lang w:val="ru-RU"/>
              </w:rPr>
              <w:t xml:space="preserve">Графический рисунок </w:t>
            </w:r>
            <w:r w:rsidRPr="006C4CE9">
              <w:rPr>
                <w:lang w:val="ru-RU"/>
              </w:rPr>
              <w:br/>
            </w:r>
            <w:r w:rsidRPr="006C4CE9">
              <w:rPr>
                <w:rFonts w:ascii="Times New Roman" w:eastAsia="Times New Roman" w:hAnsi="Times New Roman"/>
                <w:color w:val="000000"/>
                <w:sz w:val="24"/>
                <w:lang w:val="ru-RU"/>
              </w:rPr>
              <w:t xml:space="preserve">(индивидуально) или </w:t>
            </w:r>
            <w:r w:rsidRPr="006C4CE9">
              <w:rPr>
                <w:lang w:val="ru-RU"/>
              </w:rPr>
              <w:br/>
            </w:r>
            <w:r w:rsidRPr="006C4CE9">
              <w:rPr>
                <w:rFonts w:ascii="Times New Roman" w:eastAsia="Times New Roman" w:hAnsi="Times New Roman"/>
                <w:color w:val="000000"/>
                <w:sz w:val="24"/>
                <w:lang w:val="ru-RU"/>
              </w:rPr>
              <w:t xml:space="preserve">тематическое панно «Образ моего города» (села) в виде коллективной работы </w:t>
            </w:r>
            <w:r w:rsidRPr="006C4CE9">
              <w:rPr>
                <w:lang w:val="ru-RU"/>
              </w:rPr>
              <w:br/>
            </w:r>
            <w:r w:rsidRPr="006C4CE9">
              <w:rPr>
                <w:rFonts w:ascii="Times New Roman" w:eastAsia="Times New Roman" w:hAnsi="Times New Roman"/>
                <w:color w:val="000000"/>
                <w:sz w:val="24"/>
                <w:lang w:val="ru-RU"/>
              </w:rPr>
              <w:t xml:space="preserve">(композиционная склейка-аппликация рисунков зданий и других элементов </w:t>
            </w:r>
            <w:r w:rsidRPr="006C4CE9">
              <w:rPr>
                <w:lang w:val="ru-RU"/>
              </w:rPr>
              <w:br/>
            </w:r>
            <w:r w:rsidRPr="006C4CE9">
              <w:rPr>
                <w:rFonts w:ascii="Times New Roman" w:eastAsia="Times New Roman" w:hAnsi="Times New Roman"/>
                <w:color w:val="000000"/>
                <w:sz w:val="24"/>
                <w:lang w:val="ru-RU"/>
              </w:rPr>
              <w:t xml:space="preserve">городского пространства, </w:t>
            </w:r>
            <w:r w:rsidRPr="006C4CE9">
              <w:rPr>
                <w:lang w:val="ru-RU"/>
              </w:rPr>
              <w:br/>
            </w:r>
            <w:r w:rsidRPr="006C4CE9">
              <w:rPr>
                <w:rFonts w:ascii="Times New Roman" w:eastAsia="Times New Roman" w:hAnsi="Times New Roman"/>
                <w:color w:val="000000"/>
                <w:sz w:val="24"/>
                <w:lang w:val="ru-RU"/>
              </w:rPr>
              <w:t xml:space="preserve">выполненных </w:t>
            </w:r>
            <w:r w:rsidRPr="006C4CE9">
              <w:rPr>
                <w:lang w:val="ru-RU"/>
              </w:rPr>
              <w:br/>
            </w:r>
            <w:r w:rsidRPr="006C4CE9">
              <w:rPr>
                <w:rFonts w:ascii="Times New Roman" w:eastAsia="Times New Roman" w:hAnsi="Times New Roman"/>
                <w:color w:val="000000"/>
                <w:sz w:val="24"/>
                <w:lang w:val="ru-RU"/>
              </w:rPr>
              <w:t>индивидуально)</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rPr>
              <w:t>17.02.2023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452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lastRenderedPageBreak/>
              <w:t>13</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71" w:lineRule="auto"/>
              <w:ind w:left="72" w:right="144"/>
              <w:rPr>
                <w:lang w:val="ru-RU"/>
              </w:rPr>
            </w:pPr>
            <w:r w:rsidRPr="006C4CE9">
              <w:rPr>
                <w:rFonts w:ascii="Times New Roman" w:eastAsia="Times New Roman" w:hAnsi="Times New Roman"/>
                <w:color w:val="000000"/>
                <w:sz w:val="24"/>
                <w:lang w:val="ru-RU"/>
              </w:rPr>
              <w:t>Наблюдение окружающего мира по теме «Архитектура, улицы моего города».</w:t>
            </w:r>
          </w:p>
          <w:p w:rsidR="00927D7B" w:rsidRPr="006C4CE9" w:rsidRDefault="00927D7B" w:rsidP="00AC47F8">
            <w:pPr>
              <w:autoSpaceDE w:val="0"/>
              <w:autoSpaceDN w:val="0"/>
              <w:spacing w:before="70" w:after="0" w:line="281" w:lineRule="auto"/>
              <w:ind w:left="72"/>
              <w:rPr>
                <w:lang w:val="ru-RU"/>
              </w:rPr>
            </w:pPr>
            <w:r w:rsidRPr="006C4CE9">
              <w:rPr>
                <w:rFonts w:ascii="Times New Roman" w:eastAsia="Times New Roman" w:hAnsi="Times New Roman"/>
                <w:color w:val="000000"/>
                <w:sz w:val="24"/>
                <w:lang w:val="ru-RU"/>
              </w:rPr>
              <w:t xml:space="preserve">Памятники архитектуры и </w:t>
            </w:r>
            <w:r w:rsidRPr="006C4CE9">
              <w:rPr>
                <w:lang w:val="ru-RU"/>
              </w:rPr>
              <w:br/>
            </w:r>
            <w:r w:rsidRPr="006C4CE9">
              <w:rPr>
                <w:rFonts w:ascii="Times New Roman" w:eastAsia="Times New Roman" w:hAnsi="Times New Roman"/>
                <w:color w:val="000000"/>
                <w:sz w:val="24"/>
                <w:lang w:val="ru-RU"/>
              </w:rPr>
              <w:t xml:space="preserve">архитектурные </w:t>
            </w:r>
            <w:r w:rsidRPr="006C4CE9">
              <w:rPr>
                <w:lang w:val="ru-RU"/>
              </w:rPr>
              <w:br/>
            </w:r>
            <w:r w:rsidRPr="006C4CE9">
              <w:rPr>
                <w:rFonts w:ascii="Times New Roman" w:eastAsia="Times New Roman" w:hAnsi="Times New Roman"/>
                <w:color w:val="000000"/>
                <w:sz w:val="24"/>
                <w:lang w:val="ru-RU"/>
              </w:rPr>
              <w:t>достопримечательности (по выбору учителя), их значение в современном мире.</w:t>
            </w:r>
          </w:p>
          <w:p w:rsidR="00927D7B" w:rsidRPr="006C4CE9" w:rsidRDefault="00927D7B" w:rsidP="00AC47F8">
            <w:pPr>
              <w:autoSpaceDE w:val="0"/>
              <w:autoSpaceDN w:val="0"/>
              <w:spacing w:before="70" w:after="0" w:line="281" w:lineRule="auto"/>
              <w:ind w:left="72"/>
              <w:rPr>
                <w:lang w:val="ru-RU"/>
              </w:rPr>
            </w:pPr>
            <w:r w:rsidRPr="006C4CE9">
              <w:rPr>
                <w:rFonts w:ascii="Times New Roman" w:eastAsia="Times New Roman" w:hAnsi="Times New Roman"/>
                <w:color w:val="000000"/>
                <w:sz w:val="24"/>
                <w:lang w:val="ru-RU"/>
              </w:rPr>
              <w:t xml:space="preserve">Виртуальное путешествие: памятники архитектуры </w:t>
            </w:r>
            <w:r w:rsidRPr="006C4CE9">
              <w:rPr>
                <w:lang w:val="ru-RU"/>
              </w:rPr>
              <w:br/>
            </w:r>
            <w:r w:rsidRPr="006C4CE9">
              <w:rPr>
                <w:rFonts w:ascii="Times New Roman" w:eastAsia="Times New Roman" w:hAnsi="Times New Roman"/>
                <w:color w:val="000000"/>
                <w:sz w:val="24"/>
                <w:lang w:val="ru-RU"/>
              </w:rPr>
              <w:t>Москвы и СанктПетербурга (обзор памятников по выбору учителя)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02</w:t>
            </w:r>
            <w:r>
              <w:rPr>
                <w:rFonts w:ascii="Times New Roman" w:eastAsia="Times New Roman" w:hAnsi="Times New Roman"/>
                <w:color w:val="000000"/>
                <w:sz w:val="24"/>
              </w:rPr>
              <w:t>.03.2023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lang w:val="ru-RU"/>
              </w:rPr>
              <w:t>14</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83" w:lineRule="auto"/>
              <w:ind w:left="72" w:right="144"/>
              <w:rPr>
                <w:lang w:val="ru-RU"/>
              </w:rPr>
            </w:pPr>
            <w:r w:rsidRPr="006C4CE9">
              <w:rPr>
                <w:rFonts w:ascii="Times New Roman" w:eastAsia="Times New Roman" w:hAnsi="Times New Roman"/>
                <w:color w:val="000000"/>
                <w:sz w:val="24"/>
                <w:lang w:val="ru-RU"/>
              </w:rPr>
              <w:t xml:space="preserve">Жанры в изобразительном искусстве — живописи, </w:t>
            </w:r>
            <w:r w:rsidRPr="006C4CE9">
              <w:rPr>
                <w:lang w:val="ru-RU"/>
              </w:rPr>
              <w:br/>
            </w:r>
            <w:r w:rsidRPr="006C4CE9">
              <w:rPr>
                <w:rFonts w:ascii="Times New Roman" w:eastAsia="Times New Roman" w:hAnsi="Times New Roman"/>
                <w:color w:val="000000"/>
                <w:sz w:val="24"/>
                <w:lang w:val="ru-RU"/>
              </w:rPr>
              <w:t>графике, скульптуре —</w:t>
            </w:r>
            <w:r w:rsidRPr="006C4CE9">
              <w:rPr>
                <w:lang w:val="ru-RU"/>
              </w:rPr>
              <w:br/>
            </w:r>
            <w:r w:rsidRPr="006C4CE9">
              <w:rPr>
                <w:rFonts w:ascii="Times New Roman" w:eastAsia="Times New Roman" w:hAnsi="Times New Roman"/>
                <w:color w:val="000000"/>
                <w:sz w:val="24"/>
                <w:lang w:val="ru-RU"/>
              </w:rPr>
              <w:t>определяются предметом изображения и служат для классификации и сравнения содержания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lang w:val="ru-RU"/>
              </w:rPr>
              <w:t>16</w:t>
            </w:r>
            <w:r>
              <w:rPr>
                <w:rFonts w:ascii="Times New Roman" w:eastAsia="Times New Roman" w:hAnsi="Times New Roman"/>
                <w:color w:val="000000"/>
                <w:sz w:val="24"/>
              </w:rPr>
              <w:t xml:space="preserve">.03.2023 </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tabs>
                <w:tab w:val="left" w:pos="156"/>
              </w:tabs>
              <w:autoSpaceDE w:val="0"/>
              <w:autoSpaceDN w:val="0"/>
              <w:spacing w:before="98" w:after="0" w:line="262" w:lineRule="auto"/>
            </w:pPr>
            <w:r>
              <w:rPr>
                <w:rFonts w:ascii="Times New Roman" w:eastAsia="Times New Roman" w:hAnsi="Times New Roman"/>
                <w:color w:val="000000"/>
                <w:sz w:val="24"/>
              </w:rPr>
              <w:t xml:space="preserve"> Практическая </w:t>
            </w:r>
            <w:r>
              <w:tab/>
            </w:r>
            <w:r>
              <w:rPr>
                <w:rFonts w:ascii="Times New Roman" w:eastAsia="Times New Roman" w:hAnsi="Times New Roman"/>
                <w:color w:val="000000"/>
                <w:sz w:val="24"/>
              </w:rPr>
              <w:t>работа;</w:t>
            </w:r>
          </w:p>
        </w:tc>
      </w:tr>
    </w:tbl>
    <w:tbl>
      <w:tblPr>
        <w:tblpPr w:leftFromText="180" w:rightFromText="180" w:vertAnchor="text" w:horzAnchor="margin" w:tblpY="7050"/>
        <w:tblW w:w="0" w:type="auto"/>
        <w:tblLayout w:type="fixed"/>
        <w:tblLook w:val="04A0"/>
      </w:tblPr>
      <w:tblGrid>
        <w:gridCol w:w="504"/>
        <w:gridCol w:w="3216"/>
        <w:gridCol w:w="734"/>
        <w:gridCol w:w="1620"/>
        <w:gridCol w:w="1668"/>
        <w:gridCol w:w="1236"/>
        <w:gridCol w:w="1574"/>
      </w:tblGrid>
      <w:tr w:rsidR="00927D7B" w:rsidTr="00AC47F8">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5E2414" w:rsidRDefault="00927D7B" w:rsidP="00AC47F8">
            <w:pPr>
              <w:autoSpaceDE w:val="0"/>
              <w:autoSpaceDN w:val="0"/>
              <w:spacing w:before="98" w:after="0" w:line="230" w:lineRule="auto"/>
              <w:jc w:val="center"/>
              <w:rPr>
                <w:i/>
              </w:rPr>
            </w:pPr>
            <w:r w:rsidRPr="005E2414">
              <w:rPr>
                <w:rFonts w:ascii="Times New Roman" w:eastAsia="Times New Roman" w:hAnsi="Times New Roman"/>
                <w:i/>
                <w:color w:val="000000"/>
                <w:sz w:val="24"/>
                <w:lang w:val="ru-RU"/>
              </w:rPr>
              <w:t>15</w:t>
            </w:r>
            <w:r w:rsidRPr="005E2414">
              <w:rPr>
                <w:rFonts w:ascii="Times New Roman" w:eastAsia="Times New Roman" w:hAnsi="Times New Roman"/>
                <w:i/>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rPr>
              <w:t>Художественные музеи.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rPr>
              <w:t>14.04.2023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315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5E2414" w:rsidRDefault="00927D7B" w:rsidP="00AC47F8">
            <w:pPr>
              <w:autoSpaceDE w:val="0"/>
              <w:autoSpaceDN w:val="0"/>
              <w:spacing w:before="98" w:after="0" w:line="230" w:lineRule="auto"/>
              <w:jc w:val="center"/>
              <w:rPr>
                <w:i/>
              </w:rPr>
            </w:pPr>
            <w:r w:rsidRPr="005E2414">
              <w:rPr>
                <w:rFonts w:ascii="Times New Roman" w:eastAsia="Times New Roman" w:hAnsi="Times New Roman"/>
                <w:i/>
                <w:color w:val="000000"/>
                <w:sz w:val="24"/>
                <w:lang w:val="ru-RU"/>
              </w:rPr>
              <w:t>16</w:t>
            </w:r>
            <w:r w:rsidRPr="005E2414">
              <w:rPr>
                <w:rFonts w:ascii="Times New Roman" w:eastAsia="Times New Roman" w:hAnsi="Times New Roman"/>
                <w:i/>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88" w:lineRule="auto"/>
              <w:ind w:left="72"/>
              <w:rPr>
                <w:lang w:val="ru-RU"/>
              </w:rPr>
            </w:pPr>
            <w:r w:rsidRPr="006C4CE9">
              <w:rPr>
                <w:rFonts w:ascii="Times New Roman" w:eastAsia="Times New Roman" w:hAnsi="Times New Roman"/>
                <w:color w:val="000000"/>
                <w:sz w:val="24"/>
                <w:lang w:val="ru-RU"/>
              </w:rPr>
              <w:t xml:space="preserve">В графическом редакторе </w:t>
            </w:r>
            <w:r w:rsidRPr="006C4CE9">
              <w:rPr>
                <w:lang w:val="ru-RU"/>
              </w:rPr>
              <w:br/>
            </w:r>
            <w:r w:rsidRPr="006C4CE9">
              <w:rPr>
                <w:rFonts w:ascii="Times New Roman" w:eastAsia="Times New Roman" w:hAnsi="Times New Roman"/>
                <w:color w:val="000000"/>
                <w:sz w:val="24"/>
                <w:lang w:val="ru-RU"/>
              </w:rPr>
              <w:t xml:space="preserve">создание рисунка элемента орнамента (паттерна), его </w:t>
            </w:r>
            <w:r w:rsidRPr="006C4CE9">
              <w:rPr>
                <w:lang w:val="ru-RU"/>
              </w:rPr>
              <w:br/>
            </w:r>
            <w:r w:rsidRPr="006C4CE9">
              <w:rPr>
                <w:rFonts w:ascii="Times New Roman" w:eastAsia="Times New Roman" w:hAnsi="Times New Roman"/>
                <w:color w:val="000000"/>
                <w:sz w:val="24"/>
                <w:lang w:val="ru-RU"/>
              </w:rPr>
              <w:t xml:space="preserve">копирование, многократное повторение, в том числе с </w:t>
            </w:r>
            <w:r w:rsidRPr="006C4CE9">
              <w:rPr>
                <w:lang w:val="ru-RU"/>
              </w:rPr>
              <w:br/>
            </w:r>
            <w:r w:rsidRPr="006C4CE9">
              <w:rPr>
                <w:rFonts w:ascii="Times New Roman" w:eastAsia="Times New Roman" w:hAnsi="Times New Roman"/>
                <w:color w:val="000000"/>
                <w:sz w:val="24"/>
                <w:lang w:val="ru-RU"/>
              </w:rPr>
              <w:t xml:space="preserve">поворотами вокруг оси </w:t>
            </w:r>
            <w:r w:rsidRPr="006C4CE9">
              <w:rPr>
                <w:lang w:val="ru-RU"/>
              </w:rPr>
              <w:br/>
            </w:r>
            <w:r w:rsidRPr="006C4CE9">
              <w:rPr>
                <w:rFonts w:ascii="Times New Roman" w:eastAsia="Times New Roman" w:hAnsi="Times New Roman"/>
                <w:color w:val="000000"/>
                <w:sz w:val="24"/>
                <w:lang w:val="ru-RU"/>
              </w:rPr>
              <w:t xml:space="preserve">рисунка, и создание </w:t>
            </w:r>
            <w:r w:rsidRPr="006C4CE9">
              <w:rPr>
                <w:lang w:val="ru-RU"/>
              </w:rPr>
              <w:br/>
            </w:r>
            <w:r w:rsidRPr="006C4CE9">
              <w:rPr>
                <w:rFonts w:ascii="Times New Roman" w:eastAsia="Times New Roman" w:hAnsi="Times New Roman"/>
                <w:color w:val="000000"/>
                <w:sz w:val="24"/>
                <w:lang w:val="ru-RU"/>
              </w:rPr>
              <w:t xml:space="preserve">орнамента, в основе которого раппорт.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jc w:val="center"/>
            </w:pPr>
            <w:r>
              <w:rPr>
                <w:rFonts w:ascii="Times New Roman" w:eastAsia="Times New Roman" w:hAnsi="Times New Roman"/>
                <w:color w:val="000000"/>
                <w:sz w:val="24"/>
              </w:rPr>
              <w:t>28.04.2023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927D7B" w:rsidRDefault="00927D7B" w:rsidP="00927D7B">
      <w:pPr>
        <w:autoSpaceDE w:val="0"/>
        <w:autoSpaceDN w:val="0"/>
        <w:spacing w:after="0" w:line="14" w:lineRule="exact"/>
      </w:pPr>
    </w:p>
    <w:p w:rsidR="00927D7B" w:rsidRPr="005E2414" w:rsidRDefault="00927D7B" w:rsidP="00927D7B">
      <w:pPr>
        <w:rPr>
          <w:lang w:val="ru-RU"/>
        </w:rPr>
      </w:pPr>
    </w:p>
    <w:tbl>
      <w:tblPr>
        <w:tblpPr w:leftFromText="180" w:rightFromText="180" w:vertAnchor="text" w:horzAnchor="page" w:tblpX="1173" w:tblpY="41"/>
        <w:tblW w:w="0" w:type="auto"/>
        <w:tblLayout w:type="fixed"/>
        <w:tblLook w:val="04A0"/>
      </w:tblPr>
      <w:tblGrid>
        <w:gridCol w:w="504"/>
        <w:gridCol w:w="3216"/>
        <w:gridCol w:w="734"/>
        <w:gridCol w:w="1620"/>
        <w:gridCol w:w="1668"/>
        <w:gridCol w:w="1236"/>
        <w:gridCol w:w="1574"/>
      </w:tblGrid>
      <w:tr w:rsidR="00927D7B" w:rsidTr="00AC47F8">
        <w:trPr>
          <w:trHeight w:hRule="exact" w:val="21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100" w:after="0" w:line="230" w:lineRule="auto"/>
              <w:jc w:val="center"/>
            </w:pPr>
            <w:r>
              <w:rPr>
                <w:rFonts w:ascii="Times New Roman" w:eastAsia="Times New Roman" w:hAnsi="Times New Roman"/>
                <w:color w:val="000000"/>
                <w:sz w:val="24"/>
                <w:lang w:val="ru-RU"/>
              </w:rPr>
              <w:t>17</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100" w:after="0" w:line="281" w:lineRule="auto"/>
              <w:ind w:left="72"/>
              <w:rPr>
                <w:lang w:val="ru-RU"/>
              </w:rPr>
            </w:pPr>
            <w:r w:rsidRPr="006C4CE9">
              <w:rPr>
                <w:rFonts w:ascii="Times New Roman" w:eastAsia="Times New Roman" w:hAnsi="Times New Roman"/>
                <w:color w:val="000000"/>
                <w:sz w:val="24"/>
                <w:lang w:val="ru-RU"/>
              </w:rPr>
              <w:t xml:space="preserve">Редактирование фотографий в программе </w:t>
            </w:r>
            <w:r>
              <w:rPr>
                <w:rFonts w:ascii="Times New Roman" w:eastAsia="Times New Roman" w:hAnsi="Times New Roman"/>
                <w:color w:val="000000"/>
                <w:sz w:val="24"/>
              </w:rPr>
              <w:t>Picture</w:t>
            </w:r>
            <w:r w:rsidRPr="006C4CE9">
              <w:rPr>
                <w:rFonts w:ascii="Times New Roman" w:eastAsia="Times New Roman" w:hAnsi="Times New Roman"/>
                <w:color w:val="000000"/>
                <w:sz w:val="24"/>
                <w:lang w:val="ru-RU"/>
              </w:rPr>
              <w:t xml:space="preserve"> </w:t>
            </w:r>
            <w:r>
              <w:rPr>
                <w:rFonts w:ascii="Times New Roman" w:eastAsia="Times New Roman" w:hAnsi="Times New Roman"/>
                <w:color w:val="000000"/>
                <w:sz w:val="24"/>
              </w:rPr>
              <w:t>Manager</w:t>
            </w:r>
            <w:r w:rsidRPr="006C4CE9">
              <w:rPr>
                <w:rFonts w:ascii="Times New Roman" w:eastAsia="Times New Roman" w:hAnsi="Times New Roman"/>
                <w:color w:val="000000"/>
                <w:sz w:val="24"/>
                <w:lang w:val="ru-RU"/>
              </w:rPr>
              <w:t xml:space="preserve">: изменение яркости, </w:t>
            </w:r>
            <w:r w:rsidRPr="006C4CE9">
              <w:rPr>
                <w:lang w:val="ru-RU"/>
              </w:rPr>
              <w:br/>
            </w:r>
            <w:r w:rsidRPr="006C4CE9">
              <w:rPr>
                <w:rFonts w:ascii="Times New Roman" w:eastAsia="Times New Roman" w:hAnsi="Times New Roman"/>
                <w:color w:val="000000"/>
                <w:sz w:val="24"/>
                <w:lang w:val="ru-RU"/>
              </w:rPr>
              <w:t xml:space="preserve">контраста, насыщенности </w:t>
            </w:r>
            <w:r w:rsidRPr="006C4CE9">
              <w:rPr>
                <w:lang w:val="ru-RU"/>
              </w:rPr>
              <w:br/>
            </w:r>
            <w:r w:rsidRPr="006C4CE9">
              <w:rPr>
                <w:rFonts w:ascii="Times New Roman" w:eastAsia="Times New Roman" w:hAnsi="Times New Roman"/>
                <w:color w:val="000000"/>
                <w:sz w:val="24"/>
                <w:lang w:val="ru-RU"/>
              </w:rPr>
              <w:t xml:space="preserve">цвета; обрезка, поворот, </w:t>
            </w:r>
            <w:r w:rsidRPr="006C4CE9">
              <w:rPr>
                <w:lang w:val="ru-RU"/>
              </w:rPr>
              <w:br/>
            </w:r>
            <w:r w:rsidRPr="006C4CE9">
              <w:rPr>
                <w:rFonts w:ascii="Times New Roman" w:eastAsia="Times New Roman" w:hAnsi="Times New Roman"/>
                <w:color w:val="000000"/>
                <w:sz w:val="24"/>
                <w:lang w:val="ru-RU"/>
              </w:rPr>
              <w:t>отражение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100" w:after="0" w:line="230" w:lineRule="auto"/>
              <w:jc w:val="center"/>
            </w:pPr>
            <w:r>
              <w:rPr>
                <w:rFonts w:ascii="Times New Roman" w:eastAsia="Times New Roman" w:hAnsi="Times New Roman"/>
                <w:color w:val="000000"/>
                <w:sz w:val="24"/>
              </w:rPr>
              <w:t>12.05.2023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100" w:after="0" w:line="262" w:lineRule="auto"/>
              <w:ind w:left="72"/>
            </w:pPr>
            <w:r>
              <w:rPr>
                <w:rFonts w:ascii="Times New Roman" w:eastAsia="Times New Roman" w:hAnsi="Times New Roman"/>
                <w:color w:val="000000"/>
                <w:sz w:val="24"/>
              </w:rPr>
              <w:t>Практическая работа;</w:t>
            </w:r>
          </w:p>
        </w:tc>
      </w:tr>
      <w:tr w:rsidR="00927D7B" w:rsidTr="00AC47F8">
        <w:trPr>
          <w:trHeight w:hRule="exact" w:val="808"/>
        </w:trPr>
        <w:tc>
          <w:tcPr>
            <w:tcW w:w="37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6C4CE9" w:rsidRDefault="00927D7B" w:rsidP="00AC47F8">
            <w:pPr>
              <w:autoSpaceDE w:val="0"/>
              <w:autoSpaceDN w:val="0"/>
              <w:spacing w:before="98" w:after="0" w:line="262" w:lineRule="auto"/>
              <w:ind w:left="72" w:right="144"/>
              <w:rPr>
                <w:lang w:val="ru-RU"/>
              </w:rPr>
            </w:pPr>
            <w:r w:rsidRPr="006C4CE9">
              <w:rPr>
                <w:rFonts w:ascii="Times New Roman" w:eastAsia="Times New Roman" w:hAnsi="Times New Roman"/>
                <w:color w:val="000000"/>
                <w:sz w:val="24"/>
                <w:lang w:val="ru-RU"/>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Pr="00FA79A2" w:rsidRDefault="00927D7B" w:rsidP="00AC47F8">
            <w:pPr>
              <w:autoSpaceDE w:val="0"/>
              <w:autoSpaceDN w:val="0"/>
              <w:spacing w:before="98" w:after="0" w:line="230" w:lineRule="auto"/>
              <w:ind w:left="74"/>
              <w:rPr>
                <w:lang w:val="ru-RU"/>
              </w:rPr>
            </w:pPr>
            <w:r>
              <w:rPr>
                <w:rFonts w:ascii="Times New Roman" w:eastAsia="Times New Roman" w:hAnsi="Times New Roman"/>
                <w:color w:val="000000"/>
                <w:sz w:val="24"/>
                <w:lang w:val="ru-RU"/>
              </w:rPr>
              <w:t>17</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pPr>
              <w:autoSpaceDE w:val="0"/>
              <w:autoSpaceDN w:val="0"/>
              <w:spacing w:before="98" w:after="0" w:line="230" w:lineRule="auto"/>
              <w:ind w:left="72"/>
            </w:pPr>
            <w:r>
              <w:rPr>
                <w:rFonts w:ascii="Times New Roman" w:eastAsia="Times New Roman" w:hAnsi="Times New Roman"/>
                <w:color w:val="000000"/>
                <w:sz w:val="24"/>
              </w:rPr>
              <w:t>3</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c>
          <w:tcPr>
            <w:tcW w:w="28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27D7B" w:rsidRDefault="00927D7B" w:rsidP="00AC47F8"/>
        </w:tc>
      </w:tr>
    </w:tbl>
    <w:p w:rsidR="00927D7B" w:rsidRPr="00927D7B" w:rsidRDefault="00927D7B" w:rsidP="006327D3">
      <w:pPr>
        <w:autoSpaceDE w:val="0"/>
        <w:autoSpaceDN w:val="0"/>
        <w:spacing w:after="320" w:line="230" w:lineRule="auto"/>
        <w:rPr>
          <w:lang w:val="ru-RU"/>
        </w:rPr>
      </w:pPr>
    </w:p>
    <w:tbl>
      <w:tblPr>
        <w:tblW w:w="0" w:type="auto"/>
        <w:tblInd w:w="6" w:type="dxa"/>
        <w:tblLayout w:type="fixed"/>
        <w:tblLook w:val="04A0"/>
      </w:tblPr>
      <w:tblGrid>
        <w:gridCol w:w="504"/>
        <w:gridCol w:w="3216"/>
        <w:gridCol w:w="734"/>
        <w:gridCol w:w="1620"/>
        <w:gridCol w:w="1668"/>
        <w:gridCol w:w="1236"/>
        <w:gridCol w:w="1574"/>
      </w:tblGrid>
      <w:tr w:rsidR="006327D3" w:rsidTr="006327D3">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b/>
                <w:color w:val="000000"/>
                <w:sz w:val="24"/>
              </w:rPr>
              <w:t>№</w:t>
            </w:r>
            <w:r>
              <w:br/>
            </w:r>
            <w:r>
              <w:rPr>
                <w:rFonts w:ascii="Times New Roman" w:eastAsia="Times New Roman" w:hAnsi="Times New Roman"/>
                <w:b/>
                <w:color w:val="000000"/>
                <w:sz w:val="24"/>
              </w:rPr>
              <w:lastRenderedPageBreak/>
              <w:t>п/п</w:t>
            </w:r>
          </w:p>
        </w:tc>
        <w:tc>
          <w:tcPr>
            <w:tcW w:w="32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b/>
                <w:color w:val="000000"/>
                <w:sz w:val="24"/>
              </w:rPr>
              <w:lastRenderedPageBreak/>
              <w:t>Тема урока</w:t>
            </w:r>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lastRenderedPageBreak/>
              <w:t>изучения</w:t>
            </w:r>
          </w:p>
        </w:tc>
        <w:tc>
          <w:tcPr>
            <w:tcW w:w="15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71" w:lineRule="auto"/>
              <w:ind w:left="72" w:right="432"/>
            </w:pPr>
            <w:r>
              <w:rPr>
                <w:rFonts w:ascii="Times New Roman" w:eastAsia="Times New Roman" w:hAnsi="Times New Roman"/>
                <w:b/>
                <w:color w:val="000000"/>
                <w:sz w:val="24"/>
              </w:rPr>
              <w:lastRenderedPageBreak/>
              <w:t xml:space="preserve">Виды, </w:t>
            </w:r>
            <w:r>
              <w:br/>
            </w:r>
            <w:r>
              <w:rPr>
                <w:rFonts w:ascii="Times New Roman" w:eastAsia="Times New Roman" w:hAnsi="Times New Roman"/>
                <w:b/>
                <w:color w:val="000000"/>
                <w:sz w:val="24"/>
              </w:rPr>
              <w:lastRenderedPageBreak/>
              <w:t xml:space="preserve">формы </w:t>
            </w:r>
            <w:r>
              <w:br/>
            </w:r>
            <w:r>
              <w:rPr>
                <w:rFonts w:ascii="Times New Roman" w:eastAsia="Times New Roman" w:hAnsi="Times New Roman"/>
                <w:b/>
                <w:color w:val="000000"/>
                <w:sz w:val="24"/>
              </w:rPr>
              <w:t>контроля</w:t>
            </w:r>
          </w:p>
        </w:tc>
      </w:tr>
      <w:tr w:rsidR="006327D3" w:rsidTr="006327D3">
        <w:trPr>
          <w:trHeight w:hRule="exact" w:val="828"/>
        </w:trPr>
        <w:tc>
          <w:tcPr>
            <w:tcW w:w="504"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c>
          <w:tcPr>
            <w:tcW w:w="3216"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236"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c>
          <w:tcPr>
            <w:tcW w:w="1574" w:type="dxa"/>
            <w:vMerge/>
            <w:tcBorders>
              <w:top w:val="single" w:sz="4" w:space="0" w:color="000000"/>
              <w:left w:val="single" w:sz="4" w:space="0" w:color="000000"/>
              <w:bottom w:val="single" w:sz="4" w:space="0" w:color="000000"/>
              <w:right w:val="single" w:sz="4" w:space="0" w:color="000000"/>
            </w:tcBorders>
          </w:tcPr>
          <w:p w:rsidR="006327D3" w:rsidRDefault="006327D3" w:rsidP="006327D3"/>
        </w:tc>
      </w:tr>
      <w:tr w:rsidR="006327D3" w:rsidTr="006327D3">
        <w:trPr>
          <w:trHeight w:hRule="exact" w:val="25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rPr>
              <w:lastRenderedPageBreak/>
              <w:t>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30" w:lineRule="auto"/>
              <w:ind w:left="72"/>
              <w:rPr>
                <w:lang w:val="ru-RU"/>
              </w:rPr>
            </w:pPr>
            <w:r w:rsidRPr="006C4CE9">
              <w:rPr>
                <w:rFonts w:ascii="Times New Roman" w:eastAsia="Times New Roman" w:hAnsi="Times New Roman"/>
                <w:color w:val="000000"/>
                <w:sz w:val="24"/>
                <w:lang w:val="ru-RU"/>
              </w:rPr>
              <w:t>Модуль «Графика».</w:t>
            </w:r>
          </w:p>
          <w:p w:rsidR="006327D3" w:rsidRPr="006C4CE9" w:rsidRDefault="006327D3" w:rsidP="006327D3">
            <w:pPr>
              <w:autoSpaceDE w:val="0"/>
              <w:autoSpaceDN w:val="0"/>
              <w:spacing w:before="70" w:after="0" w:line="262" w:lineRule="auto"/>
              <w:ind w:left="72" w:right="288"/>
              <w:rPr>
                <w:lang w:val="ru-RU"/>
              </w:rPr>
            </w:pPr>
            <w:r w:rsidRPr="006C4CE9">
              <w:rPr>
                <w:rFonts w:ascii="Times New Roman" w:eastAsia="Times New Roman" w:hAnsi="Times New Roman"/>
                <w:color w:val="000000"/>
                <w:sz w:val="24"/>
                <w:lang w:val="ru-RU"/>
              </w:rPr>
              <w:t>Поздравительная открытка. Открытка-пожелание.</w:t>
            </w:r>
          </w:p>
          <w:p w:rsidR="006327D3" w:rsidRDefault="006327D3" w:rsidP="006327D3">
            <w:pPr>
              <w:autoSpaceDE w:val="0"/>
              <w:autoSpaceDN w:val="0"/>
              <w:spacing w:before="70" w:after="0" w:line="278" w:lineRule="auto"/>
              <w:ind w:left="72" w:right="144"/>
            </w:pPr>
            <w:r w:rsidRPr="006C4CE9">
              <w:rPr>
                <w:rFonts w:ascii="Times New Roman" w:eastAsia="Times New Roman" w:hAnsi="Times New Roman"/>
                <w:color w:val="000000"/>
                <w:sz w:val="24"/>
                <w:lang w:val="ru-RU"/>
              </w:rPr>
              <w:t xml:space="preserve">Композиция открытки: </w:t>
            </w:r>
            <w:r w:rsidRPr="006C4CE9">
              <w:rPr>
                <w:lang w:val="ru-RU"/>
              </w:rPr>
              <w:br/>
            </w:r>
            <w:r w:rsidRPr="006C4CE9">
              <w:rPr>
                <w:rFonts w:ascii="Times New Roman" w:eastAsia="Times New Roman" w:hAnsi="Times New Roman"/>
                <w:color w:val="000000"/>
                <w:sz w:val="24"/>
                <w:lang w:val="ru-RU"/>
              </w:rPr>
              <w:t xml:space="preserve">совмещение текста (шрифта) и изображения. </w:t>
            </w:r>
            <w:r>
              <w:rPr>
                <w:rFonts w:ascii="Times New Roman" w:eastAsia="Times New Roman" w:hAnsi="Times New Roman"/>
                <w:color w:val="000000"/>
                <w:sz w:val="24"/>
              </w:rPr>
              <w:t xml:space="preserve">Рисунок </w:t>
            </w:r>
            <w:r>
              <w:br/>
            </w:r>
            <w:r>
              <w:rPr>
                <w:rFonts w:ascii="Times New Roman" w:eastAsia="Times New Roman" w:hAnsi="Times New Roman"/>
                <w:color w:val="000000"/>
                <w:sz w:val="24"/>
              </w:rPr>
              <w:t>открытки или аппликация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rPr>
              <w:t>02.09.2022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trHeight w:hRule="exact" w:val="385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lang w:val="ru-RU"/>
              </w:rPr>
              <w:t>2</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86" w:lineRule="auto"/>
              <w:ind w:left="72" w:right="144"/>
              <w:rPr>
                <w:lang w:val="ru-RU"/>
              </w:rPr>
            </w:pPr>
            <w:r w:rsidRPr="006C4CE9">
              <w:rPr>
                <w:rFonts w:ascii="Times New Roman" w:eastAsia="Times New Roman" w:hAnsi="Times New Roman"/>
                <w:color w:val="000000"/>
                <w:sz w:val="24"/>
                <w:lang w:val="ru-RU"/>
              </w:rPr>
              <w:t xml:space="preserve">Знакомство с творчеством некоторых известных </w:t>
            </w:r>
            <w:r w:rsidRPr="006C4CE9">
              <w:rPr>
                <w:lang w:val="ru-RU"/>
              </w:rPr>
              <w:br/>
            </w:r>
            <w:r w:rsidRPr="006C4CE9">
              <w:rPr>
                <w:rFonts w:ascii="Times New Roman" w:eastAsia="Times New Roman" w:hAnsi="Times New Roman"/>
                <w:color w:val="000000"/>
                <w:sz w:val="24"/>
                <w:lang w:val="ru-RU"/>
              </w:rPr>
              <w:t xml:space="preserve">отечественных </w:t>
            </w:r>
            <w:r w:rsidRPr="006C4CE9">
              <w:rPr>
                <w:lang w:val="ru-RU"/>
              </w:rPr>
              <w:br/>
            </w:r>
            <w:r w:rsidRPr="006C4CE9">
              <w:rPr>
                <w:rFonts w:ascii="Times New Roman" w:eastAsia="Times New Roman" w:hAnsi="Times New Roman"/>
                <w:color w:val="000000"/>
                <w:sz w:val="24"/>
                <w:lang w:val="ru-RU"/>
              </w:rPr>
              <w:t xml:space="preserve">иллюстраторов детской </w:t>
            </w:r>
            <w:r w:rsidRPr="006C4CE9">
              <w:rPr>
                <w:lang w:val="ru-RU"/>
              </w:rPr>
              <w:br/>
            </w:r>
            <w:r w:rsidRPr="006C4CE9">
              <w:rPr>
                <w:rFonts w:ascii="Times New Roman" w:eastAsia="Times New Roman" w:hAnsi="Times New Roman"/>
                <w:color w:val="000000"/>
                <w:sz w:val="24"/>
                <w:lang w:val="ru-RU"/>
              </w:rPr>
              <w:t>книги (И. Я. Билибин, Е. И. Рачёв, Б. А. Дехтерёв, В. Г. Сутеев, Ю. А. Васнецов, В. А. Чижиков, Е. И. Чарушин, Л. В. Владимирский, Н. Г. Гольц — по выбору учителя и учащихся)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rPr>
              <w:t>16.09.2022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lang w:val="ru-RU"/>
              </w:rPr>
              <w:t>3</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30" w:lineRule="auto"/>
              <w:ind w:left="72"/>
              <w:rPr>
                <w:lang w:val="ru-RU"/>
              </w:rPr>
            </w:pPr>
            <w:r w:rsidRPr="006C4CE9">
              <w:rPr>
                <w:rFonts w:ascii="Times New Roman" w:eastAsia="Times New Roman" w:hAnsi="Times New Roman"/>
                <w:color w:val="000000"/>
                <w:sz w:val="24"/>
                <w:lang w:val="ru-RU"/>
              </w:rPr>
              <w:t>Изображение лица человека.</w:t>
            </w:r>
          </w:p>
          <w:p w:rsidR="006327D3" w:rsidRPr="006C4CE9" w:rsidRDefault="006327D3" w:rsidP="006327D3">
            <w:pPr>
              <w:autoSpaceDE w:val="0"/>
              <w:autoSpaceDN w:val="0"/>
              <w:spacing w:before="70" w:after="0" w:line="281" w:lineRule="auto"/>
              <w:ind w:left="72"/>
              <w:rPr>
                <w:lang w:val="ru-RU"/>
              </w:rPr>
            </w:pPr>
            <w:r w:rsidRPr="006C4CE9">
              <w:rPr>
                <w:rFonts w:ascii="Times New Roman" w:eastAsia="Times New Roman" w:hAnsi="Times New Roman"/>
                <w:color w:val="000000"/>
                <w:sz w:val="24"/>
                <w:lang w:val="ru-RU"/>
              </w:rPr>
              <w:t xml:space="preserve">Строение: пропорции, </w:t>
            </w:r>
            <w:r w:rsidRPr="006C4CE9">
              <w:rPr>
                <w:lang w:val="ru-RU"/>
              </w:rPr>
              <w:br/>
            </w:r>
            <w:r w:rsidRPr="006C4CE9">
              <w:rPr>
                <w:rFonts w:ascii="Times New Roman" w:eastAsia="Times New Roman" w:hAnsi="Times New Roman"/>
                <w:color w:val="000000"/>
                <w:sz w:val="24"/>
                <w:lang w:val="ru-RU"/>
              </w:rPr>
              <w:t xml:space="preserve">взаиморасположение частей лица. Эскиз маски для </w:t>
            </w:r>
            <w:r w:rsidRPr="006C4CE9">
              <w:rPr>
                <w:lang w:val="ru-RU"/>
              </w:rPr>
              <w:br/>
            </w:r>
            <w:r w:rsidRPr="006C4CE9">
              <w:rPr>
                <w:rFonts w:ascii="Times New Roman" w:eastAsia="Times New Roman" w:hAnsi="Times New Roman"/>
                <w:color w:val="000000"/>
                <w:sz w:val="24"/>
                <w:lang w:val="ru-RU"/>
              </w:rPr>
              <w:t xml:space="preserve">маскарада: изображение </w:t>
            </w:r>
            <w:r w:rsidRPr="006C4CE9">
              <w:rPr>
                <w:lang w:val="ru-RU"/>
              </w:rPr>
              <w:br/>
            </w:r>
            <w:r w:rsidRPr="006C4CE9">
              <w:rPr>
                <w:rFonts w:ascii="Times New Roman" w:eastAsia="Times New Roman" w:hAnsi="Times New Roman"/>
                <w:color w:val="000000"/>
                <w:sz w:val="24"/>
                <w:lang w:val="ru-RU"/>
              </w:rPr>
              <w:t>лица-маски персонажа с ярко выраженным характером</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rPr>
              <w:t>30.09.2022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6327D3" w:rsidRDefault="006327D3" w:rsidP="006327D3">
      <w:pPr>
        <w:autoSpaceDE w:val="0"/>
        <w:autoSpaceDN w:val="0"/>
        <w:spacing w:after="0" w:line="14" w:lineRule="exact"/>
      </w:pPr>
    </w:p>
    <w:tbl>
      <w:tblPr>
        <w:tblpPr w:leftFromText="180" w:rightFromText="180" w:vertAnchor="text" w:horzAnchor="margin" w:tblpY="38"/>
        <w:tblW w:w="0" w:type="auto"/>
        <w:tblLayout w:type="fixed"/>
        <w:tblLook w:val="04A0"/>
      </w:tblPr>
      <w:tblGrid>
        <w:gridCol w:w="504"/>
        <w:gridCol w:w="3216"/>
        <w:gridCol w:w="734"/>
        <w:gridCol w:w="1620"/>
        <w:gridCol w:w="1668"/>
        <w:gridCol w:w="1236"/>
        <w:gridCol w:w="1574"/>
      </w:tblGrid>
      <w:tr w:rsidR="006327D3" w:rsidTr="006327D3">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lang w:val="ru-RU"/>
              </w:rPr>
              <w:t>4</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71" w:lineRule="auto"/>
              <w:ind w:left="72" w:right="144"/>
              <w:rPr>
                <w:lang w:val="ru-RU"/>
              </w:rPr>
            </w:pPr>
            <w:r w:rsidRPr="006C4CE9">
              <w:rPr>
                <w:rFonts w:ascii="Times New Roman" w:eastAsia="Times New Roman" w:hAnsi="Times New Roman"/>
                <w:color w:val="000000"/>
                <w:sz w:val="24"/>
                <w:lang w:val="ru-RU"/>
              </w:rPr>
              <w:t>П</w:t>
            </w:r>
            <w:r>
              <w:rPr>
                <w:rFonts w:ascii="Times New Roman" w:eastAsia="Times New Roman" w:hAnsi="Times New Roman"/>
                <w:color w:val="000000"/>
                <w:sz w:val="24"/>
                <w:lang w:val="ru-RU"/>
              </w:rPr>
              <w:t>е</w:t>
            </w:r>
            <w:r w:rsidRPr="006C4CE9">
              <w:rPr>
                <w:rFonts w:ascii="Times New Roman" w:eastAsia="Times New Roman" w:hAnsi="Times New Roman"/>
                <w:color w:val="000000"/>
                <w:sz w:val="24"/>
                <w:lang w:val="ru-RU"/>
              </w:rPr>
              <w:t xml:space="preserve">йзаж в живописи. Пейзаж, передающий состояния в </w:t>
            </w:r>
            <w:r w:rsidRPr="006C4CE9">
              <w:rPr>
                <w:lang w:val="ru-RU"/>
              </w:rPr>
              <w:br/>
            </w:r>
            <w:r w:rsidRPr="006C4CE9">
              <w:rPr>
                <w:rFonts w:ascii="Times New Roman" w:eastAsia="Times New Roman" w:hAnsi="Times New Roman"/>
                <w:color w:val="000000"/>
                <w:sz w:val="24"/>
                <w:lang w:val="ru-RU"/>
              </w:rPr>
              <w:t>природе.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rPr>
              <w:t>14.10.2022</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lang w:val="ru-RU"/>
              </w:rPr>
              <w:t>5</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71" w:lineRule="auto"/>
              <w:ind w:left="72" w:right="432"/>
              <w:rPr>
                <w:lang w:val="ru-RU"/>
              </w:rPr>
            </w:pPr>
            <w:r w:rsidRPr="006C4CE9">
              <w:rPr>
                <w:rFonts w:ascii="Times New Roman" w:eastAsia="Times New Roman" w:hAnsi="Times New Roman"/>
                <w:color w:val="000000"/>
                <w:sz w:val="24"/>
                <w:lang w:val="ru-RU"/>
              </w:rPr>
              <w:t xml:space="preserve">Сюжетная композиция «В цирке» (по памяти и по </w:t>
            </w:r>
            <w:r w:rsidRPr="006C4CE9">
              <w:rPr>
                <w:lang w:val="ru-RU"/>
              </w:rPr>
              <w:br/>
            </w:r>
            <w:r w:rsidRPr="006C4CE9">
              <w:rPr>
                <w:rFonts w:ascii="Times New Roman" w:eastAsia="Times New Roman" w:hAnsi="Times New Roman"/>
                <w:color w:val="000000"/>
                <w:sz w:val="24"/>
                <w:lang w:val="ru-RU"/>
              </w:rPr>
              <w:t>представлению)</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rPr>
              <w:t xml:space="preserve">28.10.2022 </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tabs>
                <w:tab w:val="left" w:pos="156"/>
              </w:tabs>
              <w:autoSpaceDE w:val="0"/>
              <w:autoSpaceDN w:val="0"/>
              <w:spacing w:before="98" w:after="0" w:line="262" w:lineRule="auto"/>
            </w:pPr>
            <w:r>
              <w:rPr>
                <w:rFonts w:ascii="Times New Roman" w:eastAsia="Times New Roman" w:hAnsi="Times New Roman"/>
                <w:color w:val="000000"/>
                <w:sz w:val="24"/>
              </w:rPr>
              <w:t xml:space="preserve"> Практическая </w:t>
            </w:r>
            <w:r>
              <w:tab/>
            </w:r>
            <w:r>
              <w:rPr>
                <w:rFonts w:ascii="Times New Roman" w:eastAsia="Times New Roman" w:hAnsi="Times New Roman"/>
                <w:color w:val="000000"/>
                <w:sz w:val="24"/>
              </w:rPr>
              <w:t>работа;</w:t>
            </w:r>
          </w:p>
        </w:tc>
      </w:tr>
    </w:tbl>
    <w:p w:rsidR="006327D3" w:rsidRPr="00FA79A2" w:rsidRDefault="006327D3" w:rsidP="006327D3">
      <w:pPr>
        <w:rPr>
          <w:lang w:val="ru-RU"/>
        </w:rPr>
      </w:pPr>
    </w:p>
    <w:p w:rsidR="006327D3" w:rsidRDefault="006327D3" w:rsidP="006327D3"/>
    <w:p w:rsidR="006327D3" w:rsidRPr="00FA79A2" w:rsidRDefault="006327D3" w:rsidP="006327D3">
      <w:pPr>
        <w:sectPr w:rsidR="006327D3" w:rsidRPr="00FA79A2">
          <w:pgSz w:w="11900" w:h="16840"/>
          <w:pgMar w:top="298" w:right="650" w:bottom="388" w:left="666" w:header="720" w:footer="720" w:gutter="0"/>
          <w:cols w:space="720" w:equalWidth="0">
            <w:col w:w="10584" w:space="0"/>
          </w:cols>
          <w:docGrid w:linePitch="360"/>
        </w:sectPr>
      </w:pPr>
    </w:p>
    <w:p w:rsidR="006327D3" w:rsidRDefault="006327D3" w:rsidP="006327D3">
      <w:pPr>
        <w:autoSpaceDE w:val="0"/>
        <w:autoSpaceDN w:val="0"/>
        <w:spacing w:after="66" w:line="220" w:lineRule="exact"/>
      </w:pPr>
    </w:p>
    <w:p w:rsidR="006327D3" w:rsidRDefault="006327D3" w:rsidP="006327D3">
      <w:pPr>
        <w:autoSpaceDE w:val="0"/>
        <w:autoSpaceDN w:val="0"/>
        <w:spacing w:after="0" w:line="14" w:lineRule="exact"/>
      </w:pPr>
    </w:p>
    <w:tbl>
      <w:tblPr>
        <w:tblW w:w="0" w:type="auto"/>
        <w:tblLayout w:type="fixed"/>
        <w:tblLook w:val="04A0"/>
      </w:tblPr>
      <w:tblGrid>
        <w:gridCol w:w="6"/>
        <w:gridCol w:w="498"/>
        <w:gridCol w:w="6"/>
        <w:gridCol w:w="3210"/>
        <w:gridCol w:w="6"/>
        <w:gridCol w:w="728"/>
        <w:gridCol w:w="6"/>
        <w:gridCol w:w="1614"/>
        <w:gridCol w:w="6"/>
        <w:gridCol w:w="1662"/>
        <w:gridCol w:w="6"/>
        <w:gridCol w:w="1230"/>
        <w:gridCol w:w="6"/>
        <w:gridCol w:w="1568"/>
        <w:gridCol w:w="6"/>
      </w:tblGrid>
      <w:tr w:rsidR="006327D3" w:rsidTr="006327D3">
        <w:trPr>
          <w:gridBefore w:val="1"/>
          <w:wBefore w:w="6" w:type="dxa"/>
          <w:trHeight w:hRule="exact" w:val="2172"/>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6</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81" w:lineRule="auto"/>
              <w:ind w:left="72"/>
              <w:rPr>
                <w:lang w:val="ru-RU"/>
              </w:rPr>
            </w:pPr>
            <w:r w:rsidRPr="006C4CE9">
              <w:rPr>
                <w:rFonts w:ascii="Times New Roman" w:eastAsia="Times New Roman" w:hAnsi="Times New Roman"/>
                <w:color w:val="000000"/>
                <w:sz w:val="24"/>
                <w:lang w:val="ru-RU"/>
              </w:rPr>
              <w:t>Тематическая композиция</w:t>
            </w:r>
            <w:r w:rsidRPr="006C4CE9">
              <w:rPr>
                <w:lang w:val="ru-RU"/>
              </w:rPr>
              <w:br/>
            </w:r>
            <w:r w:rsidRPr="006C4CE9">
              <w:rPr>
                <w:rFonts w:ascii="Times New Roman" w:eastAsia="Times New Roman" w:hAnsi="Times New Roman"/>
                <w:color w:val="000000"/>
                <w:sz w:val="24"/>
                <w:lang w:val="ru-RU"/>
              </w:rPr>
              <w:t xml:space="preserve">«Праздник в городе» (гуашь по цветной бумаге, возможно совмещение с наклейками в виде коллажа или </w:t>
            </w:r>
            <w:r w:rsidRPr="006C4CE9">
              <w:rPr>
                <w:lang w:val="ru-RU"/>
              </w:rPr>
              <w:br/>
            </w:r>
            <w:r w:rsidRPr="006C4CE9">
              <w:rPr>
                <w:rFonts w:ascii="Times New Roman" w:eastAsia="Times New Roman" w:hAnsi="Times New Roman"/>
                <w:color w:val="000000"/>
                <w:sz w:val="24"/>
                <w:lang w:val="ru-RU"/>
              </w:rPr>
              <w:t>аппликации)</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rPr>
              <w:t>1</w:t>
            </w:r>
            <w:r>
              <w:rPr>
                <w:rFonts w:ascii="Times New Roman" w:eastAsia="Times New Roman" w:hAnsi="Times New Roman"/>
                <w:color w:val="000000"/>
                <w:sz w:val="24"/>
                <w:lang w:val="ru-RU"/>
              </w:rPr>
              <w:t>1</w:t>
            </w:r>
            <w:r>
              <w:rPr>
                <w:rFonts w:ascii="Times New Roman" w:eastAsia="Times New Roman" w:hAnsi="Times New Roman"/>
                <w:color w:val="000000"/>
                <w:sz w:val="24"/>
              </w:rPr>
              <w:t>.11.2022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gridBefore w:val="1"/>
          <w:wBefore w:w="6"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7</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ind w:left="72" w:right="864"/>
              <w:rPr>
                <w:lang w:val="ru-RU"/>
              </w:rPr>
            </w:pPr>
            <w:r w:rsidRPr="006C4CE9">
              <w:rPr>
                <w:rFonts w:ascii="Times New Roman" w:eastAsia="Times New Roman" w:hAnsi="Times New Roman"/>
                <w:color w:val="000000"/>
                <w:sz w:val="24"/>
                <w:lang w:val="ru-RU"/>
              </w:rPr>
              <w:t xml:space="preserve">Создание игрушки из подручного </w:t>
            </w:r>
            <w:r w:rsidRPr="006C4CE9">
              <w:rPr>
                <w:lang w:val="ru-RU"/>
              </w:rPr>
              <w:br/>
            </w:r>
            <w:r w:rsidRPr="006C4CE9">
              <w:rPr>
                <w:rFonts w:ascii="Times New Roman" w:eastAsia="Times New Roman" w:hAnsi="Times New Roman"/>
                <w:color w:val="000000"/>
                <w:sz w:val="24"/>
                <w:lang w:val="ru-RU"/>
              </w:rPr>
              <w:t>нехудожественного материала</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25</w:t>
            </w:r>
            <w:r>
              <w:rPr>
                <w:rFonts w:ascii="Times New Roman" w:eastAsia="Times New Roman" w:hAnsi="Times New Roman"/>
                <w:color w:val="000000"/>
                <w:sz w:val="24"/>
              </w:rPr>
              <w:t>.1</w:t>
            </w:r>
            <w:r>
              <w:rPr>
                <w:rFonts w:ascii="Times New Roman" w:eastAsia="Times New Roman" w:hAnsi="Times New Roman"/>
                <w:color w:val="000000"/>
                <w:sz w:val="24"/>
                <w:lang w:val="ru-RU"/>
              </w:rPr>
              <w:t>1</w:t>
            </w:r>
            <w:r>
              <w:rPr>
                <w:rFonts w:ascii="Times New Roman" w:eastAsia="Times New Roman" w:hAnsi="Times New Roman"/>
                <w:color w:val="000000"/>
                <w:sz w:val="24"/>
              </w:rPr>
              <w:t>.2022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gridBefore w:val="1"/>
          <w:wBefore w:w="6" w:type="dxa"/>
          <w:trHeight w:hRule="exact" w:val="1500"/>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8</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ind w:left="72" w:right="144"/>
              <w:rPr>
                <w:lang w:val="ru-RU"/>
              </w:rPr>
            </w:pPr>
            <w:r w:rsidRPr="006C4CE9">
              <w:rPr>
                <w:rFonts w:ascii="Times New Roman" w:eastAsia="Times New Roman" w:hAnsi="Times New Roman"/>
                <w:color w:val="000000"/>
                <w:sz w:val="24"/>
                <w:lang w:val="ru-RU"/>
              </w:rPr>
              <w:t xml:space="preserve">Лепка эскиза парковой </w:t>
            </w:r>
            <w:r w:rsidRPr="006C4CE9">
              <w:rPr>
                <w:lang w:val="ru-RU"/>
              </w:rPr>
              <w:br/>
            </w:r>
            <w:r w:rsidRPr="006C4CE9">
              <w:rPr>
                <w:rFonts w:ascii="Times New Roman" w:eastAsia="Times New Roman" w:hAnsi="Times New Roman"/>
                <w:color w:val="000000"/>
                <w:sz w:val="24"/>
                <w:lang w:val="ru-RU"/>
              </w:rPr>
              <w:t>скульптуры (пластилин или глина). Выражение пластики движения в скульптуре</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09</w:t>
            </w:r>
            <w:r>
              <w:rPr>
                <w:rFonts w:ascii="Times New Roman" w:eastAsia="Times New Roman" w:hAnsi="Times New Roman"/>
                <w:color w:val="000000"/>
                <w:sz w:val="24"/>
              </w:rPr>
              <w:t>.12.2022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gridBefore w:val="1"/>
          <w:wBefore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9</w:t>
            </w:r>
            <w:r>
              <w:rPr>
                <w:rFonts w:ascii="Times New Roman" w:eastAsia="Times New Roman" w:hAnsi="Times New Roman"/>
                <w:color w:val="000000"/>
                <w:sz w:val="24"/>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62" w:lineRule="auto"/>
              <w:ind w:left="72" w:right="432"/>
              <w:rPr>
                <w:lang w:val="ru-RU"/>
              </w:rPr>
            </w:pPr>
            <w:r w:rsidRPr="006C4CE9">
              <w:rPr>
                <w:rFonts w:ascii="Times New Roman" w:eastAsia="Times New Roman" w:hAnsi="Times New Roman"/>
                <w:color w:val="000000"/>
                <w:sz w:val="24"/>
                <w:lang w:val="ru-RU"/>
              </w:rPr>
              <w:t>Эскизы орнаментов для росписи тканей. Раппорт.</w:t>
            </w:r>
          </w:p>
          <w:p w:rsidR="006327D3" w:rsidRPr="006C4CE9" w:rsidRDefault="006327D3" w:rsidP="006327D3">
            <w:pPr>
              <w:autoSpaceDE w:val="0"/>
              <w:autoSpaceDN w:val="0"/>
              <w:spacing w:before="70" w:after="0" w:line="271" w:lineRule="auto"/>
              <w:ind w:left="72" w:right="720"/>
              <w:rPr>
                <w:lang w:val="ru-RU"/>
              </w:rPr>
            </w:pPr>
            <w:r w:rsidRPr="006C4CE9">
              <w:rPr>
                <w:rFonts w:ascii="Times New Roman" w:eastAsia="Times New Roman" w:hAnsi="Times New Roman"/>
                <w:color w:val="000000"/>
                <w:sz w:val="24"/>
                <w:lang w:val="ru-RU"/>
              </w:rPr>
              <w:t xml:space="preserve">Трафарет и создание </w:t>
            </w:r>
            <w:r w:rsidRPr="006C4CE9">
              <w:rPr>
                <w:lang w:val="ru-RU"/>
              </w:rPr>
              <w:br/>
            </w:r>
            <w:r w:rsidRPr="006C4CE9">
              <w:rPr>
                <w:rFonts w:ascii="Times New Roman" w:eastAsia="Times New Roman" w:hAnsi="Times New Roman"/>
                <w:color w:val="000000"/>
                <w:sz w:val="24"/>
                <w:lang w:val="ru-RU"/>
              </w:rPr>
              <w:t>орнамента при помощи печаток или штампов</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5E2414" w:rsidRDefault="006327D3" w:rsidP="006327D3">
            <w:pPr>
              <w:autoSpaceDE w:val="0"/>
              <w:autoSpaceDN w:val="0"/>
              <w:spacing w:before="98" w:after="0" w:line="230" w:lineRule="auto"/>
              <w:jc w:val="center"/>
              <w:rPr>
                <w:lang w:val="ru-RU"/>
              </w:rPr>
            </w:pPr>
            <w:r>
              <w:rPr>
                <w:rFonts w:ascii="Times New Roman" w:eastAsia="Times New Roman" w:hAnsi="Times New Roman"/>
                <w:color w:val="000000"/>
                <w:sz w:val="24"/>
                <w:lang w:val="ru-RU"/>
              </w:rPr>
              <w:t>23</w:t>
            </w:r>
            <w:r>
              <w:rPr>
                <w:rFonts w:ascii="Times New Roman" w:eastAsia="Times New Roman" w:hAnsi="Times New Roman"/>
                <w:color w:val="000000"/>
                <w:sz w:val="24"/>
              </w:rPr>
              <w:t>.</w:t>
            </w:r>
            <w:r>
              <w:rPr>
                <w:rFonts w:ascii="Times New Roman" w:eastAsia="Times New Roman" w:hAnsi="Times New Roman"/>
                <w:color w:val="000000"/>
                <w:sz w:val="24"/>
                <w:lang w:val="ru-RU"/>
              </w:rPr>
              <w:t>12</w:t>
            </w:r>
            <w:r>
              <w:rPr>
                <w:rFonts w:ascii="Times New Roman" w:eastAsia="Times New Roman" w:hAnsi="Times New Roman"/>
                <w:color w:val="000000"/>
                <w:sz w:val="24"/>
              </w:rPr>
              <w:t>.202</w:t>
            </w:r>
            <w:r>
              <w:rPr>
                <w:rFonts w:ascii="Times New Roman" w:eastAsia="Times New Roman" w:hAnsi="Times New Roman"/>
                <w:color w:val="000000"/>
                <w:sz w:val="24"/>
                <w:lang w:val="ru-RU"/>
              </w:rPr>
              <w:t>2</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gridAfter w:val="1"/>
          <w:wAfter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30" w:lineRule="auto"/>
              <w:jc w:val="center"/>
              <w:rPr>
                <w:rFonts w:ascii="Times New Roman" w:eastAsia="Times New Roman" w:hAnsi="Times New Roman"/>
                <w:color w:val="000000"/>
                <w:sz w:val="24"/>
                <w:lang w:val="ru-RU"/>
              </w:rPr>
            </w:pPr>
            <w:r w:rsidRPr="00FA79A2">
              <w:rPr>
                <w:rFonts w:ascii="Times New Roman" w:eastAsia="Times New Roman" w:hAnsi="Times New Roman"/>
                <w:color w:val="000000"/>
                <w:sz w:val="24"/>
                <w:lang w:val="ru-RU"/>
              </w:rPr>
              <w:t>1</w:t>
            </w:r>
            <w:r>
              <w:rPr>
                <w:rFonts w:ascii="Times New Roman" w:eastAsia="Times New Roman" w:hAnsi="Times New Roman"/>
                <w:color w:val="000000"/>
                <w:sz w:val="24"/>
                <w:lang w:val="ru-RU"/>
              </w:rPr>
              <w:t>0</w:t>
            </w:r>
            <w:r w:rsidRPr="00FA79A2">
              <w:rPr>
                <w:rFonts w:ascii="Times New Roman" w:eastAsia="Times New Roman" w:hAnsi="Times New Roman"/>
                <w:color w:val="000000"/>
                <w:sz w:val="24"/>
                <w:lang w:val="ru-RU"/>
              </w:rPr>
              <w:t>.</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62" w:lineRule="auto"/>
              <w:ind w:left="72" w:right="432"/>
              <w:rPr>
                <w:rFonts w:ascii="Times New Roman" w:eastAsia="Times New Roman" w:hAnsi="Times New Roman"/>
                <w:color w:val="000000"/>
                <w:sz w:val="24"/>
                <w:lang w:val="ru-RU"/>
              </w:rPr>
            </w:pPr>
            <w:r w:rsidRPr="006C4CE9">
              <w:rPr>
                <w:rFonts w:ascii="Times New Roman" w:eastAsia="Times New Roman" w:hAnsi="Times New Roman"/>
                <w:color w:val="000000"/>
                <w:sz w:val="24"/>
                <w:lang w:val="ru-RU"/>
              </w:rPr>
              <w:t>Модуль «Архитектура».</w:t>
            </w:r>
          </w:p>
          <w:p w:rsidR="006327D3" w:rsidRPr="00FA79A2" w:rsidRDefault="006327D3" w:rsidP="006327D3">
            <w:pPr>
              <w:autoSpaceDE w:val="0"/>
              <w:autoSpaceDN w:val="0"/>
              <w:spacing w:before="98" w:after="0" w:line="262" w:lineRule="auto"/>
              <w:ind w:left="72" w:right="432"/>
              <w:rPr>
                <w:rFonts w:ascii="Times New Roman" w:eastAsia="Times New Roman" w:hAnsi="Times New Roman"/>
                <w:color w:val="000000"/>
                <w:sz w:val="24"/>
                <w:lang w:val="ru-RU"/>
              </w:rPr>
            </w:pPr>
            <w:r w:rsidRPr="006C4CE9">
              <w:rPr>
                <w:rFonts w:ascii="Times New Roman" w:eastAsia="Times New Roman" w:hAnsi="Times New Roman"/>
                <w:color w:val="000000"/>
                <w:sz w:val="24"/>
                <w:lang w:val="ru-RU"/>
              </w:rPr>
              <w:t xml:space="preserve">Графические зарисовки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карандашами архитектурных достопримечательностей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своего города или села (по памяти или на основе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наблюдений и фотографий)</w:t>
            </w:r>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3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30" w:lineRule="auto"/>
              <w:jc w:val="center"/>
              <w:rPr>
                <w:rFonts w:ascii="Times New Roman" w:eastAsia="Times New Roman" w:hAnsi="Times New Roman"/>
                <w:color w:val="000000"/>
                <w:sz w:val="24"/>
              </w:rPr>
            </w:pPr>
            <w:r>
              <w:rPr>
                <w:rFonts w:ascii="Times New Roman" w:eastAsia="Times New Roman" w:hAnsi="Times New Roman"/>
                <w:color w:val="000000"/>
                <w:sz w:val="24"/>
              </w:rPr>
              <w:t>2</w:t>
            </w:r>
            <w:r>
              <w:rPr>
                <w:rFonts w:ascii="Times New Roman" w:eastAsia="Times New Roman" w:hAnsi="Times New Roman"/>
                <w:color w:val="000000"/>
                <w:sz w:val="24"/>
                <w:lang w:val="ru-RU"/>
              </w:rPr>
              <w:t>0</w:t>
            </w:r>
            <w:r>
              <w:rPr>
                <w:rFonts w:ascii="Times New Roman" w:eastAsia="Times New Roman" w:hAnsi="Times New Roman"/>
                <w:color w:val="000000"/>
                <w:sz w:val="24"/>
              </w:rPr>
              <w:t>.01.2023</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62" w:lineRule="auto"/>
              <w:ind w:left="72"/>
              <w:rPr>
                <w:rFonts w:ascii="Times New Roman" w:eastAsia="Times New Roman" w:hAnsi="Times New Roman"/>
                <w:color w:val="000000"/>
                <w:sz w:val="24"/>
              </w:rPr>
            </w:pPr>
            <w:r>
              <w:rPr>
                <w:rFonts w:ascii="Times New Roman" w:eastAsia="Times New Roman" w:hAnsi="Times New Roman"/>
                <w:color w:val="000000"/>
                <w:sz w:val="24"/>
              </w:rPr>
              <w:t>Практическая работа;</w:t>
            </w:r>
          </w:p>
        </w:tc>
      </w:tr>
      <w:tr w:rsidR="006327D3" w:rsidTr="006327D3">
        <w:trPr>
          <w:gridAfter w:val="1"/>
          <w:wAfter w:w="6" w:type="dxa"/>
          <w:trHeight w:hRule="exact" w:val="1816"/>
        </w:trPr>
        <w:tc>
          <w:tcPr>
            <w:tcW w:w="50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30"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r w:rsidRPr="00FA79A2">
              <w:rPr>
                <w:rFonts w:ascii="Times New Roman" w:eastAsia="Times New Roman" w:hAnsi="Times New Roman"/>
                <w:color w:val="000000"/>
                <w:sz w:val="24"/>
                <w:lang w:val="ru-RU"/>
              </w:rPr>
              <w:t>1.</w:t>
            </w:r>
          </w:p>
        </w:tc>
        <w:tc>
          <w:tcPr>
            <w:tcW w:w="321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62" w:lineRule="auto"/>
              <w:ind w:left="72" w:right="432"/>
              <w:rPr>
                <w:rFonts w:ascii="Times New Roman" w:eastAsia="Times New Roman" w:hAnsi="Times New Roman"/>
                <w:color w:val="000000"/>
                <w:sz w:val="24"/>
                <w:lang w:val="ru-RU"/>
              </w:rPr>
            </w:pPr>
            <w:r w:rsidRPr="006C4CE9">
              <w:rPr>
                <w:rFonts w:ascii="Times New Roman" w:eastAsia="Times New Roman" w:hAnsi="Times New Roman"/>
                <w:color w:val="000000"/>
                <w:sz w:val="24"/>
                <w:lang w:val="ru-RU"/>
              </w:rPr>
              <w:t>Дизайн в городе.</w:t>
            </w:r>
          </w:p>
          <w:p w:rsidR="006327D3" w:rsidRPr="00FA79A2" w:rsidRDefault="006327D3" w:rsidP="006327D3">
            <w:pPr>
              <w:autoSpaceDE w:val="0"/>
              <w:autoSpaceDN w:val="0"/>
              <w:spacing w:before="98" w:after="0" w:line="262" w:lineRule="auto"/>
              <w:ind w:left="72" w:right="432"/>
              <w:rPr>
                <w:rFonts w:ascii="Times New Roman" w:eastAsia="Times New Roman" w:hAnsi="Times New Roman"/>
                <w:color w:val="000000"/>
                <w:sz w:val="24"/>
                <w:lang w:val="ru-RU"/>
              </w:rPr>
            </w:pPr>
            <w:proofErr w:type="gramStart"/>
            <w:r w:rsidRPr="006C4CE9">
              <w:rPr>
                <w:rFonts w:ascii="Times New Roman" w:eastAsia="Times New Roman" w:hAnsi="Times New Roman"/>
                <w:color w:val="000000"/>
                <w:sz w:val="24"/>
                <w:lang w:val="ru-RU"/>
              </w:rPr>
              <w:t xml:space="preserve">Проектирование (эскизы)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малых архитектурных форм в городе (ажурные ограды,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фонари, остановки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 xml:space="preserve">транспорта, скамейки, </w:t>
            </w:r>
            <w:r w:rsidRPr="00FA79A2">
              <w:rPr>
                <w:rFonts w:ascii="Times New Roman" w:eastAsia="Times New Roman" w:hAnsi="Times New Roman"/>
                <w:color w:val="000000"/>
                <w:sz w:val="24"/>
                <w:lang w:val="ru-RU"/>
              </w:rPr>
              <w:br/>
            </w:r>
            <w:r w:rsidRPr="006C4CE9">
              <w:rPr>
                <w:rFonts w:ascii="Times New Roman" w:eastAsia="Times New Roman" w:hAnsi="Times New Roman"/>
                <w:color w:val="000000"/>
                <w:sz w:val="24"/>
                <w:lang w:val="ru-RU"/>
              </w:rPr>
              <w:t>киоски, беседки и др.)</w:t>
            </w:r>
            <w:proofErr w:type="gramEnd"/>
          </w:p>
        </w:tc>
        <w:tc>
          <w:tcPr>
            <w:tcW w:w="7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30" w:lineRule="auto"/>
              <w:ind w:left="74"/>
              <w:rPr>
                <w:rFonts w:ascii="Times New Roman" w:eastAsia="Times New Roman" w:hAnsi="Times New Roman"/>
                <w:color w:val="000000"/>
                <w:sz w:val="24"/>
              </w:rPr>
            </w:pPr>
            <w:r>
              <w:rPr>
                <w:rFonts w:ascii="Times New Roman" w:eastAsia="Times New Roman" w:hAnsi="Times New Roman"/>
                <w:color w:val="000000"/>
                <w:sz w:val="24"/>
              </w:rPr>
              <w:t>1</w:t>
            </w:r>
          </w:p>
        </w:tc>
        <w:tc>
          <w:tcPr>
            <w:tcW w:w="16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30" w:lineRule="auto"/>
              <w:jc w:val="center"/>
              <w:rPr>
                <w:rFonts w:ascii="Times New Roman" w:eastAsia="Times New Roman" w:hAnsi="Times New Roman"/>
                <w:color w:val="000000"/>
                <w:sz w:val="24"/>
              </w:rPr>
            </w:pPr>
            <w:r>
              <w:rPr>
                <w:rFonts w:ascii="Times New Roman" w:eastAsia="Times New Roman" w:hAnsi="Times New Roman"/>
                <w:color w:val="000000"/>
                <w:sz w:val="24"/>
                <w:lang w:val="ru-RU"/>
              </w:rPr>
              <w:t>03</w:t>
            </w:r>
            <w:r>
              <w:rPr>
                <w:rFonts w:ascii="Times New Roman" w:eastAsia="Times New Roman" w:hAnsi="Times New Roman"/>
                <w:color w:val="000000"/>
                <w:sz w:val="24"/>
              </w:rPr>
              <w:t>.02.2023</w:t>
            </w:r>
          </w:p>
        </w:tc>
        <w:tc>
          <w:tcPr>
            <w:tcW w:w="15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62" w:lineRule="auto"/>
              <w:ind w:left="72"/>
              <w:rPr>
                <w:rFonts w:ascii="Times New Roman" w:eastAsia="Times New Roman" w:hAnsi="Times New Roman"/>
                <w:color w:val="000000"/>
                <w:sz w:val="24"/>
              </w:rPr>
            </w:pPr>
            <w:r>
              <w:rPr>
                <w:rFonts w:ascii="Times New Roman" w:eastAsia="Times New Roman" w:hAnsi="Times New Roman"/>
                <w:color w:val="000000"/>
                <w:sz w:val="24"/>
              </w:rPr>
              <w:t>Практическая работа;</w:t>
            </w:r>
          </w:p>
        </w:tc>
      </w:tr>
    </w:tbl>
    <w:p w:rsidR="006327D3" w:rsidRDefault="006327D3" w:rsidP="006327D3">
      <w:pPr>
        <w:autoSpaceDE w:val="0"/>
        <w:autoSpaceDN w:val="0"/>
        <w:spacing w:after="66" w:line="220" w:lineRule="exact"/>
      </w:pPr>
    </w:p>
    <w:tbl>
      <w:tblPr>
        <w:tblpPr w:leftFromText="180" w:rightFromText="180" w:vertAnchor="text" w:horzAnchor="margin" w:tblpY="303"/>
        <w:tblW w:w="0" w:type="auto"/>
        <w:tblLayout w:type="fixed"/>
        <w:tblLook w:val="04A0"/>
      </w:tblPr>
      <w:tblGrid>
        <w:gridCol w:w="504"/>
        <w:gridCol w:w="3216"/>
        <w:gridCol w:w="734"/>
        <w:gridCol w:w="1620"/>
        <w:gridCol w:w="1668"/>
        <w:gridCol w:w="1236"/>
        <w:gridCol w:w="1574"/>
      </w:tblGrid>
      <w:tr w:rsidR="006327D3" w:rsidTr="006327D3">
        <w:trPr>
          <w:trHeight w:hRule="exact" w:val="385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12</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86" w:lineRule="auto"/>
              <w:ind w:left="72" w:right="144"/>
              <w:rPr>
                <w:lang w:val="ru-RU"/>
              </w:rPr>
            </w:pPr>
            <w:r w:rsidRPr="006C4CE9">
              <w:rPr>
                <w:rFonts w:ascii="Times New Roman" w:eastAsia="Times New Roman" w:hAnsi="Times New Roman"/>
                <w:color w:val="000000"/>
                <w:sz w:val="24"/>
                <w:lang w:val="ru-RU"/>
              </w:rPr>
              <w:t xml:space="preserve">Графический рисунок </w:t>
            </w:r>
            <w:r w:rsidRPr="006C4CE9">
              <w:rPr>
                <w:lang w:val="ru-RU"/>
              </w:rPr>
              <w:br/>
            </w:r>
            <w:r w:rsidRPr="006C4CE9">
              <w:rPr>
                <w:rFonts w:ascii="Times New Roman" w:eastAsia="Times New Roman" w:hAnsi="Times New Roman"/>
                <w:color w:val="000000"/>
                <w:sz w:val="24"/>
                <w:lang w:val="ru-RU"/>
              </w:rPr>
              <w:t xml:space="preserve">(индивидуально) или </w:t>
            </w:r>
            <w:r w:rsidRPr="006C4CE9">
              <w:rPr>
                <w:lang w:val="ru-RU"/>
              </w:rPr>
              <w:br/>
            </w:r>
            <w:r w:rsidRPr="006C4CE9">
              <w:rPr>
                <w:rFonts w:ascii="Times New Roman" w:eastAsia="Times New Roman" w:hAnsi="Times New Roman"/>
                <w:color w:val="000000"/>
                <w:sz w:val="24"/>
                <w:lang w:val="ru-RU"/>
              </w:rPr>
              <w:t xml:space="preserve">тематическое панно «Образ моего города» (села) в виде коллективной работы </w:t>
            </w:r>
            <w:r w:rsidRPr="006C4CE9">
              <w:rPr>
                <w:lang w:val="ru-RU"/>
              </w:rPr>
              <w:br/>
            </w:r>
            <w:r w:rsidRPr="006C4CE9">
              <w:rPr>
                <w:rFonts w:ascii="Times New Roman" w:eastAsia="Times New Roman" w:hAnsi="Times New Roman"/>
                <w:color w:val="000000"/>
                <w:sz w:val="24"/>
                <w:lang w:val="ru-RU"/>
              </w:rPr>
              <w:t xml:space="preserve">(композиционная склейка-аппликация рисунков зданий и других элементов </w:t>
            </w:r>
            <w:r w:rsidRPr="006C4CE9">
              <w:rPr>
                <w:lang w:val="ru-RU"/>
              </w:rPr>
              <w:br/>
            </w:r>
            <w:r w:rsidRPr="006C4CE9">
              <w:rPr>
                <w:rFonts w:ascii="Times New Roman" w:eastAsia="Times New Roman" w:hAnsi="Times New Roman"/>
                <w:color w:val="000000"/>
                <w:sz w:val="24"/>
                <w:lang w:val="ru-RU"/>
              </w:rPr>
              <w:t xml:space="preserve">городского пространства, </w:t>
            </w:r>
            <w:r w:rsidRPr="006C4CE9">
              <w:rPr>
                <w:lang w:val="ru-RU"/>
              </w:rPr>
              <w:br/>
            </w:r>
            <w:r w:rsidRPr="006C4CE9">
              <w:rPr>
                <w:rFonts w:ascii="Times New Roman" w:eastAsia="Times New Roman" w:hAnsi="Times New Roman"/>
                <w:color w:val="000000"/>
                <w:sz w:val="24"/>
                <w:lang w:val="ru-RU"/>
              </w:rPr>
              <w:t xml:space="preserve">выполненных </w:t>
            </w:r>
            <w:r w:rsidRPr="006C4CE9">
              <w:rPr>
                <w:lang w:val="ru-RU"/>
              </w:rPr>
              <w:br/>
            </w:r>
            <w:r w:rsidRPr="006C4CE9">
              <w:rPr>
                <w:rFonts w:ascii="Times New Roman" w:eastAsia="Times New Roman" w:hAnsi="Times New Roman"/>
                <w:color w:val="000000"/>
                <w:sz w:val="24"/>
                <w:lang w:val="ru-RU"/>
              </w:rPr>
              <w:t>индивидуально)</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rPr>
              <w:t>17.02.2023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trHeight w:hRule="exact" w:val="452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lastRenderedPageBreak/>
              <w:t>13</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71" w:lineRule="auto"/>
              <w:ind w:left="72" w:right="144"/>
              <w:rPr>
                <w:lang w:val="ru-RU"/>
              </w:rPr>
            </w:pPr>
            <w:r w:rsidRPr="006C4CE9">
              <w:rPr>
                <w:rFonts w:ascii="Times New Roman" w:eastAsia="Times New Roman" w:hAnsi="Times New Roman"/>
                <w:color w:val="000000"/>
                <w:sz w:val="24"/>
                <w:lang w:val="ru-RU"/>
              </w:rPr>
              <w:t>Наблюдение окружающего мира по теме «Архитектура, улицы моего города».</w:t>
            </w:r>
          </w:p>
          <w:p w:rsidR="006327D3" w:rsidRPr="006C4CE9" w:rsidRDefault="006327D3" w:rsidP="006327D3">
            <w:pPr>
              <w:autoSpaceDE w:val="0"/>
              <w:autoSpaceDN w:val="0"/>
              <w:spacing w:before="70" w:after="0" w:line="281" w:lineRule="auto"/>
              <w:ind w:left="72"/>
              <w:rPr>
                <w:lang w:val="ru-RU"/>
              </w:rPr>
            </w:pPr>
            <w:r w:rsidRPr="006C4CE9">
              <w:rPr>
                <w:rFonts w:ascii="Times New Roman" w:eastAsia="Times New Roman" w:hAnsi="Times New Roman"/>
                <w:color w:val="000000"/>
                <w:sz w:val="24"/>
                <w:lang w:val="ru-RU"/>
              </w:rPr>
              <w:t xml:space="preserve">Памятники архитектуры и </w:t>
            </w:r>
            <w:r w:rsidRPr="006C4CE9">
              <w:rPr>
                <w:lang w:val="ru-RU"/>
              </w:rPr>
              <w:br/>
            </w:r>
            <w:r w:rsidRPr="006C4CE9">
              <w:rPr>
                <w:rFonts w:ascii="Times New Roman" w:eastAsia="Times New Roman" w:hAnsi="Times New Roman"/>
                <w:color w:val="000000"/>
                <w:sz w:val="24"/>
                <w:lang w:val="ru-RU"/>
              </w:rPr>
              <w:t xml:space="preserve">архитектурные </w:t>
            </w:r>
            <w:r w:rsidRPr="006C4CE9">
              <w:rPr>
                <w:lang w:val="ru-RU"/>
              </w:rPr>
              <w:br/>
            </w:r>
            <w:r w:rsidRPr="006C4CE9">
              <w:rPr>
                <w:rFonts w:ascii="Times New Roman" w:eastAsia="Times New Roman" w:hAnsi="Times New Roman"/>
                <w:color w:val="000000"/>
                <w:sz w:val="24"/>
                <w:lang w:val="ru-RU"/>
              </w:rPr>
              <w:t>достопримечательности (по выбору учителя), их значение в современном мире.</w:t>
            </w:r>
          </w:p>
          <w:p w:rsidR="006327D3" w:rsidRPr="006C4CE9" w:rsidRDefault="006327D3" w:rsidP="006327D3">
            <w:pPr>
              <w:autoSpaceDE w:val="0"/>
              <w:autoSpaceDN w:val="0"/>
              <w:spacing w:before="70" w:after="0" w:line="281" w:lineRule="auto"/>
              <w:ind w:left="72"/>
              <w:rPr>
                <w:lang w:val="ru-RU"/>
              </w:rPr>
            </w:pPr>
            <w:r w:rsidRPr="006C4CE9">
              <w:rPr>
                <w:rFonts w:ascii="Times New Roman" w:eastAsia="Times New Roman" w:hAnsi="Times New Roman"/>
                <w:color w:val="000000"/>
                <w:sz w:val="24"/>
                <w:lang w:val="ru-RU"/>
              </w:rPr>
              <w:t xml:space="preserve">Виртуальное путешествие: памятники архитектуры </w:t>
            </w:r>
            <w:r w:rsidRPr="006C4CE9">
              <w:rPr>
                <w:lang w:val="ru-RU"/>
              </w:rPr>
              <w:br/>
            </w:r>
            <w:r w:rsidRPr="006C4CE9">
              <w:rPr>
                <w:rFonts w:ascii="Times New Roman" w:eastAsia="Times New Roman" w:hAnsi="Times New Roman"/>
                <w:color w:val="000000"/>
                <w:sz w:val="24"/>
                <w:lang w:val="ru-RU"/>
              </w:rPr>
              <w:t>Москвы и СанктПетербурга (обзор памятников по выбору учителя)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02</w:t>
            </w:r>
            <w:r>
              <w:rPr>
                <w:rFonts w:ascii="Times New Roman" w:eastAsia="Times New Roman" w:hAnsi="Times New Roman"/>
                <w:color w:val="000000"/>
                <w:sz w:val="24"/>
              </w:rPr>
              <w:t>.03.2023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lang w:val="ru-RU"/>
              </w:rPr>
              <w:t>14</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83" w:lineRule="auto"/>
              <w:ind w:left="72" w:right="144"/>
              <w:rPr>
                <w:lang w:val="ru-RU"/>
              </w:rPr>
            </w:pPr>
            <w:r w:rsidRPr="006C4CE9">
              <w:rPr>
                <w:rFonts w:ascii="Times New Roman" w:eastAsia="Times New Roman" w:hAnsi="Times New Roman"/>
                <w:color w:val="000000"/>
                <w:sz w:val="24"/>
                <w:lang w:val="ru-RU"/>
              </w:rPr>
              <w:t xml:space="preserve">Жанры в изобразительном искусстве — живописи, </w:t>
            </w:r>
            <w:r w:rsidRPr="006C4CE9">
              <w:rPr>
                <w:lang w:val="ru-RU"/>
              </w:rPr>
              <w:br/>
            </w:r>
            <w:r w:rsidRPr="006C4CE9">
              <w:rPr>
                <w:rFonts w:ascii="Times New Roman" w:eastAsia="Times New Roman" w:hAnsi="Times New Roman"/>
                <w:color w:val="000000"/>
                <w:sz w:val="24"/>
                <w:lang w:val="ru-RU"/>
              </w:rPr>
              <w:t>графике, скульптуре —</w:t>
            </w:r>
            <w:r w:rsidRPr="006C4CE9">
              <w:rPr>
                <w:lang w:val="ru-RU"/>
              </w:rPr>
              <w:br/>
            </w:r>
            <w:r w:rsidRPr="006C4CE9">
              <w:rPr>
                <w:rFonts w:ascii="Times New Roman" w:eastAsia="Times New Roman" w:hAnsi="Times New Roman"/>
                <w:color w:val="000000"/>
                <w:sz w:val="24"/>
                <w:lang w:val="ru-RU"/>
              </w:rPr>
              <w:t>определяются предметом изображения и служат для классификации и сравнения содержания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lang w:val="ru-RU"/>
              </w:rPr>
              <w:t>16</w:t>
            </w:r>
            <w:r>
              <w:rPr>
                <w:rFonts w:ascii="Times New Roman" w:eastAsia="Times New Roman" w:hAnsi="Times New Roman"/>
                <w:color w:val="000000"/>
                <w:sz w:val="24"/>
              </w:rPr>
              <w:t xml:space="preserve">.03.2023 </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tabs>
                <w:tab w:val="left" w:pos="156"/>
              </w:tabs>
              <w:autoSpaceDE w:val="0"/>
              <w:autoSpaceDN w:val="0"/>
              <w:spacing w:before="98" w:after="0" w:line="262" w:lineRule="auto"/>
            </w:pPr>
            <w:r>
              <w:rPr>
                <w:rFonts w:ascii="Times New Roman" w:eastAsia="Times New Roman" w:hAnsi="Times New Roman"/>
                <w:color w:val="000000"/>
                <w:sz w:val="24"/>
              </w:rPr>
              <w:t xml:space="preserve"> Практическая </w:t>
            </w:r>
            <w:r>
              <w:tab/>
            </w:r>
            <w:r>
              <w:rPr>
                <w:rFonts w:ascii="Times New Roman" w:eastAsia="Times New Roman" w:hAnsi="Times New Roman"/>
                <w:color w:val="000000"/>
                <w:sz w:val="24"/>
              </w:rPr>
              <w:t>работа;</w:t>
            </w:r>
          </w:p>
        </w:tc>
      </w:tr>
    </w:tbl>
    <w:tbl>
      <w:tblPr>
        <w:tblpPr w:leftFromText="180" w:rightFromText="180" w:vertAnchor="text" w:horzAnchor="margin" w:tblpY="7050"/>
        <w:tblW w:w="0" w:type="auto"/>
        <w:tblLayout w:type="fixed"/>
        <w:tblLook w:val="04A0"/>
      </w:tblPr>
      <w:tblGrid>
        <w:gridCol w:w="504"/>
        <w:gridCol w:w="3216"/>
        <w:gridCol w:w="734"/>
        <w:gridCol w:w="1620"/>
        <w:gridCol w:w="1668"/>
        <w:gridCol w:w="1236"/>
        <w:gridCol w:w="1574"/>
      </w:tblGrid>
      <w:tr w:rsidR="006327D3" w:rsidTr="006327D3">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5E2414" w:rsidRDefault="006327D3" w:rsidP="006327D3">
            <w:pPr>
              <w:autoSpaceDE w:val="0"/>
              <w:autoSpaceDN w:val="0"/>
              <w:spacing w:before="98" w:after="0" w:line="230" w:lineRule="auto"/>
              <w:jc w:val="center"/>
              <w:rPr>
                <w:i/>
              </w:rPr>
            </w:pPr>
            <w:r w:rsidRPr="005E2414">
              <w:rPr>
                <w:rFonts w:ascii="Times New Roman" w:eastAsia="Times New Roman" w:hAnsi="Times New Roman"/>
                <w:i/>
                <w:color w:val="000000"/>
                <w:sz w:val="24"/>
                <w:lang w:val="ru-RU"/>
              </w:rPr>
              <w:t>15</w:t>
            </w:r>
            <w:r w:rsidRPr="005E2414">
              <w:rPr>
                <w:rFonts w:ascii="Times New Roman" w:eastAsia="Times New Roman" w:hAnsi="Times New Roman"/>
                <w:i/>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rPr>
              <w:t>Художественные музеи.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rPr>
              <w:t>14.04.2023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r w:rsidR="006327D3" w:rsidTr="006327D3">
        <w:trPr>
          <w:trHeight w:hRule="exact" w:val="315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5E2414" w:rsidRDefault="006327D3" w:rsidP="006327D3">
            <w:pPr>
              <w:autoSpaceDE w:val="0"/>
              <w:autoSpaceDN w:val="0"/>
              <w:spacing w:before="98" w:after="0" w:line="230" w:lineRule="auto"/>
              <w:jc w:val="center"/>
              <w:rPr>
                <w:i/>
              </w:rPr>
            </w:pPr>
            <w:r w:rsidRPr="005E2414">
              <w:rPr>
                <w:rFonts w:ascii="Times New Roman" w:eastAsia="Times New Roman" w:hAnsi="Times New Roman"/>
                <w:i/>
                <w:color w:val="000000"/>
                <w:sz w:val="24"/>
                <w:lang w:val="ru-RU"/>
              </w:rPr>
              <w:t>16</w:t>
            </w:r>
            <w:r w:rsidRPr="005E2414">
              <w:rPr>
                <w:rFonts w:ascii="Times New Roman" w:eastAsia="Times New Roman" w:hAnsi="Times New Roman"/>
                <w:i/>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88" w:lineRule="auto"/>
              <w:ind w:left="72"/>
              <w:rPr>
                <w:lang w:val="ru-RU"/>
              </w:rPr>
            </w:pPr>
            <w:r w:rsidRPr="006C4CE9">
              <w:rPr>
                <w:rFonts w:ascii="Times New Roman" w:eastAsia="Times New Roman" w:hAnsi="Times New Roman"/>
                <w:color w:val="000000"/>
                <w:sz w:val="24"/>
                <w:lang w:val="ru-RU"/>
              </w:rPr>
              <w:t xml:space="preserve">В графическом редакторе </w:t>
            </w:r>
            <w:r w:rsidRPr="006C4CE9">
              <w:rPr>
                <w:lang w:val="ru-RU"/>
              </w:rPr>
              <w:br/>
            </w:r>
            <w:r w:rsidRPr="006C4CE9">
              <w:rPr>
                <w:rFonts w:ascii="Times New Roman" w:eastAsia="Times New Roman" w:hAnsi="Times New Roman"/>
                <w:color w:val="000000"/>
                <w:sz w:val="24"/>
                <w:lang w:val="ru-RU"/>
              </w:rPr>
              <w:t xml:space="preserve">создание рисунка элемента орнамента (паттерна), его </w:t>
            </w:r>
            <w:r w:rsidRPr="006C4CE9">
              <w:rPr>
                <w:lang w:val="ru-RU"/>
              </w:rPr>
              <w:br/>
            </w:r>
            <w:r w:rsidRPr="006C4CE9">
              <w:rPr>
                <w:rFonts w:ascii="Times New Roman" w:eastAsia="Times New Roman" w:hAnsi="Times New Roman"/>
                <w:color w:val="000000"/>
                <w:sz w:val="24"/>
                <w:lang w:val="ru-RU"/>
              </w:rPr>
              <w:t xml:space="preserve">копирование, многократное повторение, в том числе с </w:t>
            </w:r>
            <w:r w:rsidRPr="006C4CE9">
              <w:rPr>
                <w:lang w:val="ru-RU"/>
              </w:rPr>
              <w:br/>
            </w:r>
            <w:r w:rsidRPr="006C4CE9">
              <w:rPr>
                <w:rFonts w:ascii="Times New Roman" w:eastAsia="Times New Roman" w:hAnsi="Times New Roman"/>
                <w:color w:val="000000"/>
                <w:sz w:val="24"/>
                <w:lang w:val="ru-RU"/>
              </w:rPr>
              <w:t xml:space="preserve">поворотами вокруг оси </w:t>
            </w:r>
            <w:r w:rsidRPr="006C4CE9">
              <w:rPr>
                <w:lang w:val="ru-RU"/>
              </w:rPr>
              <w:br/>
            </w:r>
            <w:r w:rsidRPr="006C4CE9">
              <w:rPr>
                <w:rFonts w:ascii="Times New Roman" w:eastAsia="Times New Roman" w:hAnsi="Times New Roman"/>
                <w:color w:val="000000"/>
                <w:sz w:val="24"/>
                <w:lang w:val="ru-RU"/>
              </w:rPr>
              <w:t xml:space="preserve">рисунка, и создание </w:t>
            </w:r>
            <w:r w:rsidRPr="006C4CE9">
              <w:rPr>
                <w:lang w:val="ru-RU"/>
              </w:rPr>
              <w:br/>
            </w:r>
            <w:r w:rsidRPr="006C4CE9">
              <w:rPr>
                <w:rFonts w:ascii="Times New Roman" w:eastAsia="Times New Roman" w:hAnsi="Times New Roman"/>
                <w:color w:val="000000"/>
                <w:sz w:val="24"/>
                <w:lang w:val="ru-RU"/>
              </w:rPr>
              <w:t xml:space="preserve">орнамента, в основе которого раппорт.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jc w:val="center"/>
            </w:pPr>
            <w:r>
              <w:rPr>
                <w:rFonts w:ascii="Times New Roman" w:eastAsia="Times New Roman" w:hAnsi="Times New Roman"/>
                <w:color w:val="000000"/>
                <w:sz w:val="24"/>
              </w:rPr>
              <w:t>28.04.2023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62" w:lineRule="auto"/>
              <w:ind w:left="72"/>
            </w:pPr>
            <w:r>
              <w:rPr>
                <w:rFonts w:ascii="Times New Roman" w:eastAsia="Times New Roman" w:hAnsi="Times New Roman"/>
                <w:color w:val="000000"/>
                <w:sz w:val="24"/>
              </w:rPr>
              <w:t>Практическая работа;</w:t>
            </w:r>
          </w:p>
        </w:tc>
      </w:tr>
    </w:tbl>
    <w:p w:rsidR="006327D3" w:rsidRDefault="006327D3" w:rsidP="006327D3">
      <w:pPr>
        <w:autoSpaceDE w:val="0"/>
        <w:autoSpaceDN w:val="0"/>
        <w:spacing w:after="0" w:line="14" w:lineRule="exact"/>
      </w:pPr>
    </w:p>
    <w:p w:rsidR="006327D3" w:rsidRPr="005E2414" w:rsidRDefault="006327D3" w:rsidP="006327D3">
      <w:pPr>
        <w:rPr>
          <w:lang w:val="ru-RU"/>
        </w:rPr>
      </w:pPr>
    </w:p>
    <w:tbl>
      <w:tblPr>
        <w:tblpPr w:leftFromText="180" w:rightFromText="180" w:vertAnchor="text" w:horzAnchor="page" w:tblpX="1173" w:tblpY="41"/>
        <w:tblW w:w="0" w:type="auto"/>
        <w:tblLayout w:type="fixed"/>
        <w:tblLook w:val="04A0"/>
      </w:tblPr>
      <w:tblGrid>
        <w:gridCol w:w="504"/>
        <w:gridCol w:w="3216"/>
        <w:gridCol w:w="734"/>
        <w:gridCol w:w="1620"/>
        <w:gridCol w:w="1668"/>
        <w:gridCol w:w="1236"/>
        <w:gridCol w:w="1574"/>
      </w:tblGrid>
      <w:tr w:rsidR="006327D3" w:rsidTr="006327D3">
        <w:trPr>
          <w:trHeight w:hRule="exact" w:val="21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100" w:after="0" w:line="230" w:lineRule="auto"/>
              <w:jc w:val="center"/>
            </w:pPr>
            <w:r>
              <w:rPr>
                <w:rFonts w:ascii="Times New Roman" w:eastAsia="Times New Roman" w:hAnsi="Times New Roman"/>
                <w:color w:val="000000"/>
                <w:sz w:val="24"/>
                <w:lang w:val="ru-RU"/>
              </w:rPr>
              <w:t>17</w:t>
            </w:r>
            <w:r>
              <w:rPr>
                <w:rFonts w:ascii="Times New Roman" w:eastAsia="Times New Roman" w:hAnsi="Times New Roman"/>
                <w:color w:val="000000"/>
                <w:sz w:val="24"/>
              </w:rPr>
              <w:t>.</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100" w:after="0" w:line="281" w:lineRule="auto"/>
              <w:ind w:left="72"/>
              <w:rPr>
                <w:lang w:val="ru-RU"/>
              </w:rPr>
            </w:pPr>
            <w:r w:rsidRPr="006C4CE9">
              <w:rPr>
                <w:rFonts w:ascii="Times New Roman" w:eastAsia="Times New Roman" w:hAnsi="Times New Roman"/>
                <w:color w:val="000000"/>
                <w:sz w:val="24"/>
                <w:lang w:val="ru-RU"/>
              </w:rPr>
              <w:t xml:space="preserve">Редактирование фотографий в программе </w:t>
            </w:r>
            <w:r>
              <w:rPr>
                <w:rFonts w:ascii="Times New Roman" w:eastAsia="Times New Roman" w:hAnsi="Times New Roman"/>
                <w:color w:val="000000"/>
                <w:sz w:val="24"/>
              </w:rPr>
              <w:t>Picture</w:t>
            </w:r>
            <w:r w:rsidRPr="006C4CE9">
              <w:rPr>
                <w:rFonts w:ascii="Times New Roman" w:eastAsia="Times New Roman" w:hAnsi="Times New Roman"/>
                <w:color w:val="000000"/>
                <w:sz w:val="24"/>
                <w:lang w:val="ru-RU"/>
              </w:rPr>
              <w:t xml:space="preserve"> </w:t>
            </w:r>
            <w:r>
              <w:rPr>
                <w:rFonts w:ascii="Times New Roman" w:eastAsia="Times New Roman" w:hAnsi="Times New Roman"/>
                <w:color w:val="000000"/>
                <w:sz w:val="24"/>
              </w:rPr>
              <w:t>Manager</w:t>
            </w:r>
            <w:r w:rsidRPr="006C4CE9">
              <w:rPr>
                <w:rFonts w:ascii="Times New Roman" w:eastAsia="Times New Roman" w:hAnsi="Times New Roman"/>
                <w:color w:val="000000"/>
                <w:sz w:val="24"/>
                <w:lang w:val="ru-RU"/>
              </w:rPr>
              <w:t xml:space="preserve">: изменение яркости, </w:t>
            </w:r>
            <w:r w:rsidRPr="006C4CE9">
              <w:rPr>
                <w:lang w:val="ru-RU"/>
              </w:rPr>
              <w:br/>
            </w:r>
            <w:r w:rsidRPr="006C4CE9">
              <w:rPr>
                <w:rFonts w:ascii="Times New Roman" w:eastAsia="Times New Roman" w:hAnsi="Times New Roman"/>
                <w:color w:val="000000"/>
                <w:sz w:val="24"/>
                <w:lang w:val="ru-RU"/>
              </w:rPr>
              <w:t xml:space="preserve">контраста, насыщенности </w:t>
            </w:r>
            <w:r w:rsidRPr="006C4CE9">
              <w:rPr>
                <w:lang w:val="ru-RU"/>
              </w:rPr>
              <w:br/>
            </w:r>
            <w:r w:rsidRPr="006C4CE9">
              <w:rPr>
                <w:rFonts w:ascii="Times New Roman" w:eastAsia="Times New Roman" w:hAnsi="Times New Roman"/>
                <w:color w:val="000000"/>
                <w:sz w:val="24"/>
                <w:lang w:val="ru-RU"/>
              </w:rPr>
              <w:t xml:space="preserve">цвета; обрезка, поворот, </w:t>
            </w:r>
            <w:r w:rsidRPr="006C4CE9">
              <w:rPr>
                <w:lang w:val="ru-RU"/>
              </w:rPr>
              <w:br/>
            </w:r>
            <w:r w:rsidRPr="006C4CE9">
              <w:rPr>
                <w:rFonts w:ascii="Times New Roman" w:eastAsia="Times New Roman" w:hAnsi="Times New Roman"/>
                <w:color w:val="000000"/>
                <w:sz w:val="24"/>
                <w:lang w:val="ru-RU"/>
              </w:rPr>
              <w:t>отражение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100" w:after="0" w:line="230" w:lineRule="auto"/>
              <w:jc w:val="center"/>
            </w:pPr>
            <w:r>
              <w:rPr>
                <w:rFonts w:ascii="Times New Roman" w:eastAsia="Times New Roman" w:hAnsi="Times New Roman"/>
                <w:color w:val="000000"/>
                <w:sz w:val="24"/>
              </w:rPr>
              <w:t>12.05.2023</w:t>
            </w:r>
          </w:p>
        </w:tc>
        <w:tc>
          <w:tcPr>
            <w:tcW w:w="157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100" w:after="0" w:line="262" w:lineRule="auto"/>
              <w:ind w:left="72"/>
            </w:pPr>
            <w:r>
              <w:rPr>
                <w:rFonts w:ascii="Times New Roman" w:eastAsia="Times New Roman" w:hAnsi="Times New Roman"/>
                <w:color w:val="000000"/>
                <w:sz w:val="24"/>
              </w:rPr>
              <w:t>Практическая работа;</w:t>
            </w:r>
          </w:p>
        </w:tc>
      </w:tr>
      <w:tr w:rsidR="006327D3" w:rsidTr="006327D3">
        <w:trPr>
          <w:trHeight w:hRule="exact" w:val="808"/>
        </w:trPr>
        <w:tc>
          <w:tcPr>
            <w:tcW w:w="372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6C4CE9" w:rsidRDefault="006327D3" w:rsidP="006327D3">
            <w:pPr>
              <w:autoSpaceDE w:val="0"/>
              <w:autoSpaceDN w:val="0"/>
              <w:spacing w:before="98" w:after="0" w:line="262" w:lineRule="auto"/>
              <w:ind w:left="72" w:right="144"/>
              <w:rPr>
                <w:lang w:val="ru-RU"/>
              </w:rPr>
            </w:pPr>
            <w:r w:rsidRPr="006C4CE9">
              <w:rPr>
                <w:rFonts w:ascii="Times New Roman" w:eastAsia="Times New Roman" w:hAnsi="Times New Roman"/>
                <w:color w:val="000000"/>
                <w:sz w:val="24"/>
                <w:lang w:val="ru-RU"/>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Pr="00FA79A2" w:rsidRDefault="006327D3" w:rsidP="006327D3">
            <w:pPr>
              <w:autoSpaceDE w:val="0"/>
              <w:autoSpaceDN w:val="0"/>
              <w:spacing w:before="98" w:after="0" w:line="230" w:lineRule="auto"/>
              <w:ind w:left="74"/>
              <w:rPr>
                <w:lang w:val="ru-RU"/>
              </w:rPr>
            </w:pPr>
            <w:r>
              <w:rPr>
                <w:rFonts w:ascii="Times New Roman" w:eastAsia="Times New Roman" w:hAnsi="Times New Roman"/>
                <w:color w:val="000000"/>
                <w:sz w:val="24"/>
                <w:lang w:val="ru-RU"/>
              </w:rPr>
              <w:t>17</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pPr>
              <w:autoSpaceDE w:val="0"/>
              <w:autoSpaceDN w:val="0"/>
              <w:spacing w:before="98" w:after="0" w:line="230" w:lineRule="auto"/>
              <w:ind w:left="72"/>
            </w:pPr>
            <w:r>
              <w:rPr>
                <w:rFonts w:ascii="Times New Roman" w:eastAsia="Times New Roman" w:hAnsi="Times New Roman"/>
                <w:color w:val="000000"/>
                <w:sz w:val="24"/>
              </w:rPr>
              <w:t>3</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c>
          <w:tcPr>
            <w:tcW w:w="281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327D3" w:rsidRDefault="006327D3" w:rsidP="006327D3"/>
        </w:tc>
      </w:tr>
    </w:tbl>
    <w:p w:rsidR="00D117AB" w:rsidRDefault="00D117AB" w:rsidP="00D117AB">
      <w:r w:rsidRPr="005D0391">
        <w:rPr>
          <w:rFonts w:ascii="Times New Roman" w:eastAsia="Times New Roman" w:hAnsi="Times New Roman" w:cs="Times New Roman"/>
          <w:b/>
          <w:bCs/>
          <w:caps/>
          <w:color w:val="000000"/>
          <w:kern w:val="36"/>
          <w:sz w:val="24"/>
          <w:szCs w:val="24"/>
        </w:rPr>
        <w:t>ПОУРОЧНОЕ ПЛАНИРОВАНИЕ</w:t>
      </w:r>
      <w:r>
        <w:rPr>
          <w:rFonts w:ascii="Times New Roman" w:eastAsia="Times New Roman" w:hAnsi="Times New Roman" w:cs="Times New Roman"/>
          <w:b/>
          <w:bCs/>
          <w:caps/>
          <w:color w:val="000000"/>
          <w:kern w:val="36"/>
          <w:sz w:val="24"/>
          <w:szCs w:val="24"/>
        </w:rPr>
        <w:t xml:space="preserve"> по изобразительному искусству</w:t>
      </w:r>
    </w:p>
    <w:tbl>
      <w:tblPr>
        <w:tblStyle w:val="aff0"/>
        <w:tblW w:w="0" w:type="auto"/>
        <w:tblLayout w:type="fixed"/>
        <w:tblLook w:val="04A0"/>
      </w:tblPr>
      <w:tblGrid>
        <w:gridCol w:w="531"/>
        <w:gridCol w:w="5531"/>
        <w:gridCol w:w="709"/>
        <w:gridCol w:w="992"/>
        <w:gridCol w:w="850"/>
        <w:gridCol w:w="1134"/>
        <w:gridCol w:w="993"/>
      </w:tblGrid>
      <w:tr w:rsidR="00D117AB" w:rsidRPr="00CC1E66" w:rsidTr="00AC47F8">
        <w:tc>
          <w:tcPr>
            <w:tcW w:w="531" w:type="dxa"/>
            <w:vMerge w:val="restart"/>
            <w:vAlign w:val="center"/>
          </w:tcPr>
          <w:p w:rsidR="00D117AB" w:rsidRPr="00CC1E66" w:rsidRDefault="00D117AB" w:rsidP="00AC47F8">
            <w:pPr>
              <w:jc w:val="center"/>
              <w:rPr>
                <w:rFonts w:ascii="Times New Roman" w:eastAsia="Times New Roman" w:hAnsi="Times New Roman" w:cs="Times New Roman"/>
                <w:b/>
              </w:rPr>
            </w:pPr>
            <w:r w:rsidRPr="00CC1E66">
              <w:rPr>
                <w:rFonts w:ascii="Times New Roman" w:eastAsia="Times New Roman" w:hAnsi="Times New Roman" w:cs="Times New Roman"/>
                <w:b/>
                <w:bCs/>
              </w:rPr>
              <w:lastRenderedPageBreak/>
              <w:t>№</w:t>
            </w:r>
            <w:r w:rsidRPr="00CC1E66">
              <w:rPr>
                <w:rFonts w:ascii="Times New Roman" w:eastAsia="Times New Roman" w:hAnsi="Times New Roman" w:cs="Times New Roman"/>
                <w:b/>
                <w:bCs/>
              </w:rPr>
              <w:br/>
              <w:t>п/п</w:t>
            </w:r>
          </w:p>
        </w:tc>
        <w:tc>
          <w:tcPr>
            <w:tcW w:w="5531" w:type="dxa"/>
            <w:vMerge w:val="restart"/>
            <w:vAlign w:val="center"/>
          </w:tcPr>
          <w:p w:rsidR="00D117AB" w:rsidRPr="00D83A71" w:rsidRDefault="00D117AB" w:rsidP="00AC47F8">
            <w:pPr>
              <w:spacing w:line="276" w:lineRule="auto"/>
              <w:jc w:val="center"/>
              <w:rPr>
                <w:rFonts w:ascii="Times New Roman" w:eastAsia="Times New Roman" w:hAnsi="Times New Roman" w:cs="Times New Roman"/>
                <w:b/>
              </w:rPr>
            </w:pPr>
            <w:r w:rsidRPr="00D83A71">
              <w:rPr>
                <w:rFonts w:ascii="Times New Roman" w:eastAsia="Times New Roman" w:hAnsi="Times New Roman" w:cs="Times New Roman"/>
                <w:b/>
                <w:bCs/>
              </w:rPr>
              <w:t>Тема урока</w:t>
            </w:r>
          </w:p>
        </w:tc>
        <w:tc>
          <w:tcPr>
            <w:tcW w:w="2551" w:type="dxa"/>
            <w:gridSpan w:val="3"/>
            <w:vAlign w:val="center"/>
          </w:tcPr>
          <w:p w:rsidR="00D117AB" w:rsidRPr="00CC1E66" w:rsidRDefault="00D117AB" w:rsidP="00AC47F8">
            <w:pPr>
              <w:jc w:val="center"/>
              <w:rPr>
                <w:rFonts w:ascii="Times New Roman" w:eastAsia="Times New Roman" w:hAnsi="Times New Roman" w:cs="Times New Roman"/>
                <w:color w:val="000000" w:themeColor="text1"/>
                <w:sz w:val="20"/>
                <w:szCs w:val="20"/>
              </w:rPr>
            </w:pPr>
            <w:r w:rsidRPr="00CC1E66">
              <w:rPr>
                <w:rFonts w:ascii="Times New Roman" w:eastAsia="Times New Roman" w:hAnsi="Times New Roman" w:cs="Times New Roman"/>
                <w:b/>
                <w:bCs/>
                <w:sz w:val="20"/>
                <w:szCs w:val="20"/>
              </w:rPr>
              <w:t>Количество часов</w:t>
            </w:r>
          </w:p>
        </w:tc>
        <w:tc>
          <w:tcPr>
            <w:tcW w:w="1134" w:type="dxa"/>
            <w:vAlign w:val="center"/>
          </w:tcPr>
          <w:p w:rsidR="00D117AB" w:rsidRPr="00CC1E66" w:rsidRDefault="00D117AB" w:rsidP="00AC47F8">
            <w:pPr>
              <w:jc w:val="center"/>
              <w:rPr>
                <w:rFonts w:ascii="Times New Roman" w:eastAsia="Times New Roman" w:hAnsi="Times New Roman" w:cs="Times New Roman"/>
                <w:b/>
                <w:color w:val="000000" w:themeColor="text1"/>
                <w:sz w:val="20"/>
                <w:szCs w:val="20"/>
              </w:rPr>
            </w:pPr>
            <w:r w:rsidRPr="00CC1E66">
              <w:rPr>
                <w:rFonts w:ascii="Times New Roman" w:eastAsia="Times New Roman" w:hAnsi="Times New Roman" w:cs="Times New Roman"/>
                <w:b/>
                <w:color w:val="000000" w:themeColor="text1"/>
                <w:sz w:val="20"/>
                <w:szCs w:val="20"/>
              </w:rPr>
              <w:t>Дата изучения</w:t>
            </w:r>
          </w:p>
        </w:tc>
        <w:tc>
          <w:tcPr>
            <w:tcW w:w="993" w:type="dxa"/>
          </w:tcPr>
          <w:p w:rsidR="00D117AB" w:rsidRDefault="00D117AB" w:rsidP="00AC47F8">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Дата </w:t>
            </w:r>
          </w:p>
          <w:p w:rsidR="00D117AB" w:rsidRPr="00CC1E66" w:rsidRDefault="00D117AB" w:rsidP="00AC47F8">
            <w:pPr>
              <w:jc w:val="center"/>
              <w:rPr>
                <w:rFonts w:ascii="Times New Roman" w:eastAsia="Times New Roman" w:hAnsi="Times New Roman" w:cs="Times New Roman"/>
                <w:b/>
                <w:sz w:val="18"/>
                <w:szCs w:val="18"/>
              </w:rPr>
            </w:pPr>
            <w:r>
              <w:rPr>
                <w:rFonts w:ascii="Times New Roman" w:eastAsia="Times New Roman" w:hAnsi="Times New Roman" w:cs="Times New Roman"/>
                <w:b/>
                <w:bCs/>
                <w:sz w:val="18"/>
                <w:szCs w:val="18"/>
              </w:rPr>
              <w:t>факт</w:t>
            </w:r>
          </w:p>
        </w:tc>
      </w:tr>
      <w:tr w:rsidR="00D117AB" w:rsidRPr="002763DA" w:rsidTr="00AC47F8">
        <w:tc>
          <w:tcPr>
            <w:tcW w:w="531" w:type="dxa"/>
            <w:vMerge/>
          </w:tcPr>
          <w:p w:rsidR="00D117AB" w:rsidRPr="00CC1E66" w:rsidRDefault="00D117AB" w:rsidP="00AC47F8">
            <w:pPr>
              <w:jc w:val="center"/>
              <w:rPr>
                <w:rFonts w:ascii="Times New Roman" w:eastAsia="Times New Roman" w:hAnsi="Times New Roman" w:cs="Times New Roman"/>
                <w:bCs/>
              </w:rPr>
            </w:pPr>
          </w:p>
        </w:tc>
        <w:tc>
          <w:tcPr>
            <w:tcW w:w="5531" w:type="dxa"/>
            <w:vMerge/>
            <w:vAlign w:val="center"/>
          </w:tcPr>
          <w:p w:rsidR="00D117AB" w:rsidRPr="00D83A71" w:rsidRDefault="00D117AB" w:rsidP="00AC47F8">
            <w:pPr>
              <w:spacing w:line="276" w:lineRule="auto"/>
              <w:jc w:val="center"/>
              <w:rPr>
                <w:rFonts w:ascii="Times New Roman" w:eastAsia="Times New Roman" w:hAnsi="Times New Roman" w:cs="Times New Roman"/>
                <w:b/>
                <w:bCs/>
              </w:rPr>
            </w:pPr>
          </w:p>
        </w:tc>
        <w:tc>
          <w:tcPr>
            <w:tcW w:w="709" w:type="dxa"/>
          </w:tcPr>
          <w:p w:rsidR="00D117AB" w:rsidRPr="00CC1E66" w:rsidRDefault="00D117AB" w:rsidP="00AC47F8">
            <w:pPr>
              <w:rPr>
                <w:rFonts w:ascii="Times New Roman" w:eastAsia="Times New Roman" w:hAnsi="Times New Roman" w:cs="Times New Roman"/>
                <w:b/>
                <w:bCs/>
                <w:sz w:val="16"/>
                <w:szCs w:val="16"/>
              </w:rPr>
            </w:pPr>
            <w:r w:rsidRPr="00CC1E66">
              <w:rPr>
                <w:rFonts w:ascii="Times New Roman" w:eastAsia="Times New Roman" w:hAnsi="Times New Roman" w:cs="Times New Roman"/>
                <w:b/>
                <w:bCs/>
                <w:sz w:val="16"/>
                <w:szCs w:val="16"/>
              </w:rPr>
              <w:t xml:space="preserve">Всего </w:t>
            </w:r>
          </w:p>
        </w:tc>
        <w:tc>
          <w:tcPr>
            <w:tcW w:w="992" w:type="dxa"/>
          </w:tcPr>
          <w:p w:rsidR="00D117AB" w:rsidRPr="00CC1E66" w:rsidRDefault="00D117AB" w:rsidP="00AC47F8">
            <w:pPr>
              <w:jc w:val="center"/>
              <w:rPr>
                <w:rFonts w:ascii="Times New Roman" w:eastAsia="Times New Roman" w:hAnsi="Times New Roman" w:cs="Times New Roman"/>
                <w:b/>
                <w:bCs/>
                <w:sz w:val="16"/>
                <w:szCs w:val="16"/>
              </w:rPr>
            </w:pPr>
            <w:r w:rsidRPr="00CC1E66">
              <w:rPr>
                <w:rFonts w:ascii="Times New Roman" w:eastAsia="Times New Roman" w:hAnsi="Times New Roman" w:cs="Times New Roman"/>
                <w:b/>
                <w:bCs/>
                <w:sz w:val="16"/>
                <w:szCs w:val="16"/>
              </w:rPr>
              <w:t>Контрольные работы</w:t>
            </w:r>
          </w:p>
        </w:tc>
        <w:tc>
          <w:tcPr>
            <w:tcW w:w="850" w:type="dxa"/>
          </w:tcPr>
          <w:p w:rsidR="00D117AB" w:rsidRPr="00CC1E66" w:rsidRDefault="00D117AB" w:rsidP="00AC47F8">
            <w:pPr>
              <w:jc w:val="center"/>
              <w:rPr>
                <w:rFonts w:ascii="Times New Roman" w:eastAsia="Times New Roman" w:hAnsi="Times New Roman" w:cs="Times New Roman"/>
                <w:b/>
                <w:bCs/>
                <w:sz w:val="16"/>
                <w:szCs w:val="16"/>
              </w:rPr>
            </w:pPr>
            <w:r w:rsidRPr="00CC1E66">
              <w:rPr>
                <w:rFonts w:ascii="Times New Roman" w:eastAsia="Times New Roman" w:hAnsi="Times New Roman" w:cs="Times New Roman"/>
                <w:b/>
                <w:bCs/>
                <w:sz w:val="16"/>
                <w:szCs w:val="16"/>
              </w:rPr>
              <w:t>Практические работы</w:t>
            </w:r>
          </w:p>
        </w:tc>
        <w:tc>
          <w:tcPr>
            <w:tcW w:w="1134" w:type="dxa"/>
            <w:vAlign w:val="center"/>
          </w:tcPr>
          <w:p w:rsidR="00D117AB" w:rsidRPr="002763DA" w:rsidRDefault="00D117AB" w:rsidP="00AC47F8">
            <w:pPr>
              <w:jc w:val="center"/>
              <w:rPr>
                <w:rFonts w:ascii="Times New Roman" w:eastAsia="Times New Roman" w:hAnsi="Times New Roman" w:cs="Times New Roman"/>
                <w:color w:val="000000" w:themeColor="text1"/>
              </w:rPr>
            </w:pPr>
          </w:p>
        </w:tc>
        <w:tc>
          <w:tcPr>
            <w:tcW w:w="993" w:type="dxa"/>
          </w:tcPr>
          <w:p w:rsidR="00D117AB" w:rsidRPr="002763DA" w:rsidRDefault="00D117AB" w:rsidP="00AC47F8">
            <w:pPr>
              <w:jc w:val="center"/>
              <w:rPr>
                <w:rFonts w:ascii="Times New Roman" w:eastAsia="Times New Roman" w:hAnsi="Times New Roman" w:cs="Times New Roman"/>
                <w:b/>
                <w:bCs/>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83A71" w:rsidRDefault="00D117AB" w:rsidP="00AC47F8">
            <w:pPr>
              <w:shd w:val="clear" w:color="auto" w:fill="F7F5F5"/>
              <w:spacing w:line="276" w:lineRule="auto"/>
              <w:rPr>
                <w:rFonts w:ascii="Times New Roman" w:eastAsia="Times New Roman" w:hAnsi="Times New Roman" w:cs="Times New Roman"/>
                <w:color w:val="000000"/>
              </w:rPr>
            </w:pPr>
            <w:r w:rsidRPr="00D117AB">
              <w:rPr>
                <w:rFonts w:ascii="Times New Roman" w:eastAsia="Times New Roman" w:hAnsi="Times New Roman" w:cs="Times New Roman"/>
                <w:color w:val="000000"/>
                <w:lang w:val="ru-RU"/>
              </w:rPr>
              <w:t xml:space="preserve">Модуль «Графика». 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w:t>
            </w:r>
            <w:r>
              <w:rPr>
                <w:rFonts w:ascii="Times New Roman" w:eastAsia="Times New Roman" w:hAnsi="Times New Roman" w:cs="Times New Roman"/>
                <w:color w:val="000000"/>
              </w:rPr>
              <w:t>Инструктаж по ТБ.</w:t>
            </w:r>
          </w:p>
        </w:tc>
        <w:tc>
          <w:tcPr>
            <w:tcW w:w="709"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992"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850"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14.09</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«Графика». Графическое изображение героев былин, древних легенд, сказок и сказаний разных народов.</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28.09</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«Живопись». Красота природы разных климатических зон, создание пейзажных композиций (горный, степной, среднерусский ландшафт).</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12.10</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83A71" w:rsidRDefault="00D117AB" w:rsidP="00AC47F8">
            <w:pPr>
              <w:shd w:val="clear" w:color="auto" w:fill="F7F5F5"/>
              <w:spacing w:line="276" w:lineRule="auto"/>
              <w:rPr>
                <w:rFonts w:ascii="Times New Roman" w:eastAsia="Times New Roman" w:hAnsi="Times New Roman" w:cs="Times New Roman"/>
                <w:color w:val="000000"/>
              </w:rPr>
            </w:pPr>
            <w:r w:rsidRPr="00D117AB">
              <w:rPr>
                <w:rFonts w:ascii="Times New Roman" w:eastAsia="Times New Roman" w:hAnsi="Times New Roman" w:cs="Times New Roman"/>
                <w:color w:val="000000"/>
                <w:lang w:val="ru-RU"/>
              </w:rPr>
              <w:t xml:space="preserve">Модуль «Живопись».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w:t>
            </w:r>
            <w:r w:rsidRPr="00D83A71">
              <w:rPr>
                <w:rFonts w:ascii="Times New Roman" w:eastAsia="Times New Roman" w:hAnsi="Times New Roman" w:cs="Times New Roman"/>
                <w:color w:val="000000"/>
              </w:rPr>
              <w:t>(из выбранной культурной эпохи)</w:t>
            </w:r>
            <w:r>
              <w:rPr>
                <w:rFonts w:ascii="Times New Roman" w:eastAsia="Times New Roman" w:hAnsi="Times New Roman" w:cs="Times New Roman"/>
                <w:color w:val="000000"/>
              </w:rPr>
              <w:t>.</w:t>
            </w:r>
          </w:p>
        </w:tc>
        <w:tc>
          <w:tcPr>
            <w:tcW w:w="709"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992"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850"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26.10</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«Скульптура». Знакомство со скульптурными памятниками героям и мемориальными комплексами.</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16.11</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«Декоративно-прикладное искусство».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30.11</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«Декоративно-прикладное искусство». Орнаментальное украшение каменной архитектуры в памятниках русской культуры, каменная резьба, роспись стен, изразцы.</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14.12</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83A71" w:rsidRDefault="00D117AB" w:rsidP="00AC47F8">
            <w:pPr>
              <w:shd w:val="clear" w:color="auto" w:fill="F7F5F5"/>
              <w:spacing w:line="276" w:lineRule="auto"/>
              <w:rPr>
                <w:rFonts w:ascii="Times New Roman" w:eastAsia="Times New Roman" w:hAnsi="Times New Roman" w:cs="Times New Roman"/>
                <w:color w:val="000000"/>
              </w:rPr>
            </w:pPr>
            <w:r w:rsidRPr="00D117AB">
              <w:rPr>
                <w:rFonts w:ascii="Times New Roman" w:eastAsia="Times New Roman" w:hAnsi="Times New Roman" w:cs="Times New Roman"/>
                <w:color w:val="000000"/>
                <w:lang w:val="ru-RU"/>
              </w:rPr>
              <w:t xml:space="preserve">Модуль «Декоративно-прикладное искусство». Женский и мужской костюмы в традициях разных народов. </w:t>
            </w:r>
            <w:r w:rsidRPr="00D83A71">
              <w:rPr>
                <w:rFonts w:ascii="Times New Roman" w:eastAsia="Times New Roman" w:hAnsi="Times New Roman" w:cs="Times New Roman"/>
                <w:color w:val="000000"/>
              </w:rPr>
              <w:t>Своеобразие одежды разных эпох и культур</w:t>
            </w:r>
            <w:r>
              <w:rPr>
                <w:rFonts w:ascii="Times New Roman" w:eastAsia="Times New Roman" w:hAnsi="Times New Roman" w:cs="Times New Roman"/>
                <w:color w:val="000000"/>
              </w:rPr>
              <w:t>.</w:t>
            </w:r>
          </w:p>
        </w:tc>
        <w:tc>
          <w:tcPr>
            <w:tcW w:w="709"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992"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850"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28.12</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83A71" w:rsidRDefault="00D117AB" w:rsidP="00AC47F8">
            <w:pPr>
              <w:shd w:val="clear" w:color="auto" w:fill="F7F5F5"/>
              <w:spacing w:line="276" w:lineRule="auto"/>
              <w:rPr>
                <w:rFonts w:ascii="Times New Roman" w:eastAsia="Times New Roman" w:hAnsi="Times New Roman" w:cs="Times New Roman"/>
                <w:color w:val="000000"/>
              </w:rPr>
            </w:pPr>
            <w:r w:rsidRPr="00D117AB">
              <w:rPr>
                <w:rFonts w:ascii="Times New Roman" w:eastAsia="Times New Roman" w:hAnsi="Times New Roman" w:cs="Times New Roman"/>
                <w:color w:val="000000"/>
                <w:lang w:val="ru-RU"/>
              </w:rPr>
              <w:t xml:space="preserve">Модуль «Архитектура». 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w:t>
            </w:r>
            <w:r w:rsidRPr="00D83A71">
              <w:rPr>
                <w:rFonts w:ascii="Times New Roman" w:eastAsia="Times New Roman" w:hAnsi="Times New Roman" w:cs="Times New Roman"/>
                <w:color w:val="000000"/>
              </w:rPr>
              <w:t>Разные виды изб и надворных построек</w:t>
            </w:r>
            <w:r>
              <w:rPr>
                <w:rFonts w:ascii="Times New Roman" w:eastAsia="Times New Roman" w:hAnsi="Times New Roman" w:cs="Times New Roman"/>
                <w:color w:val="000000"/>
              </w:rPr>
              <w:t>. Инструктаж по ТБ.</w:t>
            </w:r>
          </w:p>
        </w:tc>
        <w:tc>
          <w:tcPr>
            <w:tcW w:w="709"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992"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850"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18.01</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«Архитектура». 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01.02</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 xml:space="preserve">Модуль «Восприятие произведений искусства». </w:t>
            </w:r>
            <w:r w:rsidRPr="00D117AB">
              <w:rPr>
                <w:rFonts w:ascii="Times New Roman" w:eastAsia="Times New Roman" w:hAnsi="Times New Roman" w:cs="Times New Roman"/>
                <w:color w:val="000000"/>
                <w:lang w:val="ru-RU"/>
              </w:rPr>
              <w:lastRenderedPageBreak/>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15.02</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83A71" w:rsidRDefault="00D117AB" w:rsidP="00AC47F8">
            <w:pPr>
              <w:shd w:val="clear" w:color="auto" w:fill="F7F5F5"/>
              <w:spacing w:line="276" w:lineRule="auto"/>
              <w:rPr>
                <w:rFonts w:ascii="Times New Roman" w:eastAsia="Times New Roman" w:hAnsi="Times New Roman" w:cs="Times New Roman"/>
                <w:color w:val="000000"/>
              </w:rPr>
            </w:pPr>
            <w:r w:rsidRPr="00D117AB">
              <w:rPr>
                <w:rFonts w:ascii="Times New Roman" w:eastAsia="Times New Roman" w:hAnsi="Times New Roman" w:cs="Times New Roman"/>
                <w:color w:val="000000"/>
                <w:lang w:val="ru-RU"/>
              </w:rPr>
              <w:t xml:space="preserve">Модуль «Восприятие произведений искусства».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w:t>
            </w:r>
            <w:r w:rsidRPr="00D83A71">
              <w:rPr>
                <w:rFonts w:ascii="Times New Roman" w:eastAsia="Times New Roman" w:hAnsi="Times New Roman" w:cs="Times New Roman"/>
                <w:color w:val="000000"/>
              </w:rPr>
              <w:t>Памятники русского деревянного зодчества. Архитектурный комплекс на острове Кижи</w:t>
            </w:r>
            <w:r>
              <w:rPr>
                <w:rFonts w:ascii="Times New Roman" w:eastAsia="Times New Roman" w:hAnsi="Times New Roman" w:cs="Times New Roman"/>
                <w:color w:val="000000"/>
              </w:rPr>
              <w:t>.</w:t>
            </w:r>
          </w:p>
        </w:tc>
        <w:tc>
          <w:tcPr>
            <w:tcW w:w="709"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992"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850"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01.03</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«Восприятие произведений искусства». Архитектурные памятники Западной Европы Средних веков и эпохи Возрождения.</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22.03</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«Восприятие произведений искусства». 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12.04</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Модуль «Азбука цифровой графики». 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 народов (юрта, каркасный дом и др., в том числе с учётом местных традиций).</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26.04</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83A71" w:rsidRDefault="00D117AB" w:rsidP="00AC47F8">
            <w:pPr>
              <w:shd w:val="clear" w:color="auto" w:fill="F7F5F5"/>
              <w:spacing w:line="276" w:lineRule="auto"/>
              <w:rPr>
                <w:rFonts w:ascii="Times New Roman" w:eastAsia="Times New Roman" w:hAnsi="Times New Roman" w:cs="Times New Roman"/>
                <w:color w:val="000000"/>
              </w:rPr>
            </w:pPr>
            <w:r w:rsidRPr="00D117AB">
              <w:rPr>
                <w:rFonts w:ascii="Times New Roman" w:eastAsia="Times New Roman" w:hAnsi="Times New Roman" w:cs="Times New Roman"/>
                <w:color w:val="000000"/>
                <w:lang w:val="ru-RU"/>
              </w:rPr>
              <w:t xml:space="preserve">Модуль «Азбука цифровой графики». 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w:t>
            </w:r>
            <w:r w:rsidRPr="00D83A71">
              <w:rPr>
                <w:rFonts w:ascii="Times New Roman" w:eastAsia="Times New Roman" w:hAnsi="Times New Roman" w:cs="Times New Roman"/>
                <w:color w:val="000000"/>
              </w:rPr>
              <w:t>Создание анимации схематического движения человека (при соответствующих технических условиях)</w:t>
            </w:r>
            <w:r>
              <w:rPr>
                <w:rFonts w:ascii="Times New Roman" w:eastAsia="Times New Roman" w:hAnsi="Times New Roman" w:cs="Times New Roman"/>
                <w:color w:val="000000"/>
              </w:rPr>
              <w:t>.</w:t>
            </w:r>
          </w:p>
        </w:tc>
        <w:tc>
          <w:tcPr>
            <w:tcW w:w="709"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992"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850"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10.05</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r w:rsidR="00D117AB" w:rsidRPr="002763DA" w:rsidTr="00AC47F8">
        <w:tc>
          <w:tcPr>
            <w:tcW w:w="531" w:type="dxa"/>
          </w:tcPr>
          <w:p w:rsidR="00D117AB" w:rsidRPr="00CC1E66" w:rsidRDefault="00D117AB" w:rsidP="00D117AB">
            <w:pPr>
              <w:pStyle w:val="ae"/>
              <w:numPr>
                <w:ilvl w:val="0"/>
                <w:numId w:val="10"/>
              </w:numPr>
              <w:spacing w:line="276" w:lineRule="auto"/>
              <w:ind w:left="340"/>
              <w:jc w:val="center"/>
              <w:rPr>
                <w:rFonts w:ascii="Times New Roman" w:eastAsia="Times New Roman" w:hAnsi="Times New Roman" w:cs="Times New Roman"/>
              </w:rPr>
            </w:pPr>
          </w:p>
        </w:tc>
        <w:tc>
          <w:tcPr>
            <w:tcW w:w="5531" w:type="dxa"/>
          </w:tcPr>
          <w:p w:rsidR="00D117AB" w:rsidRPr="00D117AB" w:rsidRDefault="00D117AB" w:rsidP="00AC47F8">
            <w:pPr>
              <w:shd w:val="clear" w:color="auto" w:fill="F7F5F5"/>
              <w:spacing w:line="276" w:lineRule="auto"/>
              <w:rPr>
                <w:rFonts w:ascii="Times New Roman" w:eastAsia="Times New Roman" w:hAnsi="Times New Roman" w:cs="Times New Roman"/>
                <w:color w:val="000000"/>
                <w:lang w:val="ru-RU"/>
              </w:rPr>
            </w:pPr>
            <w:r w:rsidRPr="00D117AB">
              <w:rPr>
                <w:rFonts w:ascii="Times New Roman" w:eastAsia="Times New Roman" w:hAnsi="Times New Roman" w:cs="Times New Roman"/>
                <w:color w:val="000000"/>
                <w:lang w:val="ru-RU"/>
              </w:rPr>
              <w:t xml:space="preserve">Модуль «Азбука цифровой графики». Создание компьютерной презентации в программе </w:t>
            </w:r>
            <w:r w:rsidRPr="00D83A71">
              <w:rPr>
                <w:rFonts w:ascii="Times New Roman" w:eastAsia="Times New Roman" w:hAnsi="Times New Roman" w:cs="Times New Roman"/>
                <w:color w:val="000000"/>
              </w:rPr>
              <w:t>PowerPoint</w:t>
            </w:r>
            <w:r w:rsidRPr="00D117AB">
              <w:rPr>
                <w:rFonts w:ascii="Times New Roman" w:eastAsia="Times New Roman" w:hAnsi="Times New Roman" w:cs="Times New Roman"/>
                <w:color w:val="000000"/>
                <w:lang w:val="ru-RU"/>
              </w:rPr>
              <w:t xml:space="preserve"> на тему архитектуры, декоративного и изобразительного искусства выбранной эпохи или национальной культуры.</w:t>
            </w:r>
          </w:p>
        </w:tc>
        <w:tc>
          <w:tcPr>
            <w:tcW w:w="709"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992"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850" w:type="dxa"/>
          </w:tcPr>
          <w:p w:rsidR="00D117AB" w:rsidRPr="00D117AB" w:rsidRDefault="00D117AB" w:rsidP="00AC47F8">
            <w:pPr>
              <w:spacing w:line="276" w:lineRule="auto"/>
              <w:rPr>
                <w:rFonts w:ascii="Times New Roman" w:eastAsia="Times New Roman" w:hAnsi="Times New Roman" w:cs="Times New Roman"/>
                <w:color w:val="000000" w:themeColor="text1"/>
                <w:lang w:val="ru-RU"/>
              </w:rPr>
            </w:pPr>
          </w:p>
        </w:tc>
        <w:tc>
          <w:tcPr>
            <w:tcW w:w="1134" w:type="dxa"/>
          </w:tcPr>
          <w:p w:rsidR="00D117AB" w:rsidRPr="001E45C0" w:rsidRDefault="00D117AB" w:rsidP="00AC47F8">
            <w:pPr>
              <w:spacing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24.05</w:t>
            </w:r>
          </w:p>
        </w:tc>
        <w:tc>
          <w:tcPr>
            <w:tcW w:w="993" w:type="dxa"/>
          </w:tcPr>
          <w:p w:rsidR="00D117AB" w:rsidRPr="002763DA" w:rsidRDefault="00D117AB" w:rsidP="00AC47F8">
            <w:pPr>
              <w:spacing w:line="276" w:lineRule="auto"/>
              <w:rPr>
                <w:rFonts w:ascii="Times New Roman" w:eastAsia="Times New Roman" w:hAnsi="Times New Roman" w:cs="Times New Roman"/>
                <w:color w:val="000000" w:themeColor="text1"/>
              </w:rPr>
            </w:pPr>
          </w:p>
        </w:tc>
      </w:tr>
    </w:tbl>
    <w:p w:rsidR="00D117AB" w:rsidRDefault="00D117AB" w:rsidP="00D117AB"/>
    <w:p w:rsidR="006327D3" w:rsidRDefault="006327D3" w:rsidP="006327D3">
      <w:pPr>
        <w:rPr>
          <w:lang w:val="ru-RU"/>
        </w:rPr>
      </w:pPr>
    </w:p>
    <w:p w:rsidR="006327D3" w:rsidRDefault="006327D3" w:rsidP="006327D3">
      <w:pPr>
        <w:rPr>
          <w:lang w:val="ru-RU"/>
        </w:rPr>
      </w:pPr>
    </w:p>
    <w:p w:rsidR="006327D3" w:rsidRDefault="006327D3" w:rsidP="006327D3">
      <w:pPr>
        <w:rPr>
          <w:lang w:val="ru-RU"/>
        </w:rPr>
      </w:pPr>
    </w:p>
    <w:p w:rsidR="006327D3" w:rsidRPr="00FA79A2" w:rsidRDefault="006327D3" w:rsidP="006327D3">
      <w:pPr>
        <w:rPr>
          <w:lang w:val="ru-RU"/>
        </w:rPr>
        <w:sectPr w:rsidR="006327D3" w:rsidRPr="00FA79A2">
          <w:pgSz w:w="11900" w:h="16840"/>
          <w:pgMar w:top="284" w:right="650" w:bottom="1440" w:left="666" w:header="720" w:footer="720" w:gutter="0"/>
          <w:cols w:space="720" w:equalWidth="0">
            <w:col w:w="10584" w:space="0"/>
          </w:cols>
          <w:docGrid w:linePitch="360"/>
        </w:sectPr>
      </w:pPr>
    </w:p>
    <w:p w:rsidR="006327D3" w:rsidRDefault="006327D3" w:rsidP="006327D3">
      <w:pPr>
        <w:sectPr w:rsidR="006327D3">
          <w:pgSz w:w="11900" w:h="16840"/>
          <w:pgMar w:top="284" w:right="650" w:bottom="1440" w:left="666" w:header="720" w:footer="720" w:gutter="0"/>
          <w:cols w:space="720" w:equalWidth="0">
            <w:col w:w="10584" w:space="0"/>
          </w:cols>
          <w:docGrid w:linePitch="360"/>
        </w:sectPr>
      </w:pPr>
    </w:p>
    <w:p w:rsidR="006327D3" w:rsidRDefault="006327D3" w:rsidP="006327D3">
      <w:pPr>
        <w:autoSpaceDE w:val="0"/>
        <w:autoSpaceDN w:val="0"/>
        <w:spacing w:after="78" w:line="220" w:lineRule="exact"/>
      </w:pPr>
    </w:p>
    <w:p w:rsidR="006327D3" w:rsidRPr="00BA2FD3" w:rsidRDefault="006327D3" w:rsidP="006327D3">
      <w:pPr>
        <w:autoSpaceDE w:val="0"/>
        <w:autoSpaceDN w:val="0"/>
        <w:spacing w:after="0" w:line="230" w:lineRule="auto"/>
        <w:rPr>
          <w:lang w:val="ru-RU"/>
        </w:rPr>
      </w:pPr>
      <w:r w:rsidRPr="00BA2FD3">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6327D3" w:rsidRPr="00BA2FD3" w:rsidRDefault="006327D3" w:rsidP="006327D3">
      <w:pPr>
        <w:autoSpaceDE w:val="0"/>
        <w:autoSpaceDN w:val="0"/>
        <w:spacing w:before="346" w:after="0" w:line="230" w:lineRule="auto"/>
        <w:rPr>
          <w:lang w:val="ru-RU"/>
        </w:rPr>
      </w:pPr>
      <w:r w:rsidRPr="00BA2FD3">
        <w:rPr>
          <w:rFonts w:ascii="Times New Roman" w:eastAsia="Times New Roman" w:hAnsi="Times New Roman"/>
          <w:b/>
          <w:color w:val="000000"/>
          <w:sz w:val="24"/>
          <w:lang w:val="ru-RU"/>
        </w:rPr>
        <w:t>ОБЯЗАТЕЛЬНЫЕ УЧЕБНЫЕ МАТЕРИАЛЫ ДЛЯ УЧЕНИКА</w:t>
      </w:r>
    </w:p>
    <w:p w:rsidR="006327D3" w:rsidRPr="006C4CE9" w:rsidRDefault="006327D3" w:rsidP="006327D3">
      <w:pPr>
        <w:autoSpaceDE w:val="0"/>
        <w:autoSpaceDN w:val="0"/>
        <w:spacing w:before="166" w:after="0" w:line="271" w:lineRule="auto"/>
        <w:ind w:right="1152"/>
        <w:rPr>
          <w:lang w:val="ru-RU"/>
        </w:rPr>
      </w:pPr>
      <w:r w:rsidRPr="006C4CE9">
        <w:rPr>
          <w:rFonts w:ascii="Times New Roman" w:eastAsia="Times New Roman" w:hAnsi="Times New Roman"/>
          <w:color w:val="000000"/>
          <w:sz w:val="24"/>
          <w:lang w:val="ru-RU"/>
        </w:rPr>
        <w:t>Изобразительное искусство. 3 класс/Шпикалова Т.Я., Ершова Л.В., Акционерное общество</w:t>
      </w:r>
      <w:proofErr w:type="gramStart"/>
      <w:r w:rsidRPr="006C4CE9">
        <w:rPr>
          <w:rFonts w:ascii="Times New Roman" w:eastAsia="Times New Roman" w:hAnsi="Times New Roman"/>
          <w:color w:val="000000"/>
          <w:sz w:val="24"/>
          <w:lang w:val="ru-RU"/>
        </w:rPr>
        <w:t>«И</w:t>
      </w:r>
      <w:proofErr w:type="gramEnd"/>
      <w:r w:rsidRPr="006C4CE9">
        <w:rPr>
          <w:rFonts w:ascii="Times New Roman" w:eastAsia="Times New Roman" w:hAnsi="Times New Roman"/>
          <w:color w:val="000000"/>
          <w:sz w:val="24"/>
          <w:lang w:val="ru-RU"/>
        </w:rPr>
        <w:t xml:space="preserve">здательство «Просвещение»; </w:t>
      </w:r>
      <w:r w:rsidRPr="006C4CE9">
        <w:rPr>
          <w:lang w:val="ru-RU"/>
        </w:rPr>
        <w:br/>
      </w:r>
      <w:r w:rsidRPr="006C4CE9">
        <w:rPr>
          <w:rFonts w:ascii="Times New Roman" w:eastAsia="Times New Roman" w:hAnsi="Times New Roman"/>
          <w:color w:val="000000"/>
          <w:sz w:val="24"/>
          <w:lang w:val="ru-RU"/>
        </w:rPr>
        <w:t>Введите свой вариант:</w:t>
      </w:r>
    </w:p>
    <w:p w:rsidR="006327D3" w:rsidRPr="006C4CE9" w:rsidRDefault="006327D3" w:rsidP="006327D3">
      <w:pPr>
        <w:autoSpaceDE w:val="0"/>
        <w:autoSpaceDN w:val="0"/>
        <w:spacing w:before="262" w:after="0" w:line="230" w:lineRule="auto"/>
        <w:rPr>
          <w:lang w:val="ru-RU"/>
        </w:rPr>
      </w:pPr>
      <w:r w:rsidRPr="006C4CE9">
        <w:rPr>
          <w:rFonts w:ascii="Times New Roman" w:eastAsia="Times New Roman" w:hAnsi="Times New Roman"/>
          <w:b/>
          <w:color w:val="000000"/>
          <w:sz w:val="24"/>
          <w:lang w:val="ru-RU"/>
        </w:rPr>
        <w:t>МЕТОДИЧЕСКИЕ МАТЕРИАЛЫ ДЛЯ УЧИТЕЛЯ</w:t>
      </w:r>
    </w:p>
    <w:p w:rsidR="006327D3" w:rsidRPr="006C4CE9" w:rsidRDefault="006327D3" w:rsidP="006327D3">
      <w:pPr>
        <w:autoSpaceDE w:val="0"/>
        <w:autoSpaceDN w:val="0"/>
        <w:spacing w:before="262" w:after="0" w:line="230" w:lineRule="auto"/>
        <w:rPr>
          <w:lang w:val="ru-RU"/>
        </w:rPr>
      </w:pPr>
      <w:r w:rsidRPr="006C4CE9">
        <w:rPr>
          <w:rFonts w:ascii="Times New Roman" w:eastAsia="Times New Roman" w:hAnsi="Times New Roman"/>
          <w:b/>
          <w:color w:val="000000"/>
          <w:sz w:val="24"/>
          <w:lang w:val="ru-RU"/>
        </w:rPr>
        <w:t>ЦИФРОВЫЕ ОБРАЗОВАТЕЛЬНЫЕ РЕСУРСЫ И РЕСУРСЫ СЕТИ ИНТЕРНЕТ</w:t>
      </w:r>
    </w:p>
    <w:p w:rsidR="006327D3" w:rsidRPr="006C4CE9" w:rsidRDefault="006327D3" w:rsidP="006327D3">
      <w:pPr>
        <w:autoSpaceDE w:val="0"/>
        <w:autoSpaceDN w:val="0"/>
        <w:spacing w:before="168" w:after="0" w:line="230" w:lineRule="auto"/>
        <w:rPr>
          <w:lang w:val="ru-RU"/>
        </w:rPr>
      </w:pPr>
      <w:r>
        <w:rPr>
          <w:rFonts w:ascii="Times New Roman" w:eastAsia="Times New Roman" w:hAnsi="Times New Roman"/>
          <w:color w:val="000000"/>
          <w:sz w:val="24"/>
        </w:rPr>
        <w:t>https</w:t>
      </w:r>
      <w:r w:rsidRPr="006C4CE9">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6C4CE9">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6C4CE9">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6C4CE9">
        <w:rPr>
          <w:rFonts w:ascii="Times New Roman" w:eastAsia="Times New Roman" w:hAnsi="Times New Roman"/>
          <w:color w:val="000000"/>
          <w:sz w:val="24"/>
          <w:lang w:val="ru-RU"/>
        </w:rPr>
        <w:t>/</w:t>
      </w:r>
      <w:r>
        <w:rPr>
          <w:rFonts w:ascii="Times New Roman" w:eastAsia="Times New Roman" w:hAnsi="Times New Roman"/>
          <w:color w:val="000000"/>
          <w:sz w:val="24"/>
        </w:rPr>
        <w:t>subject</w:t>
      </w:r>
      <w:r w:rsidRPr="006C4CE9">
        <w:rPr>
          <w:rFonts w:ascii="Times New Roman" w:eastAsia="Times New Roman" w:hAnsi="Times New Roman"/>
          <w:color w:val="000000"/>
          <w:sz w:val="24"/>
          <w:lang w:val="ru-RU"/>
        </w:rPr>
        <w:t>/7/3/</w:t>
      </w:r>
    </w:p>
    <w:p w:rsidR="006327D3" w:rsidRPr="006C4CE9" w:rsidRDefault="006327D3" w:rsidP="006327D3">
      <w:pPr>
        <w:rPr>
          <w:lang w:val="ru-RU"/>
        </w:rPr>
        <w:sectPr w:rsidR="006327D3" w:rsidRPr="006C4CE9">
          <w:pgSz w:w="11900" w:h="16840"/>
          <w:pgMar w:top="298" w:right="650" w:bottom="1440" w:left="666" w:header="720" w:footer="720" w:gutter="0"/>
          <w:cols w:space="720" w:equalWidth="0">
            <w:col w:w="10584" w:space="0"/>
          </w:cols>
          <w:docGrid w:linePitch="360"/>
        </w:sectPr>
      </w:pPr>
    </w:p>
    <w:p w:rsidR="006327D3" w:rsidRPr="006C4CE9" w:rsidRDefault="006327D3" w:rsidP="006327D3">
      <w:pPr>
        <w:autoSpaceDE w:val="0"/>
        <w:autoSpaceDN w:val="0"/>
        <w:spacing w:after="78" w:line="220" w:lineRule="exact"/>
        <w:rPr>
          <w:lang w:val="ru-RU"/>
        </w:rPr>
      </w:pPr>
    </w:p>
    <w:p w:rsidR="006327D3" w:rsidRPr="006C4CE9" w:rsidRDefault="006327D3" w:rsidP="006327D3">
      <w:pPr>
        <w:autoSpaceDE w:val="0"/>
        <w:autoSpaceDN w:val="0"/>
        <w:spacing w:after="0" w:line="408" w:lineRule="auto"/>
        <w:ind w:right="432"/>
        <w:rPr>
          <w:lang w:val="ru-RU"/>
        </w:rPr>
      </w:pPr>
      <w:r w:rsidRPr="006C4CE9">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r w:rsidRPr="006C4CE9">
        <w:rPr>
          <w:lang w:val="ru-RU"/>
        </w:rPr>
        <w:br/>
      </w:r>
      <w:proofErr w:type="gramStart"/>
      <w:r w:rsidRPr="006C4CE9">
        <w:rPr>
          <w:rFonts w:ascii="Times New Roman" w:eastAsia="Times New Roman" w:hAnsi="Times New Roman"/>
          <w:b/>
          <w:color w:val="000000"/>
          <w:sz w:val="24"/>
          <w:lang w:val="ru-RU"/>
        </w:rPr>
        <w:t>ОБОРУДОВАНИЕ</w:t>
      </w:r>
      <w:proofErr w:type="gramEnd"/>
      <w:r w:rsidRPr="006C4CE9">
        <w:rPr>
          <w:rFonts w:ascii="Times New Roman" w:eastAsia="Times New Roman" w:hAnsi="Times New Roman"/>
          <w:b/>
          <w:color w:val="000000"/>
          <w:sz w:val="24"/>
          <w:lang w:val="ru-RU"/>
        </w:rPr>
        <w:t xml:space="preserve"> ДЛЯ ПРОВЕДЕНИЯ ПРАКТИЧЕСКИХ РАБОТ</w:t>
      </w:r>
    </w:p>
    <w:p w:rsidR="006327D3" w:rsidRPr="006C4CE9" w:rsidRDefault="006327D3" w:rsidP="006327D3">
      <w:pPr>
        <w:rPr>
          <w:lang w:val="ru-RU"/>
        </w:rPr>
        <w:sectPr w:rsidR="006327D3" w:rsidRPr="006C4CE9">
          <w:pgSz w:w="11900" w:h="16840"/>
          <w:pgMar w:top="298" w:right="650" w:bottom="1440" w:left="666" w:header="720" w:footer="720" w:gutter="0"/>
          <w:cols w:space="720" w:equalWidth="0">
            <w:col w:w="10584" w:space="0"/>
          </w:cols>
          <w:docGrid w:linePitch="360"/>
        </w:sectPr>
      </w:pPr>
    </w:p>
    <w:p w:rsidR="006327D3" w:rsidRPr="006C4CE9" w:rsidRDefault="006327D3" w:rsidP="006327D3">
      <w:pPr>
        <w:rPr>
          <w:lang w:val="ru-RU"/>
        </w:rPr>
      </w:pPr>
    </w:p>
    <w:p w:rsidR="00943526" w:rsidRPr="006327D3" w:rsidRDefault="00943526">
      <w:pPr>
        <w:autoSpaceDE w:val="0"/>
        <w:autoSpaceDN w:val="0"/>
        <w:spacing w:after="78" w:line="220" w:lineRule="exact"/>
        <w:rPr>
          <w:lang w:val="ru-RU"/>
        </w:rPr>
      </w:pPr>
    </w:p>
    <w:p w:rsidR="00943526" w:rsidRPr="00DB121E" w:rsidRDefault="00DB121E">
      <w:pPr>
        <w:autoSpaceDE w:val="0"/>
        <w:autoSpaceDN w:val="0"/>
        <w:spacing w:after="0" w:line="230" w:lineRule="auto"/>
        <w:rPr>
          <w:lang w:val="ru-RU"/>
        </w:rPr>
      </w:pPr>
      <w:r w:rsidRPr="00DB121E">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B76284" w:rsidRPr="00B76284" w:rsidRDefault="00DB121E" w:rsidP="00DB121E">
      <w:pPr>
        <w:autoSpaceDE w:val="0"/>
        <w:autoSpaceDN w:val="0"/>
        <w:spacing w:before="346" w:after="0" w:line="430" w:lineRule="auto"/>
        <w:ind w:right="1440"/>
        <w:rPr>
          <w:rFonts w:ascii="Times New Roman" w:eastAsia="Times New Roman" w:hAnsi="Times New Roman" w:cs="Times New Roman"/>
          <w:b/>
          <w:color w:val="000000"/>
          <w:sz w:val="24"/>
          <w:lang w:val="ru-RU"/>
        </w:rPr>
      </w:pPr>
      <w:r w:rsidRPr="00DB121E">
        <w:rPr>
          <w:rFonts w:ascii="Times New Roman" w:eastAsia="Times New Roman" w:hAnsi="Times New Roman"/>
          <w:b/>
          <w:color w:val="000000"/>
          <w:sz w:val="24"/>
          <w:lang w:val="ru-RU"/>
        </w:rPr>
        <w:t xml:space="preserve">ОБЯЗАТЕЛЬНЫЕ УЧЕБНЫЕ МАТЕРИАЛЫ ДЛЯ УЧЕНИКА </w:t>
      </w:r>
      <w:r w:rsidRPr="00DB121E">
        <w:rPr>
          <w:lang w:val="ru-RU"/>
        </w:rPr>
        <w:br/>
      </w:r>
      <w:r w:rsidRPr="00DB121E">
        <w:rPr>
          <w:rFonts w:ascii="Times New Roman" w:eastAsia="Times New Roman" w:hAnsi="Times New Roman"/>
          <w:b/>
          <w:color w:val="000000"/>
          <w:sz w:val="24"/>
          <w:lang w:val="ru-RU"/>
        </w:rPr>
        <w:t>1 КЛАСС</w:t>
      </w:r>
      <w:proofErr w:type="gramStart"/>
      <w:r w:rsidRPr="00DB121E">
        <w:rPr>
          <w:rFonts w:ascii="Times New Roman" w:eastAsia="Times New Roman" w:hAnsi="Times New Roman"/>
          <w:b/>
          <w:color w:val="000000"/>
          <w:sz w:val="24"/>
          <w:lang w:val="ru-RU"/>
        </w:rPr>
        <w:t xml:space="preserve"> </w:t>
      </w:r>
      <w:r w:rsidRPr="00DB121E">
        <w:rPr>
          <w:lang w:val="ru-RU"/>
        </w:rPr>
        <w:br/>
      </w:r>
      <w:r w:rsidRPr="00DB121E">
        <w:rPr>
          <w:rFonts w:ascii="Times New Roman" w:eastAsia="Times New Roman" w:hAnsi="Times New Roman"/>
          <w:color w:val="000000"/>
          <w:sz w:val="24"/>
          <w:lang w:val="ru-RU"/>
        </w:rPr>
        <w:t>В</w:t>
      </w:r>
      <w:proofErr w:type="gramEnd"/>
      <w:r w:rsidRPr="00DB121E">
        <w:rPr>
          <w:rFonts w:ascii="Times New Roman" w:eastAsia="Times New Roman" w:hAnsi="Times New Roman"/>
          <w:color w:val="000000"/>
          <w:sz w:val="24"/>
          <w:lang w:val="ru-RU"/>
        </w:rPr>
        <w:t xml:space="preserve">ведите свой вариант: </w:t>
      </w:r>
      <w:r w:rsidRPr="00DB121E">
        <w:rPr>
          <w:lang w:val="ru-RU"/>
        </w:rPr>
        <w:br/>
      </w:r>
      <w:r w:rsidRPr="00DB121E">
        <w:rPr>
          <w:rFonts w:ascii="Times New Roman" w:eastAsia="Times New Roman" w:hAnsi="Times New Roman"/>
          <w:b/>
          <w:color w:val="000000"/>
          <w:sz w:val="24"/>
          <w:lang w:val="ru-RU"/>
        </w:rPr>
        <w:t xml:space="preserve">2 КЛАСС </w:t>
      </w:r>
      <w:r>
        <w:rPr>
          <w:rFonts w:ascii="Times New Roman" w:eastAsia="Times New Roman" w:hAnsi="Times New Roman"/>
          <w:b/>
          <w:color w:val="000000"/>
          <w:sz w:val="24"/>
          <w:lang w:val="ru-RU"/>
        </w:rPr>
        <w:br/>
      </w:r>
      <w:r w:rsidRPr="00DB121E">
        <w:rPr>
          <w:lang w:val="ru-RU"/>
        </w:rPr>
        <w:t>Изобразительное искусство. 2 класс/Коротеева Е.И.; под редакцией Неменского Б.М., «Издательство «Просвещение»; Изобразительное искусство. Твоя мастерская. Рабочая тетрадь. 2 класс. Л.А.Неменская;</w:t>
      </w:r>
      <w:r w:rsidRPr="00DB121E">
        <w:rPr>
          <w:lang w:val="ru-RU"/>
        </w:rPr>
        <w:br/>
      </w:r>
      <w:r w:rsidRPr="00DB121E">
        <w:rPr>
          <w:lang w:val="ru-RU"/>
        </w:rPr>
        <w:br/>
      </w:r>
      <w:r w:rsidRPr="00DB121E">
        <w:rPr>
          <w:rFonts w:ascii="Times New Roman" w:eastAsia="Times New Roman" w:hAnsi="Times New Roman"/>
          <w:b/>
          <w:color w:val="000000"/>
          <w:sz w:val="24"/>
          <w:lang w:val="ru-RU"/>
        </w:rPr>
        <w:t xml:space="preserve">МЕТОДИЧЕСКИЕ МАТЕРИАЛЫ ДЛЯ УЧИТЕЛЯ </w:t>
      </w:r>
      <w:r w:rsidRPr="00DB121E">
        <w:rPr>
          <w:lang w:val="ru-RU"/>
        </w:rPr>
        <w:br/>
      </w:r>
      <w:r w:rsidRPr="00DB121E">
        <w:rPr>
          <w:rFonts w:ascii="Times New Roman" w:eastAsia="Times New Roman" w:hAnsi="Times New Roman"/>
          <w:b/>
          <w:color w:val="000000"/>
          <w:sz w:val="24"/>
          <w:lang w:val="ru-RU"/>
        </w:rPr>
        <w:t xml:space="preserve">1 КЛАСС </w:t>
      </w:r>
      <w:r w:rsidR="00B76284">
        <w:rPr>
          <w:rFonts w:ascii="Times New Roman" w:eastAsia="Times New Roman" w:hAnsi="Times New Roman"/>
          <w:b/>
          <w:color w:val="000000"/>
          <w:sz w:val="24"/>
          <w:lang w:val="ru-RU"/>
        </w:rPr>
        <w:br/>
      </w:r>
      <w:r w:rsidR="00B76284" w:rsidRPr="00B76284">
        <w:rPr>
          <w:rFonts w:ascii="Times New Roman" w:hAnsi="Times New Roman" w:cs="Times New Roman"/>
          <w:lang w:val="ru-RU"/>
        </w:rPr>
        <w:t>Рабочие программы «Изобразительное искусство». Предметная линия учебников под редакцией Б.М. Неменского. 1-4 классы. Авторы: Б.М. Неменский, Л.А. Неменская, НА. Горяева и др. М.: «Просвещение», 2012 год Изобразительное искусство. Методическое пособие. 1-4 классы</w:t>
      </w:r>
    </w:p>
    <w:p w:rsidR="00943526" w:rsidRPr="00B76284" w:rsidRDefault="00DB121E" w:rsidP="00B76284">
      <w:pPr>
        <w:autoSpaceDE w:val="0"/>
        <w:autoSpaceDN w:val="0"/>
        <w:spacing w:before="346" w:after="0" w:line="430" w:lineRule="auto"/>
        <w:ind w:right="1440"/>
        <w:rPr>
          <w:color w:val="000000" w:themeColor="text1"/>
        </w:rPr>
      </w:pPr>
      <w:r w:rsidRPr="00DB121E">
        <w:rPr>
          <w:rFonts w:ascii="Times New Roman" w:eastAsia="Times New Roman" w:hAnsi="Times New Roman"/>
          <w:b/>
          <w:color w:val="000000"/>
          <w:sz w:val="24"/>
          <w:lang w:val="ru-RU"/>
        </w:rPr>
        <w:t>2 КЛАСС</w:t>
      </w:r>
      <w:r>
        <w:rPr>
          <w:rFonts w:ascii="Times New Roman" w:eastAsia="Times New Roman" w:hAnsi="Times New Roman"/>
          <w:b/>
          <w:color w:val="000000"/>
          <w:sz w:val="24"/>
          <w:lang w:val="ru-RU"/>
        </w:rPr>
        <w:br/>
      </w:r>
      <w:r w:rsidRPr="00B76284">
        <w:rPr>
          <w:rFonts w:ascii="Times New Roman" w:hAnsi="Times New Roman" w:cs="Times New Roman"/>
          <w:lang w:val="ru-RU"/>
        </w:rPr>
        <w:t>Рабочие программы «Изобразительное искусство». Предметная линия учебников под редакцией Б.М. Неменского. 1-4 классы. Авторы: Б.М. Неменский, Л.А. Неменская, НА. Горяева и др. М.: «Просвещение», 2012 год Изобразительное искусство. Методическое пособие. 1-4 классы.</w:t>
      </w:r>
      <w:r w:rsidRPr="00B76284">
        <w:rPr>
          <w:rFonts w:ascii="Times New Roman" w:hAnsi="Times New Roman" w:cs="Times New Roman"/>
          <w:lang w:val="ru-RU"/>
        </w:rPr>
        <w:br/>
      </w:r>
      <w:proofErr w:type="gramStart"/>
      <w:r w:rsidRPr="00DB121E">
        <w:rPr>
          <w:rFonts w:ascii="Times New Roman" w:eastAsia="Times New Roman" w:hAnsi="Times New Roman"/>
          <w:b/>
          <w:color w:val="000000"/>
          <w:sz w:val="24"/>
          <w:lang w:val="ru-RU"/>
        </w:rPr>
        <w:t xml:space="preserve">ЦИФРОВЫЕ ОБРАЗОВАТЕЛЬНЫЕ РЕСУРСЫ И РЕСУРСЫ СЕТИ ИНТЕРНЕТ 1 КЛАСС </w:t>
      </w:r>
      <w:r w:rsidR="00B76284">
        <w:rPr>
          <w:rFonts w:ascii="Times New Roman" w:eastAsia="Times New Roman" w:hAnsi="Times New Roman"/>
          <w:b/>
          <w:color w:val="000000"/>
          <w:sz w:val="24"/>
          <w:lang w:val="ru-RU"/>
        </w:rPr>
        <w:br/>
      </w:r>
      <w:r w:rsidR="00B76284" w:rsidRPr="00B76284">
        <w:rPr>
          <w:color w:val="000000" w:themeColor="text1"/>
          <w:lang w:val="ru-RU"/>
        </w:rPr>
        <w:t xml:space="preserve">1. </w:t>
      </w:r>
      <w:hyperlink r:id="rId6" w:history="1">
        <w:r w:rsidR="00B76284" w:rsidRPr="00ED6D93">
          <w:rPr>
            <w:rStyle w:val="aff8"/>
            <w:color w:val="000000" w:themeColor="text1"/>
          </w:rPr>
          <w:t>http://ru/wikipedia/org/wiki</w:t>
        </w:r>
      </w:hyperlink>
      <w:r w:rsidR="00B76284" w:rsidRPr="00ED6D93">
        <w:rPr>
          <w:color w:val="000000" w:themeColor="text1"/>
        </w:rPr>
        <w:br/>
        <w:t xml:space="preserve">2. </w:t>
      </w:r>
      <w:hyperlink r:id="rId7" w:history="1">
        <w:r w:rsidR="00B76284" w:rsidRPr="00B76284">
          <w:rPr>
            <w:rStyle w:val="aff8"/>
            <w:color w:val="000000" w:themeColor="text1"/>
          </w:rPr>
          <w:t>http://moikompas/ru/tags/plastilin</w:t>
        </w:r>
      </w:hyperlink>
      <w:r w:rsidR="00B76284" w:rsidRPr="00B76284">
        <w:rPr>
          <w:color w:val="000000" w:themeColor="text1"/>
        </w:rPr>
        <w:br/>
        <w:t>3. http: // art.thelib. ru/culture/pictures/iskusstvo_yaponii.html</w:t>
      </w:r>
      <w:r w:rsidR="00B76284" w:rsidRPr="00B76284">
        <w:rPr>
          <w:color w:val="000000" w:themeColor="text1"/>
        </w:rPr>
        <w:br/>
        <w:t>4. http://www.orientmuseum. ru/art</w:t>
      </w:r>
      <w:r w:rsidR="00B76284" w:rsidRPr="00B76284">
        <w:rPr>
          <w:color w:val="000000" w:themeColor="text1"/>
        </w:rPr>
        <w:br/>
        <w:t>5. http://www/vasnecov/ru</w:t>
      </w:r>
      <w:r w:rsidRPr="00B76284">
        <w:br/>
      </w:r>
      <w:r w:rsidRPr="00B76284">
        <w:rPr>
          <w:rFonts w:ascii="Times New Roman" w:eastAsia="Times New Roman" w:hAnsi="Times New Roman"/>
          <w:b/>
          <w:color w:val="000000"/>
          <w:sz w:val="24"/>
        </w:rPr>
        <w:t xml:space="preserve">2 </w:t>
      </w:r>
      <w:r w:rsidRPr="00DB121E">
        <w:rPr>
          <w:rFonts w:ascii="Times New Roman" w:eastAsia="Times New Roman" w:hAnsi="Times New Roman"/>
          <w:b/>
          <w:color w:val="000000"/>
          <w:sz w:val="24"/>
          <w:lang w:val="ru-RU"/>
        </w:rPr>
        <w:t>КЛАСС</w:t>
      </w:r>
      <w:r w:rsidRPr="00B76284">
        <w:rPr>
          <w:rFonts w:ascii="Times New Roman" w:eastAsia="Times New Roman" w:hAnsi="Times New Roman"/>
          <w:b/>
          <w:color w:val="000000"/>
          <w:sz w:val="24"/>
        </w:rPr>
        <w:t xml:space="preserve"> </w:t>
      </w:r>
      <w:r w:rsidR="00B76284" w:rsidRPr="00B76284">
        <w:rPr>
          <w:rFonts w:ascii="Times New Roman" w:eastAsia="Times New Roman" w:hAnsi="Times New Roman"/>
          <w:b/>
          <w:color w:val="000000"/>
          <w:sz w:val="24"/>
        </w:rPr>
        <w:br/>
      </w:r>
      <w:r w:rsidR="00B76284" w:rsidRPr="00B76284">
        <w:rPr>
          <w:color w:val="000000" w:themeColor="text1"/>
        </w:rPr>
        <w:t xml:space="preserve">1. </w:t>
      </w:r>
      <w:hyperlink r:id="rId8" w:history="1">
        <w:r w:rsidR="00B76284" w:rsidRPr="00B76284">
          <w:rPr>
            <w:rStyle w:val="aff8"/>
            <w:color w:val="000000" w:themeColor="text1"/>
            <w:lang w:val="ru-RU"/>
          </w:rPr>
          <w:t>http://ru/wikipedia/org/wiki</w:t>
        </w:r>
      </w:hyperlink>
      <w:r w:rsidR="00B76284" w:rsidRPr="00B76284">
        <w:rPr>
          <w:color w:val="000000" w:themeColor="text1"/>
          <w:lang w:val="ru-RU"/>
        </w:rPr>
        <w:br/>
      </w:r>
      <w:r w:rsidR="00B76284" w:rsidRPr="00B76284">
        <w:rPr>
          <w:color w:val="000000" w:themeColor="text1"/>
          <w:lang w:val="ru-RU"/>
        </w:rPr>
        <w:lastRenderedPageBreak/>
        <w:t xml:space="preserve">2. </w:t>
      </w:r>
      <w:hyperlink r:id="rId9" w:history="1">
        <w:r w:rsidR="00B76284" w:rsidRPr="00B76284">
          <w:rPr>
            <w:rStyle w:val="aff8"/>
            <w:color w:val="000000" w:themeColor="text1"/>
          </w:rPr>
          <w:t>http</w:t>
        </w:r>
        <w:r w:rsidR="00B76284" w:rsidRPr="00ED6D93">
          <w:rPr>
            <w:rStyle w:val="aff8"/>
            <w:color w:val="000000" w:themeColor="text1"/>
          </w:rPr>
          <w:t>://</w:t>
        </w:r>
        <w:r w:rsidR="00B76284" w:rsidRPr="00B76284">
          <w:rPr>
            <w:rStyle w:val="aff8"/>
            <w:color w:val="000000" w:themeColor="text1"/>
          </w:rPr>
          <w:t>moikompas</w:t>
        </w:r>
        <w:r w:rsidR="00B76284" w:rsidRPr="00ED6D93">
          <w:rPr>
            <w:rStyle w:val="aff8"/>
            <w:color w:val="000000" w:themeColor="text1"/>
          </w:rPr>
          <w:t>/</w:t>
        </w:r>
        <w:r w:rsidR="00B76284" w:rsidRPr="00B76284">
          <w:rPr>
            <w:rStyle w:val="aff8"/>
            <w:color w:val="000000" w:themeColor="text1"/>
          </w:rPr>
          <w:t>ru</w:t>
        </w:r>
        <w:r w:rsidR="00B76284" w:rsidRPr="00ED6D93">
          <w:rPr>
            <w:rStyle w:val="aff8"/>
            <w:color w:val="000000" w:themeColor="text1"/>
          </w:rPr>
          <w:t>/</w:t>
        </w:r>
        <w:r w:rsidR="00B76284" w:rsidRPr="00B76284">
          <w:rPr>
            <w:rStyle w:val="aff8"/>
            <w:color w:val="000000" w:themeColor="text1"/>
          </w:rPr>
          <w:t>tags</w:t>
        </w:r>
        <w:r w:rsidR="00B76284" w:rsidRPr="00ED6D93">
          <w:rPr>
            <w:rStyle w:val="aff8"/>
            <w:color w:val="000000" w:themeColor="text1"/>
          </w:rPr>
          <w:t>/</w:t>
        </w:r>
        <w:r w:rsidR="00B76284" w:rsidRPr="00B76284">
          <w:rPr>
            <w:rStyle w:val="aff8"/>
            <w:color w:val="000000" w:themeColor="text1"/>
          </w:rPr>
          <w:t>plastilin</w:t>
        </w:r>
      </w:hyperlink>
      <w:r w:rsidR="00B76284" w:rsidRPr="00ED6D93">
        <w:rPr>
          <w:color w:val="000000" w:themeColor="text1"/>
        </w:rPr>
        <w:br/>
        <w:t xml:space="preserve">3. </w:t>
      </w:r>
      <w:r w:rsidR="00B76284" w:rsidRPr="00B76284">
        <w:rPr>
          <w:color w:val="000000" w:themeColor="text1"/>
        </w:rPr>
        <w:t>http</w:t>
      </w:r>
      <w:r w:rsidR="00B76284" w:rsidRPr="00ED6D93">
        <w:rPr>
          <w:color w:val="000000" w:themeColor="text1"/>
        </w:rPr>
        <w:t xml:space="preserve">: </w:t>
      </w:r>
      <w:r w:rsidR="00B76284" w:rsidRPr="00B76284">
        <w:rPr>
          <w:color w:val="000000" w:themeColor="text1"/>
        </w:rPr>
        <w:t>// art.thelib</w:t>
      </w:r>
      <w:proofErr w:type="gramEnd"/>
      <w:r w:rsidR="00B76284" w:rsidRPr="00B76284">
        <w:rPr>
          <w:color w:val="000000" w:themeColor="text1"/>
        </w:rPr>
        <w:t xml:space="preserve">. </w:t>
      </w:r>
      <w:proofErr w:type="gramStart"/>
      <w:r w:rsidR="00B76284" w:rsidRPr="00B76284">
        <w:rPr>
          <w:color w:val="000000" w:themeColor="text1"/>
        </w:rPr>
        <w:t>ru/culture/pictures/iskusstvo_yaponii.html</w:t>
      </w:r>
      <w:r w:rsidR="00B76284" w:rsidRPr="00B76284">
        <w:rPr>
          <w:color w:val="000000" w:themeColor="text1"/>
        </w:rPr>
        <w:br/>
        <w:t>4.</w:t>
      </w:r>
      <w:proofErr w:type="gramEnd"/>
      <w:r w:rsidR="00B76284" w:rsidRPr="00B76284">
        <w:rPr>
          <w:color w:val="000000" w:themeColor="text1"/>
        </w:rPr>
        <w:t xml:space="preserve"> http://www.orientmuseum. ru/art</w:t>
      </w:r>
      <w:r w:rsidR="00B76284" w:rsidRPr="00B76284">
        <w:rPr>
          <w:color w:val="000000" w:themeColor="text1"/>
        </w:rPr>
        <w:br/>
        <w:t>5. http://www/vasnecov/ru</w:t>
      </w:r>
    </w:p>
    <w:p w:rsidR="00B76284" w:rsidRDefault="00DB121E">
      <w:pPr>
        <w:autoSpaceDE w:val="0"/>
        <w:autoSpaceDN w:val="0"/>
        <w:spacing w:after="0" w:line="408" w:lineRule="auto"/>
        <w:ind w:right="432"/>
        <w:rPr>
          <w:rFonts w:ascii="Times New Roman" w:eastAsia="Times New Roman" w:hAnsi="Times New Roman"/>
          <w:b/>
          <w:color w:val="000000"/>
          <w:sz w:val="24"/>
          <w:lang w:val="ru-RU"/>
        </w:rPr>
      </w:pPr>
      <w:r w:rsidRPr="00DB121E">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p>
    <w:p w:rsidR="00943526" w:rsidRPr="00B76284" w:rsidRDefault="00B76284" w:rsidP="00B76284">
      <w:pPr>
        <w:autoSpaceDE w:val="0"/>
        <w:autoSpaceDN w:val="0"/>
        <w:spacing w:after="0" w:line="408" w:lineRule="auto"/>
        <w:ind w:right="432"/>
        <w:rPr>
          <w:rFonts w:ascii="Times New Roman" w:hAnsi="Times New Roman" w:cs="Times New Roman"/>
          <w:lang w:val="ru-RU"/>
        </w:rPr>
      </w:pPr>
      <w:r w:rsidRPr="00B76284">
        <w:rPr>
          <w:rFonts w:ascii="Times New Roman" w:hAnsi="Times New Roman" w:cs="Times New Roman"/>
          <w:lang w:val="ru-RU"/>
        </w:rPr>
        <w:t>Краски (акварельные и гуашь).</w:t>
      </w:r>
      <w:r>
        <w:rPr>
          <w:rFonts w:ascii="Times New Roman" w:hAnsi="Times New Roman" w:cs="Times New Roman"/>
          <w:lang w:val="ru-RU"/>
        </w:rPr>
        <w:br/>
      </w:r>
      <w:r w:rsidRPr="00B76284">
        <w:rPr>
          <w:rFonts w:ascii="Times New Roman" w:hAnsi="Times New Roman" w:cs="Times New Roman"/>
          <w:lang w:val="ru-RU"/>
        </w:rPr>
        <w:t xml:space="preserve">Карандаши. </w:t>
      </w:r>
      <w:r>
        <w:rPr>
          <w:rFonts w:ascii="Times New Roman" w:hAnsi="Times New Roman" w:cs="Times New Roman"/>
          <w:lang w:val="ru-RU"/>
        </w:rPr>
        <w:br/>
      </w:r>
      <w:r w:rsidRPr="00B76284">
        <w:rPr>
          <w:rFonts w:ascii="Times New Roman" w:hAnsi="Times New Roman" w:cs="Times New Roman"/>
          <w:lang w:val="ru-RU"/>
        </w:rPr>
        <w:t>Бумага.</w:t>
      </w:r>
      <w:r>
        <w:rPr>
          <w:rFonts w:ascii="Times New Roman" w:hAnsi="Times New Roman" w:cs="Times New Roman"/>
          <w:lang w:val="ru-RU"/>
        </w:rPr>
        <w:br/>
      </w:r>
      <w:r w:rsidRPr="00B76284">
        <w:rPr>
          <w:rFonts w:ascii="Times New Roman" w:hAnsi="Times New Roman" w:cs="Times New Roman"/>
          <w:lang w:val="ru-RU"/>
        </w:rPr>
        <w:t>Пластилин и пластическая масса</w:t>
      </w:r>
      <w:r>
        <w:rPr>
          <w:rFonts w:ascii="Times New Roman" w:hAnsi="Times New Roman" w:cs="Times New Roman"/>
          <w:lang w:val="ru-RU"/>
        </w:rPr>
        <w:br/>
      </w:r>
      <w:r w:rsidRPr="00B76284">
        <w:rPr>
          <w:rFonts w:ascii="Times New Roman" w:hAnsi="Times New Roman" w:cs="Times New Roman"/>
          <w:lang w:val="ru-RU"/>
        </w:rPr>
        <w:t xml:space="preserve">Глина. </w:t>
      </w:r>
      <w:r w:rsidR="00DB121E" w:rsidRPr="00DB121E">
        <w:rPr>
          <w:lang w:val="ru-RU"/>
        </w:rPr>
        <w:br/>
      </w:r>
      <w:r w:rsidR="00DB121E" w:rsidRPr="00DB121E">
        <w:rPr>
          <w:rFonts w:ascii="Times New Roman" w:eastAsia="Times New Roman" w:hAnsi="Times New Roman"/>
          <w:b/>
          <w:color w:val="000000"/>
          <w:sz w:val="24"/>
          <w:lang w:val="ru-RU"/>
        </w:rPr>
        <w:t>ОБОРУДОВАНИЕ ДЛЯ ПРОВЕДЕНИЯ ПРАКТИЧЕСКИХ РАБОТ</w:t>
      </w:r>
    </w:p>
    <w:p w:rsidR="00B76284" w:rsidRDefault="00B76284">
      <w:pPr>
        <w:rPr>
          <w:rFonts w:ascii="Times New Roman" w:hAnsi="Times New Roman" w:cs="Times New Roman"/>
          <w:lang w:val="ru-RU"/>
        </w:rPr>
      </w:pPr>
      <w:proofErr w:type="gramStart"/>
      <w:r w:rsidRPr="00B76284">
        <w:rPr>
          <w:rFonts w:ascii="Times New Roman" w:hAnsi="Times New Roman" w:cs="Times New Roman"/>
        </w:rPr>
        <w:t>Интерактивная доска.</w:t>
      </w:r>
      <w:proofErr w:type="gramEnd"/>
      <w:r w:rsidRPr="00B76284">
        <w:rPr>
          <w:rFonts w:ascii="Times New Roman" w:hAnsi="Times New Roman" w:cs="Times New Roman"/>
        </w:rPr>
        <w:t xml:space="preserve"> </w:t>
      </w:r>
      <w:r>
        <w:rPr>
          <w:rFonts w:ascii="Times New Roman" w:hAnsi="Times New Roman" w:cs="Times New Roman"/>
          <w:lang w:val="ru-RU"/>
        </w:rPr>
        <w:t xml:space="preserve"> </w:t>
      </w:r>
      <w:r w:rsidRPr="00B76284">
        <w:rPr>
          <w:rFonts w:ascii="Times New Roman" w:hAnsi="Times New Roman" w:cs="Times New Roman"/>
        </w:rPr>
        <w:t>Комплекты репродукций</w:t>
      </w: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p w:rsidR="00ED6D93" w:rsidRDefault="00ED6D93">
      <w:pPr>
        <w:rPr>
          <w:rFonts w:ascii="Times New Roman" w:hAnsi="Times New Roman" w:cs="Times New Roman"/>
          <w:lang w:val="ru-RU"/>
        </w:rPr>
      </w:pPr>
    </w:p>
    <w:sectPr w:rsidR="00ED6D93"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64DA4E68"/>
    <w:multiLevelType w:val="hybridMultilevel"/>
    <w:tmpl w:val="70AE2770"/>
    <w:lvl w:ilvl="0" w:tplc="9EE8CA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B47730"/>
    <w:rsid w:val="00034616"/>
    <w:rsid w:val="0006063C"/>
    <w:rsid w:val="0006156D"/>
    <w:rsid w:val="0013123C"/>
    <w:rsid w:val="0015074B"/>
    <w:rsid w:val="001E1304"/>
    <w:rsid w:val="0029639D"/>
    <w:rsid w:val="00326F90"/>
    <w:rsid w:val="003E35A6"/>
    <w:rsid w:val="00407F09"/>
    <w:rsid w:val="00443446"/>
    <w:rsid w:val="006327D3"/>
    <w:rsid w:val="00894001"/>
    <w:rsid w:val="00927D7B"/>
    <w:rsid w:val="00943526"/>
    <w:rsid w:val="00990019"/>
    <w:rsid w:val="00AA1D8D"/>
    <w:rsid w:val="00B47730"/>
    <w:rsid w:val="00B76284"/>
    <w:rsid w:val="00BA2FD3"/>
    <w:rsid w:val="00BD0A89"/>
    <w:rsid w:val="00CB0664"/>
    <w:rsid w:val="00D117AB"/>
    <w:rsid w:val="00DB121E"/>
    <w:rsid w:val="00ED6D93"/>
    <w:rsid w:val="00FC693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B762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B76284"/>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 TargetMode="External"/><Relationship Id="rId3" Type="http://schemas.openxmlformats.org/officeDocument/2006/relationships/styles" Target="styles.xml"/><Relationship Id="rId7" Type="http://schemas.openxmlformats.org/officeDocument/2006/relationships/hyperlink" Target="http://moikompas/ru/tags/plastilin"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wikipedia/org/wik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ikompas/ru/tags/plasti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41BBE-802D-44DF-8023-6E5D4042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63</Pages>
  <Words>18092</Words>
  <Characters>103125</Characters>
  <Application>Microsoft Office Word</Application>
  <DocSecurity>0</DocSecurity>
  <Lines>859</Lines>
  <Paragraphs>241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120976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назип</cp:lastModifiedBy>
  <cp:revision>3</cp:revision>
  <cp:lastPrinted>2022-11-24T19:42:00Z</cp:lastPrinted>
  <dcterms:created xsi:type="dcterms:W3CDTF">2022-11-24T20:21:00Z</dcterms:created>
  <dcterms:modified xsi:type="dcterms:W3CDTF">2022-11-27T18:32:00Z</dcterms:modified>
</cp:coreProperties>
</file>